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商铺租赁合同模板（完整条款·可打印）</w:t>
      </w:r>
    </w:p>
    <w:p>
      <w:pPr>
        <w:jc w:val="center"/>
      </w:pPr>
      <w:r>
        <w:t>（范文模板，可直接参考使用）</w:t>
      </w:r>
    </w:p>
    <w:p/>
    <w:p>
      <w:r>
        <w:t>商铺租赁合同（模板）</w:t>
      </w:r>
    </w:p>
    <w:p>
      <w:r>
        <w:t>出租方（甲方）：XXX　身份证号（统一社会信用代码）：XXX</w:t>
      </w:r>
    </w:p>
    <w:p>
      <w:r>
        <w:t>承租方（乙方）：XXX　身份证号（统一社会信用代码）：XXX</w:t>
      </w:r>
    </w:p>
    <w:p>
      <w:r>
        <w:t>根据《中华人民共和国民法典》及相关法律法规，甲乙双方本着平等自愿、诚实信用的原则，就房屋租赁事宜达成如下协议：</w:t>
      </w:r>
    </w:p>
    <w:p>
      <w:r>
        <w:t>第一条 租赁房屋基本情况。甲方将其所有的位于XX省XX市XX区XX路XX号XX商铺出租给乙方使用，房屋建筑面积为XX平方米。甲方保证对该房屋享有合法的出租权，并如实告知房屋现状及瑕疵。</w:t>
      </w:r>
    </w:p>
    <w:p>
      <w:r>
        <w:t>第二条 租赁期限。租赁期限为XX年，自XXXX年X月X日起至XXXX年X月X日止。租赁期满，乙方如需续租，应提前X个月书面通知甲方，在同等条件下乙方享有优先承租权。</w:t>
      </w:r>
    </w:p>
    <w:p>
      <w:r>
        <w:t>第三条 租金及支付方式。年租金为人民币XX元（大写：XX元整），租金按（年/季/月）支付，每期租金应于（每年/每季/每月）X日前支付。乙方应通过银行转账方式支付至甲方指定账户：户名XX、账号XX、开户行XX。</w:t>
      </w:r>
    </w:p>
    <w:p>
      <w:r>
        <w:t>第四条 押金。乙方于本合同签订之日向甲方支付押金人民币XX元。租赁期满，乙方结清各项费用并无违约情形时，甲方应将押金无息全额退还乙方；如有欠费或房屋损坏，甲方有权从押金中扣除相应费用。</w:t>
      </w:r>
    </w:p>
    <w:p>
      <w:r>
        <w:t>第五条 房屋使用及维修。乙方应按照合同约定的用途使用房屋，不得擅自改变用途，不得转租、转让。租赁期内，房屋主体结构和公共设施的自然损耗由甲方负责维修，乙方应合理使用，人为损坏由乙方负责修复或赔偿。</w:t>
      </w:r>
    </w:p>
    <w:p>
      <w:r>
        <w:t>第六条 费用承担。租赁期间，水费、电费、物业费、取暖费等实际使用费用由乙方承担；房产税、土地税等由甲方承担。双方应按时缴纳各项费用，不得拖欠。</w:t>
      </w:r>
    </w:p>
    <w:p>
      <w:r>
        <w:t>第七条 合同解除与违约责任。1.乙方逾期支付租金超过X日，甲方有权解除合同并要求乙方承担违约责任；2.甲方无故收回房屋或擅自提高租金，乙方有权解除合同并要求甲方赔偿损失；3.任何一方违约，应向守约方支付违约金人民币XX元；4.因不可抗力导致合同无法履行的，双方互不承担违约责任。</w:t>
      </w:r>
    </w:p>
    <w:p>
      <w:r>
        <w:t>第八条 争议解决。本合同履行过程中发生争议，双方应协商解决；协商不成的，可向房屋所在地人民法院提起诉讼。</w:t>
      </w:r>
    </w:p>
    <w:p>
      <w:r>
        <w:t>第九条 其他约定。本合同一式两份，甲乙双方各执一份，自双方签字（盖章）之日起生效。未尽事宜，双方可另行签订补充协议，补充协议与本合同具有同等法律效力。</w:t>
      </w:r>
    </w:p>
    <w:p>
      <w:r>
        <w:t>甲方（签字/盖章）：XXX　日期：XXXX年X月X日</w:t>
      </w:r>
    </w:p>
    <w:p>
      <w:r>
        <w:t>乙方（签字/盖章）：XXX　日期：XXXX年X月X日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