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商铺租赁合同模板：开店租门面必签（含免租期与转让条款）</w:t>
      </w:r>
    </w:p>
    <w:p>
      <w:pPr>
        <w:pStyle w:val="Heading1"/>
      </w:pPr>
      <w:r>
        <w:t>商铺租赁合同</w:t>
      </w:r>
    </w:p>
    <w:p>
      <w:r>
        <w:t>出租方（甲方）：________ 承租方（乙方）：________</w:t>
      </w:r>
    </w:p>
    <w:p>
      <w:r>
        <w:t>第一条 商铺位置：____市____区____路____号，建筑面积____㎡。</w:t>
      </w:r>
    </w:p>
    <w:p>
      <w:r>
        <w:t>第二条 租赁用途：经营____业态。</w:t>
      </w:r>
    </w:p>
    <w:p>
      <w:r>
        <w:t>第三条 租期：____年__月__日至____年__月__日，期满优先承租。</w:t>
      </w:r>
    </w:p>
    <w:p>
      <w:r>
        <w:t>第四条 免租装修期：____天。</w:t>
      </w:r>
    </w:p>
    <w:p>
      <w:r>
        <w:t>第五条 租金：____元/月，第____年起递增____%，押____付____。</w:t>
      </w:r>
    </w:p>
    <w:p>
      <w:r>
        <w:t>第六条 押金：____元，期满无息退还。</w:t>
      </w:r>
    </w:p>
    <w:p>
      <w:r>
        <w:t>第七条 装修：方案经甲方同意，固定装修归____。</w:t>
      </w:r>
    </w:p>
    <w:p>
      <w:r>
        <w:t>第八条 转租：____（允许/不允许）。</w:t>
      </w:r>
    </w:p>
    <w:p>
      <w:r>
        <w:t>第九条 拆迁补偿：按____方式分配。</w:t>
      </w:r>
    </w:p>
    <w:p>
      <w:r>
        <w:t>第十条 营业执照：甲方配合办理。</w:t>
      </w:r>
    </w:p>
    <w:p>
      <w:r>
        <w:t>甲方（签字）：____ 乙方（签字）：____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