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商业计划书PPT框架模板（路演版：10页结构）</w:t>
      </w:r>
    </w:p>
    <w:p>
      <w:r>
        <w:t>创业融资路演、项目申报都要用商业计划书PPT！小编整理了商业计划书PPT框架模板（路演版），10页标准结构，把投资人最关心的问题都覆盖到。</w:t>
      </w:r>
    </w:p>
    <w:p>
      <w:r>
        <w:t>亮点：①10页路演结构；②每页核心内容要点；③财务预测呈现方式；④BP常见坑提醒。网页是预览版，下载Word完整版可按框架制作。? 免费下载Word完整版（可直接打印编辑）</w:t>
      </w:r>
    </w:p>
    <w:p>
      <w:pPr>
        <w:pStyle w:val="Heading1"/>
      </w:pPr>
      <w:r>
        <w:t>BP框架结构（节选）</w:t>
      </w:r>
    </w:p>
    <w:p>
      <w:r>
        <w:t>第1页 封面：项目名称+一句话定位（我们是谁，解决什么问题）+LOGO。</w:t>
      </w:r>
    </w:p>
    <w:p>
      <w:r>
        <w:t>第2页 痛点：目标用户的3个核心痛点，用场景化描述让投资人感同身受。</w:t>
      </w:r>
    </w:p>
    <w:p>
      <w:r>
        <w:t>第3页 解决方案：我们的产品/服务如何解决痛点，突出差异化。</w:t>
      </w:r>
    </w:p>
    <w:p>
      <w:r>
        <w:t>第4页 市场空间：市场规模（TAM/SAM/SOM）+增速+趋势。</w:t>
      </w:r>
    </w:p>
    <w:p>
      <w:r>
        <w:t>第5页 商业模式：怎么赚钱——收入来源、定价、客户获取方式。</w:t>
      </w:r>
    </w:p>
    <w:p>
      <w:r>
        <w:t>第6页 竞争分析：主要竞品对比表（5个维度），我们的优势。</w:t>
      </w:r>
    </w:p>
    <w:p>
      <w:r>
        <w:t>第7页 运营数据：已有数据（用户数、复购率、GMV、增长曲线）。</w:t>
      </w:r>
    </w:p>
    <w:p>
      <w:r>
        <w:t>第8页 团队：核心团队背景+分工，突出相关经验和能力互补。</w:t>
      </w:r>
    </w:p>
    <w:p>
      <w:r>
        <w:t>第9页 财务与融资：过去3年+未来3年预测（收入/成本/利润），本轮融资金额+用途+估值。</w:t>
      </w:r>
    </w:p>
    <w:p>
      <w:r>
        <w:t>第10页 愿景：长期愿景+本轮里程碑（6-12个月要达成什么）。</w:t>
      </w:r>
    </w:p>
    <w:p>
      <w:r>
        <w:t>BP提醒：一页一个观点；数据要真实；投资人问的“你最大的风险是什么”要提前准备答案。完整版见Word。?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