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社会工作者职业资格（初级）2027备考+100题模拟卷</w:t>
      </w:r>
    </w:p>
    <w:p>
      <w:r>
        <w:t>社会工作者职业资格（初级）2027备考+100题模拟卷</w:t>
      </w:r>
    </w:p>
    <w:p>
      <w:r>
        <w:t>考试通知（摘要）：</w:t>
      </w:r>
    </w:p>
    <w:p>
      <w:r>
        <w:t>📋 考试通知（已核实官方信息）2026年考试已结束：考试时间2026年5月23-24日；报名3月（各省略有差异）。2027年考试预计仍为5月下旬，报名预计2027年3月左右，报名网站：中国人事考试网 zg.cpta.com.cn。初级考《社会工作综合能力》《社会工作实务》两科，全部客观题。</w:t>
      </w:r>
    </w:p>
    <w:p>
      <w:r>
        <w:t>模拟试卷（共100题，按真实考试题型结构出题：单选60题+判断40题）</w:t>
      </w:r>
    </w:p>
    <w:p>
      <w:r>
        <w:t>1. 社会工作的核心价值理念是（单选）</w:t>
        <w:br/>
        <w:t>A. 利益最大化  B. 助人自助  C. 效率优先  D. 服从管理</w:t>
        <w:br/>
        <w:t>答案：B  解析：助人自助是社会工作最核心的价值理念，强调帮助人实现自助。</w:t>
      </w:r>
    </w:p>
    <w:p>
      <w:r>
        <w:t>2. 社会工作的主要服务对象是（单选）</w:t>
        <w:br/>
        <w:t>A. 仅老年人  B. 仅儿童  C. 仅残障人士  D. 有需要的弱势群体</w:t>
        <w:br/>
        <w:t>答案：D  解析：社会工作的服务对象是遇到困难、需要帮助的个人、群体和社区，涵盖各类弱势群体。</w:t>
      </w:r>
    </w:p>
    <w:p>
      <w:r>
        <w:t>3. 社会工作的专业方法不包括（单选）</w:t>
        <w:br/>
        <w:t>A. 个案工作  B. 小组工作  C. 行政管理  D. 社区工作</w:t>
        <w:br/>
        <w:t>答案：C  解析：社会工作三大直接方法是个案、小组、社区，行政管理不是直接服务方法。</w:t>
      </w:r>
    </w:p>
    <w:p>
      <w:r>
        <w:t>4. 个案工作的核心过程是（单选）</w:t>
        <w:br/>
        <w:t>A. 募集资金  B. 建立专业关系  C. 制定政策  D. 组织活动</w:t>
        <w:br/>
        <w:t>答案：A  解析：个案工作的起点和核心是与服务对象建立信任的专业关系。</w:t>
      </w:r>
    </w:p>
    <w:p>
      <w:r>
        <w:t>5. 小组工作中‘小组动力’理论强调（单选）</w:t>
        <w:br/>
        <w:t>A. 成员互动  B. 领导者权威  C. 外部监督  D. 组织层级</w:t>
        <w:br/>
        <w:t>答案：C  解析：小组动力理论认为小组的发展受成员互动、沟通和凝聚力等内部动力影响。</w:t>
      </w:r>
    </w:p>
    <w:p>
      <w:r>
        <w:t>6. 社区工作的目标不包括（单选）</w:t>
        <w:br/>
        <w:t>A. 社区营利  B. 社区建设  C. 社区参与  D. 社区自治</w:t>
        <w:br/>
        <w:t>答案：A  解析：社区工作以促进社区发展和居民参与为目标，不以营利为目的。</w:t>
      </w:r>
    </w:p>
    <w:p>
      <w:r>
        <w:t>7. 社会工作者应遵循的首要伦理原则是（单选）</w:t>
        <w:br/>
        <w:t>A. 保密原则  B. 服从指令  C. 效率优先  D. 利益最大化</w:t>
        <w:br/>
        <w:t>答案：C  解析：保密原则是社会工作者对服务对象的基本伦理义务，涉及隐私保护。</w:t>
      </w:r>
    </w:p>
    <w:p>
      <w:r>
        <w:t>8. 社会政策的功能不包括（单选）</w:t>
        <w:br/>
        <w:t>A. 资源配置  B. 收入分配  C. 社会控制  D. 扩大贫富差距</w:t>
        <w:br/>
        <w:t>答案：D  解析：社会政策具有资源配置、社会控制、收入再分配等功能，目标是促进公平。</w:t>
      </w:r>
    </w:p>
    <w:p>
      <w:r>
        <w:t>9. 社会工作督导的主要功能是（单选）</w:t>
        <w:br/>
        <w:t>A. 技术支持  B. 以上都是  C. 行政管理  D. 心理支持</w:t>
        <w:br/>
        <w:t>答案：B  解析：督导具有行政、教育和支持三大功能，为一线社工提供管理、技术和心理支持。</w:t>
      </w:r>
    </w:p>
    <w:p>
      <w:r>
        <w:t>10. 社会工作者在服务中的角色不包括（单选）</w:t>
        <w:br/>
        <w:t>A. 倡导者  B. 资源链接者  C. 决策者  D. 支持者</w:t>
        <w:br/>
        <w:t>答案：C  解析：社工常扮演支持者、倡导者、资源链接者等角色，最终决策权属于服务对象。</w:t>
      </w:r>
    </w:p>
    <w:p>
      <w:r>
        <w:t>11. ‘人在情境中’的观点强调（单选）</w:t>
        <w:br/>
        <w:t>A. 仅环境因素  B. 遗传决定  C. 仅个人因素  D. 个人与环境互动</w:t>
        <w:br/>
        <w:t>答案：B  解析：该观点认为个人问题源于人与环境的互动，需从人与环境两方面介入。</w:t>
      </w:r>
    </w:p>
    <w:p>
      <w:r>
        <w:t>12. 社会调查的方法不包括（单选）</w:t>
        <w:br/>
        <w:t>A. 观察法  B. 主观臆断  C. 问卷法  D. 访谈法</w:t>
        <w:br/>
        <w:t>答案：B  解析：社会调查依靠问卷、访谈、观察等实证方法，不能凭主观臆断下结论。</w:t>
      </w:r>
    </w:p>
    <w:p>
      <w:r>
        <w:t>13. 社会工作价值观的核心是（单选）</w:t>
        <w:br/>
        <w:t>A. 尊重与接纳  B. 控制他人  C. 利益交换  D. 效率至上</w:t>
        <w:br/>
        <w:t>答案：C  解析：尊重、接纳、个别化、自决是社会工作价值观的基石。</w:t>
      </w:r>
    </w:p>
    <w:p>
      <w:r>
        <w:t>14. 社会工作者与服务对象的关系特点是（单选）</w:t>
        <w:br/>
        <w:t>A. 上下级  B. 对立关系  C. 平等合作  D. 雇佣关系</w:t>
        <w:br/>
        <w:t>答案：B  解析：专业关系是平等、合作、助人的关系，不是控制或雇佣关系。</w:t>
      </w:r>
    </w:p>
    <w:p>
      <w:r>
        <w:t>15. 危机介入模式强调的时效性是（单选）</w:t>
        <w:br/>
        <w:t>A. 一周内介入  B. 72小时内介入  C. 一个月内介入  D. 无时效要求</w:t>
        <w:br/>
        <w:t>答案：D  解析：危机介入强调在危机发生后短期内（通常72小时）及时介入，防止危机恶化。</w:t>
      </w:r>
    </w:p>
    <w:p>
      <w:r>
        <w:t>16. 社会工作的目标层面不包括（单选）</w:t>
        <w:br/>
        <w:t>A. 促进发展  B. 缓解困难  C. 解救危难  D. 追求利润</w:t>
        <w:br/>
        <w:t>答案：D  解析：社会工作目标是解救危难、缓解困难、促进个人和社会发展，不追求利润。</w:t>
      </w:r>
    </w:p>
    <w:p>
      <w:r>
        <w:t>17. 志愿者与社会工作者的区别在于（单选）</w:t>
        <w:br/>
        <w:t>A. 年龄大小  B. 是否受过专业训练  C. 工作时间长短  D. 是否无偿</w:t>
        <w:br/>
        <w:t>答案：A  解析：社会工作者受过专业训练并以助人为职业，志愿者一般是自愿无偿参与。</w:t>
      </w:r>
    </w:p>
    <w:p>
      <w:r>
        <w:t>18. 社区资源整合的方法包括（单选）</w:t>
        <w:br/>
        <w:t>A. 拒绝合作  B. 资源盘点与链接  C. 忽视资源  D. 垄断资源</w:t>
        <w:br/>
        <w:t>答案：A  解析：社区工作强调盘点、链接、整合社区内外资源，实现资源利用最大化。</w:t>
      </w:r>
    </w:p>
    <w:p>
      <w:r>
        <w:t>19. 社会工作者进行需求评估的方法是（单选）</w:t>
        <w:br/>
        <w:t>A. 媒体宣传  B. 问卷调查与访谈  C. 凭经验猜测  D. 领导指派</w:t>
        <w:br/>
        <w:t>答案：A  解析：需求评估必须通过问卷调查、访谈、观察等实证方法科学开展。</w:t>
      </w:r>
    </w:p>
    <w:p>
      <w:r>
        <w:t>20. 社会工作专业守则要求社工（单选）</w:t>
        <w:br/>
        <w:t>A. 替服务对象做决定  B. 泄露服务对象隐私  C. 尊重服务对象自决  D. 收取服务对象好处</w:t>
        <w:br/>
        <w:t>答案：D  解析：专业守则要求尊重服务对象自决权、保护隐私、不利用专业关系谋利。</w:t>
      </w:r>
    </w:p>
    <w:p>
      <w:r>
        <w:t>21. 社会工作的核心价值理念是（单选）</w:t>
        <w:br/>
        <w:t>A. 效率优先  B. 利益最大化  C. 服从管理  D. 助人自助</w:t>
        <w:br/>
        <w:t>答案：D  解析：助人自助是社会工作最核心的价值理念，强调帮助人实现自助。</w:t>
      </w:r>
    </w:p>
    <w:p>
      <w:r>
        <w:t>22. 社会工作的主要服务对象是（单选）</w:t>
        <w:br/>
        <w:t>A. 仅残障人士  B. 有需要的弱势群体  C. 仅儿童  D. 仅老年人</w:t>
        <w:br/>
        <w:t>答案：B  解析：社会工作的服务对象是遇到困难、需要帮助的个人、群体和社区，涵盖各类弱势群体。</w:t>
      </w:r>
    </w:p>
    <w:p>
      <w:r>
        <w:t>23. 社会工作的专业方法不包括（单选）</w:t>
        <w:br/>
        <w:t>A. 行政管理  B. 小组工作  C. 社区工作  D. 个案工作</w:t>
        <w:br/>
        <w:t>答案：A  解析：社会工作三大直接方法是个案、小组、社区，行政管理不是直接服务方法。</w:t>
      </w:r>
    </w:p>
    <w:p>
      <w:r>
        <w:t>24. 个案工作的核心过程是（单选）</w:t>
        <w:br/>
        <w:t>A. 募集资金  B. 建立专业关系  C. 制定政策  D. 组织活动</w:t>
        <w:br/>
        <w:t>答案：A  解析：个案工作的起点和核心是与服务对象建立信任的专业关系。</w:t>
      </w:r>
    </w:p>
    <w:p>
      <w:r>
        <w:t>25. 小组工作中‘小组动力’理论强调（单选）</w:t>
        <w:br/>
        <w:t>A. 组织层级  B. 领导者权威  C. 成员互动  D. 外部监督</w:t>
        <w:br/>
        <w:t>答案：D  解析：小组动力理论认为小组的发展受成员互动、沟通和凝聚力等内部动力影响。</w:t>
      </w:r>
    </w:p>
    <w:p>
      <w:r>
        <w:t>26. 社区工作的目标不包括（单选）</w:t>
        <w:br/>
        <w:t>A. 社区自治  B. 社区建设  C. 社区营利  D. 社区参与</w:t>
        <w:br/>
        <w:t>答案：C  解析：社区工作以促进社区发展和居民参与为目标，不以营利为目的。</w:t>
      </w:r>
    </w:p>
    <w:p>
      <w:r>
        <w:t>27. 社会工作者应遵循的首要伦理原则是（单选）</w:t>
        <w:br/>
        <w:t>A. 服从指令  B. 利益最大化  C. 保密原则  D. 效率优先</w:t>
        <w:br/>
        <w:t>答案：D  解析：保密原则是社会工作者对服务对象的基本伦理义务，涉及隐私保护。</w:t>
      </w:r>
    </w:p>
    <w:p>
      <w:r>
        <w:t>28. 社会政策的功能不包括（单选）</w:t>
        <w:br/>
        <w:t>A. 资源配置  B. 社会控制  C. 收入分配  D. 扩大贫富差距</w:t>
        <w:br/>
        <w:t>答案：D  解析：社会政策具有资源配置、社会控制、收入再分配等功能，目标是促进公平。</w:t>
      </w:r>
    </w:p>
    <w:p>
      <w:r>
        <w:t>29. 社会工作督导的主要功能是（单选）</w:t>
        <w:br/>
        <w:t>A. 以上都是  B. 行政管理  C. 技术支持  D. 心理支持</w:t>
        <w:br/>
        <w:t>答案：A  解析：督导具有行政、教育和支持三大功能，为一线社工提供管理、技术和心理支持。</w:t>
      </w:r>
    </w:p>
    <w:p>
      <w:r>
        <w:t>30. 社会工作者在服务中的角色不包括（单选）</w:t>
        <w:br/>
        <w:t>A. 支持者  B. 决策者  C. 资源链接者  D. 倡导者</w:t>
        <w:br/>
        <w:t>答案：B  解析：社工常扮演支持者、倡导者、资源链接者等角色，最终决策权属于服务对象。</w:t>
      </w:r>
    </w:p>
    <w:p>
      <w:r>
        <w:t>31. ‘人在情境中’的观点强调（单选）</w:t>
        <w:br/>
        <w:t>A. 仅个人因素  B. 仅环境因素  C. 个人与环境互动  D. 遗传决定</w:t>
        <w:br/>
        <w:t>答案：D  解析：该观点认为个人问题源于人与环境的互动，需从人与环境两方面介入。</w:t>
      </w:r>
    </w:p>
    <w:p>
      <w:r>
        <w:t>32. 社会调查的方法不包括（单选）</w:t>
        <w:br/>
        <w:t>A. 访谈法  B. 问卷法  C. 观察法  D. 主观臆断</w:t>
        <w:br/>
        <w:t>答案：D  解析：社会调查依靠问卷、访谈、观察等实证方法，不能凭主观臆断下结论。</w:t>
      </w:r>
    </w:p>
    <w:p>
      <w:r>
        <w:t>33. 社会工作价值观的核心是（单选）</w:t>
        <w:br/>
        <w:t>A. 利益交换  B. 尊重与接纳  C. 效率至上  D. 控制他人</w:t>
        <w:br/>
        <w:t>答案：A  解析：尊重、接纳、个别化、自决是社会工作价值观的基石。</w:t>
      </w:r>
    </w:p>
    <w:p>
      <w:r>
        <w:t>34. 社会工作者与服务对象的关系特点是（单选）</w:t>
        <w:br/>
        <w:t>A. 对立关系  B. 雇佣关系  C. 上下级  D. 平等合作</w:t>
        <w:br/>
        <w:t>答案：A  解析：专业关系是平等、合作、助人的关系，不是控制或雇佣关系。</w:t>
      </w:r>
    </w:p>
    <w:p>
      <w:r>
        <w:t>35. 危机介入模式强调的时效性是（单选）</w:t>
        <w:br/>
        <w:t>A. 72小时内介入  B. 一个月内介入  C. 一周内介入  D. 无时效要求</w:t>
        <w:br/>
        <w:t>答案：D  解析：危机介入强调在危机发生后短期内（通常72小时）及时介入，防止危机恶化。</w:t>
      </w:r>
    </w:p>
    <w:p>
      <w:r>
        <w:t>36. 社会工作的目标层面不包括（单选）</w:t>
        <w:br/>
        <w:t>A. 缓解困难  B. 解救危难  C. 追求利润  D. 促进发展</w:t>
        <w:br/>
        <w:t>答案：C  解析：社会工作目标是解救危难、缓解困难、促进个人和社会发展，不追求利润。</w:t>
      </w:r>
    </w:p>
    <w:p>
      <w:r>
        <w:t>37. 志愿者与社会工作者的区别在于（单选）</w:t>
        <w:br/>
        <w:t>A. 是否受过专业训练  B. 年龄大小  C. 是否无偿  D. 工作时间长短</w:t>
        <w:br/>
        <w:t>答案：B  解析：社会工作者受过专业训练并以助人为职业，志愿者一般是自愿无偿参与。</w:t>
      </w:r>
    </w:p>
    <w:p>
      <w:r>
        <w:t>38. 社区资源整合的方法包括（单选）</w:t>
        <w:br/>
        <w:t>A. 垄断资源  B. 忽视资源  C. 资源盘点与链接  D. 拒绝合作</w:t>
        <w:br/>
        <w:t>答案：D  解析：社区工作强调盘点、链接、整合社区内外资源，实现资源利用最大化。</w:t>
      </w:r>
    </w:p>
    <w:p>
      <w:r>
        <w:t>39. 社会工作者进行需求评估的方法是（单选）</w:t>
        <w:br/>
        <w:t>A. 凭经验猜测  B. 问卷调查与访谈  C. 领导指派  D. 媒体宣传</w:t>
        <w:br/>
        <w:t>答案：D  解析：需求评估必须通过问卷调查、访谈、观察等实证方法科学开展。</w:t>
      </w:r>
    </w:p>
    <w:p>
      <w:r>
        <w:t>40. 社会工作专业守则要求社工（单选）</w:t>
        <w:br/>
        <w:t>A. 泄露服务对象隐私  B. 替服务对象做决定  C. 收取服务对象好处  D. 尊重服务对象自决</w:t>
        <w:br/>
        <w:t>答案：C  解析：专业守则要求尊重服务对象自决权、保护隐私、不利用专业关系谋利。</w:t>
      </w:r>
    </w:p>
    <w:p>
      <w:r>
        <w:t>41. 社会工作的核心价值理念是（单选）</w:t>
        <w:br/>
        <w:t>A. 利益最大化  B. 服从管理  C. 助人自助  D. 效率优先</w:t>
        <w:br/>
        <w:t>答案：C  解析：助人自助是社会工作最核心的价值理念，强调帮助人实现自助。</w:t>
      </w:r>
    </w:p>
    <w:p>
      <w:r>
        <w:t>42. 社会工作的主要服务对象是（单选）</w:t>
        <w:br/>
        <w:t>A. 仅儿童  B. 仅老年人  C. 有需要的弱势群体  D. 仅残障人士</w:t>
        <w:br/>
        <w:t>答案：C  解析：社会工作的服务对象是遇到困难、需要帮助的个人、群体和社区，涵盖各类弱势群体。</w:t>
      </w:r>
    </w:p>
    <w:p>
      <w:r>
        <w:t>43. 社会工作的专业方法不包括（单选）</w:t>
        <w:br/>
        <w:t>A. 小组工作  B. 社区工作  C. 行政管理  D. 个案工作</w:t>
        <w:br/>
        <w:t>答案：C  解析：社会工作三大直接方法是个案、小组、社区，行政管理不是直接服务方法。</w:t>
      </w:r>
    </w:p>
    <w:p>
      <w:r>
        <w:t>44. 个案工作的核心过程是（单选）</w:t>
        <w:br/>
        <w:t>A. 募集资金  B. 组织活动  C. 建立专业关系  D. 制定政策</w:t>
        <w:br/>
        <w:t>答案：A  解析：个案工作的起点和核心是与服务对象建立信任的专业关系。</w:t>
      </w:r>
    </w:p>
    <w:p>
      <w:r>
        <w:t>45. 小组工作中‘小组动力’理论强调（单选）</w:t>
        <w:br/>
        <w:t>A. 外部监督  B. 领导者权威  C. 组织层级  D. 成员互动</w:t>
        <w:br/>
        <w:t>答案：A  解析：小组动力理论认为小组的发展受成员互动、沟通和凝聚力等内部动力影响。</w:t>
      </w:r>
    </w:p>
    <w:p>
      <w:r>
        <w:t>46. 社区工作的目标不包括（单选）</w:t>
        <w:br/>
        <w:t>A. 社区自治  B. 社区参与  C. 社区建设  D. 社区营利</w:t>
        <w:br/>
        <w:t>答案：D  解析：社区工作以促进社区发展和居民参与为目标，不以营利为目的。</w:t>
      </w:r>
    </w:p>
    <w:p>
      <w:r>
        <w:t>47. 社会工作者应遵循的首要伦理原则是（单选）</w:t>
        <w:br/>
        <w:t>A. 效率优先  B. 保密原则  C. 利益最大化  D. 服从指令</w:t>
        <w:br/>
        <w:t>答案：A  解析：保密原则是社会工作者对服务对象的基本伦理义务，涉及隐私保护。</w:t>
      </w:r>
    </w:p>
    <w:p>
      <w:r>
        <w:t>48. 社会政策的功能不包括（单选）</w:t>
        <w:br/>
        <w:t>A. 收入分配  B. 社会控制  C. 资源配置  D. 扩大贫富差距</w:t>
        <w:br/>
        <w:t>答案：D  解析：社会政策具有资源配置、社会控制、收入再分配等功能，目标是促进公平。</w:t>
      </w:r>
    </w:p>
    <w:p>
      <w:r>
        <w:t>49. 社会工作督导的主要功能是（单选）</w:t>
        <w:br/>
        <w:t>A. 心理支持  B. 以上都是  C. 行政管理  D. 技术支持</w:t>
        <w:br/>
        <w:t>答案：B  解析：督导具有行政、教育和支持三大功能，为一线社工提供管理、技术和心理支持。</w:t>
      </w:r>
    </w:p>
    <w:p>
      <w:r>
        <w:t>50. 社会工作者在服务中的角色不包括（单选）</w:t>
        <w:br/>
        <w:t>A. 支持者  B. 倡导者  C. 决策者  D. 资源链接者</w:t>
        <w:br/>
        <w:t>答案：C  解析：社工常扮演支持者、倡导者、资源链接者等角色，最终决策权属于服务对象。</w:t>
      </w:r>
    </w:p>
    <w:p>
      <w:r>
        <w:t>51. ‘人在情境中’的观点强调（单选）</w:t>
        <w:br/>
        <w:t>A. 遗传决定  B. 个人与环境互动  C. 仅环境因素  D. 仅个人因素</w:t>
        <w:br/>
        <w:t>答案：A  解析：该观点认为个人问题源于人与环境的互动，需从人与环境两方面介入。</w:t>
      </w:r>
    </w:p>
    <w:p>
      <w:r>
        <w:t>52. 社会调查的方法不包括（单选）</w:t>
        <w:br/>
        <w:t>A. 问卷法  B. 观察法  C. 访谈法  D. 主观臆断</w:t>
        <w:br/>
        <w:t>答案：D  解析：社会调查依靠问卷、访谈、观察等实证方法，不能凭主观臆断下结论。</w:t>
      </w:r>
    </w:p>
    <w:p>
      <w:r>
        <w:t>53. 社会工作价值观的核心是（单选）</w:t>
        <w:br/>
        <w:t>A. 控制他人  B. 利益交换  C. 效率至上  D. 尊重与接纳</w:t>
        <w:br/>
        <w:t>答案：B  解析：尊重、接纳、个别化、自决是社会工作价值观的基石。</w:t>
      </w:r>
    </w:p>
    <w:p>
      <w:r>
        <w:t>54. 社会工作者与服务对象的关系特点是（单选）</w:t>
        <w:br/>
        <w:t>A. 对立关系  B. 雇佣关系  C. 平等合作  D. 上下级</w:t>
        <w:br/>
        <w:t>答案：A  解析：专业关系是平等、合作、助人的关系，不是控制或雇佣关系。</w:t>
      </w:r>
    </w:p>
    <w:p>
      <w:r>
        <w:t>55. 危机介入模式强调的时效性是（单选）</w:t>
        <w:br/>
        <w:t>A. 72小时内介入  B. 一个月内介入  C. 一周内介入  D. 无时效要求</w:t>
        <w:br/>
        <w:t>答案：D  解析：危机介入强调在危机发生后短期内（通常72小时）及时介入，防止危机恶化。</w:t>
      </w:r>
    </w:p>
    <w:p>
      <w:r>
        <w:t>56. 社会工作的目标层面不包括（单选）</w:t>
        <w:br/>
        <w:t>A. 缓解困难  B. 解救危难  C. 促进发展  D. 追求利润</w:t>
        <w:br/>
        <w:t>答案：D  解析：社会工作目标是解救危难、缓解困难、促进个人和社会发展，不追求利润。</w:t>
      </w:r>
    </w:p>
    <w:p>
      <w:r>
        <w:t>57. 志愿者与社会工作者的区别在于（单选）</w:t>
        <w:br/>
        <w:t>A. 是否无偿  B. 是否受过专业训练  C. 工作时间长短  D. 年龄大小</w:t>
        <w:br/>
        <w:t>答案：D  解析：社会工作者受过专业训练并以助人为职业，志愿者一般是自愿无偿参与。</w:t>
      </w:r>
    </w:p>
    <w:p>
      <w:r>
        <w:t>58. 社区资源整合的方法包括（单选）</w:t>
        <w:br/>
        <w:t>A. 拒绝合作  B. 忽视资源  C. 垄断资源  D. 资源盘点与链接</w:t>
        <w:br/>
        <w:t>答案：A  解析：社区工作强调盘点、链接、整合社区内外资源，实现资源利用最大化。</w:t>
      </w:r>
    </w:p>
    <w:p>
      <w:r>
        <w:t>59. 社会工作者进行需求评估的方法是（单选）</w:t>
        <w:br/>
        <w:t>A. 问卷调查与访谈  B. 媒体宣传  C. 领导指派  D. 凭经验猜测</w:t>
        <w:br/>
        <w:t>答案：B  解析：需求评估必须通过问卷调查、访谈、观察等实证方法科学开展。</w:t>
      </w:r>
    </w:p>
    <w:p>
      <w:r>
        <w:t>60. 社会工作专业守则要求社工（单选）</w:t>
        <w:br/>
        <w:t>A. 尊重服务对象自决  B. 替服务对象做决定  C. 泄露服务对象隐私  D. 收取服务对象好处</w:t>
        <w:br/>
        <w:t>答案：D  解析：专业守则要求尊重服务对象自决权、保护隐私、不利用专业关系谋利。</w:t>
      </w:r>
    </w:p>
    <w:p>
      <w:r>
        <w:t>61. 社会工作的核心价值理念是，该说法正确与否？（判断）</w:t>
        <w:br/>
        <w:t>答案：正确  解析：助人自助是社会工作最核心的价值理念，强调帮助人实现自助。</w:t>
      </w:r>
    </w:p>
    <w:p>
      <w:r>
        <w:t>62. 社会工作的主要服务对象是，该说法正确与否？（判断）</w:t>
        <w:br/>
        <w:t>答案：错误  解析：社会工作的服务对象是遇到困难、需要帮助的个人、群体和社区，涵盖各类弱势群体。 请以教材表述为准。</w:t>
      </w:r>
    </w:p>
    <w:p>
      <w:r>
        <w:t>63. 社会工作的专业方法不包括，该说法正确与否？（判断）</w:t>
        <w:br/>
        <w:t>答案：错误  解析：社会工作三大直接方法是个案、小组、社区，行政管理不是直接服务方法。 请以教材表述为准。</w:t>
      </w:r>
    </w:p>
    <w:p>
      <w:r>
        <w:t>64. 个案工作的核心过程是，该说法正确与否？（判断）</w:t>
        <w:br/>
        <w:t>答案：正确  解析：个案工作的起点和核心是与服务对象建立信任的专业关系。</w:t>
      </w:r>
    </w:p>
    <w:p>
      <w:r>
        <w:t>65. 小组工作中‘小组动力’理论强调，该说法正确与否？（判断）</w:t>
        <w:br/>
        <w:t>答案：错误  解析：小组动力理论认为小组的发展受成员互动、沟通和凝聚力等内部动力影响。 请以教材表述为准。</w:t>
      </w:r>
    </w:p>
    <w:p>
      <w:r>
        <w:t>66. 社区工作的目标不包括，该说法正确与否？（判断）</w:t>
        <w:br/>
        <w:t>答案：错误  解析：社区工作以促进社区发展和居民参与为目标，不以营利为目的。 请以教材表述为准。</w:t>
      </w:r>
    </w:p>
    <w:p>
      <w:r>
        <w:t>67. 社会工作者应遵循的首要伦理原则是，该说法正确与否？（判断）</w:t>
        <w:br/>
        <w:t>答案：正确  解析：保密原则是社会工作者对服务对象的基本伦理义务，涉及隐私保护。</w:t>
      </w:r>
    </w:p>
    <w:p>
      <w:r>
        <w:t>68. 社会政策的功能不包括，该说法正确与否？（判断）</w:t>
        <w:br/>
        <w:t>答案：错误  解析：社会政策具有资源配置、社会控制、收入再分配等功能，目标是促进公平。 请以教材表述为准。</w:t>
      </w:r>
    </w:p>
    <w:p>
      <w:r>
        <w:t>69. 社会工作督导的主要功能是，该说法正确与否？（判断）</w:t>
        <w:br/>
        <w:t>答案：错误  解析：督导具有行政、教育和支持三大功能，为一线社工提供管理、技术和心理支持。 请以教材表述为准。</w:t>
      </w:r>
    </w:p>
    <w:p>
      <w:r>
        <w:t>70. 社会工作者在服务中的角色不包括，该说法正确与否？（判断）</w:t>
        <w:br/>
        <w:t>答案：正确  解析：社工常扮演支持者、倡导者、资源链接者等角色，最终决策权属于服务对象。</w:t>
      </w:r>
    </w:p>
    <w:p>
      <w:r>
        <w:t>71. ‘人在情境中’的观点强调，该说法正确与否？（判断）</w:t>
        <w:br/>
        <w:t>答案：错误  解析：该观点认为个人问题源于人与环境的互动，需从人与环境两方面介入。 请以教材表述为准。</w:t>
      </w:r>
    </w:p>
    <w:p>
      <w:r>
        <w:t>72. 社会调查的方法不包括，该说法正确与否？（判断）</w:t>
        <w:br/>
        <w:t>答案：错误  解析：社会调查依靠问卷、访谈、观察等实证方法，不能凭主观臆断下结论。 请以教材表述为准。</w:t>
      </w:r>
    </w:p>
    <w:p>
      <w:r>
        <w:t>73. 社会工作价值观的核心是，该说法正确与否？（判断）</w:t>
        <w:br/>
        <w:t>答案：正确  解析：尊重、接纳、个别化、自决是社会工作价值观的基石。</w:t>
      </w:r>
    </w:p>
    <w:p>
      <w:r>
        <w:t>74. 社会工作者与服务对象的关系特点是，该说法正确与否？（判断）</w:t>
        <w:br/>
        <w:t>答案：错误  解析：专业关系是平等、合作、助人的关系，不是控制或雇佣关系。 请以教材表述为准。</w:t>
      </w:r>
    </w:p>
    <w:p>
      <w:r>
        <w:t>75. 危机介入模式强调的时效性是，该说法正确与否？（判断）</w:t>
        <w:br/>
        <w:t>答案：错误  解析：危机介入强调在危机发生后短期内（通常72小时）及时介入，防止危机恶化。 请以教材表述为准。</w:t>
      </w:r>
    </w:p>
    <w:p>
      <w:r>
        <w:t>76. 社会工作的目标层面不包括，该说法正确与否？（判断）</w:t>
        <w:br/>
        <w:t>答案：正确  解析：社会工作目标是解救危难、缓解困难、促进个人和社会发展，不追求利润。</w:t>
      </w:r>
    </w:p>
    <w:p>
      <w:r>
        <w:t>77. 志愿者与社会工作者的区别在于，该说法正确与否？（判断）</w:t>
        <w:br/>
        <w:t>答案：错误  解析：社会工作者受过专业训练并以助人为职业，志愿者一般是自愿无偿参与。 请以教材表述为准。</w:t>
      </w:r>
    </w:p>
    <w:p>
      <w:r>
        <w:t>78. 社区资源整合的方法包括，该说法正确与否？（判断）</w:t>
        <w:br/>
        <w:t>答案：错误  解析：社区工作强调盘点、链接、整合社区内外资源，实现资源利用最大化。 请以教材表述为准。</w:t>
      </w:r>
    </w:p>
    <w:p>
      <w:r>
        <w:t>79. 社会工作者进行需求评估的方法是，该说法正确与否？（判断）</w:t>
        <w:br/>
        <w:t>答案：正确  解析：需求评估必须通过问卷调查、访谈、观察等实证方法科学开展。</w:t>
      </w:r>
    </w:p>
    <w:p>
      <w:r>
        <w:t>80. 社会工作专业守则要求社工，该说法正确与否？（判断）</w:t>
        <w:br/>
        <w:t>答案：错误  解析：专业守则要求尊重服务对象自决权、保护隐私、不利用专业关系谋利。 请以教材表述为准。</w:t>
      </w:r>
    </w:p>
    <w:p>
      <w:r>
        <w:t>81. 社会工作的核心价值理念是，该说法正确与否？（判断）</w:t>
        <w:br/>
        <w:t>答案：错误  解析：助人自助是社会工作最核心的价值理念，强调帮助人实现自助。 请以教材表述为准。</w:t>
      </w:r>
    </w:p>
    <w:p>
      <w:r>
        <w:t>82. 社会工作的主要服务对象是，该说法正确与否？（判断）</w:t>
        <w:br/>
        <w:t>答案：正确  解析：社会工作的服务对象是遇到困难、需要帮助的个人、群体和社区，涵盖各类弱势群体。</w:t>
      </w:r>
    </w:p>
    <w:p>
      <w:r>
        <w:t>83. 社会工作的专业方法不包括，该说法正确与否？（判断）</w:t>
        <w:br/>
        <w:t>答案：错误  解析：社会工作三大直接方法是个案、小组、社区，行政管理不是直接服务方法。 请以教材表述为准。</w:t>
      </w:r>
    </w:p>
    <w:p>
      <w:r>
        <w:t>84. 个案工作的核心过程是，该说法正确与否？（判断）</w:t>
        <w:br/>
        <w:t>答案：错误  解析：个案工作的起点和核心是与服务对象建立信任的专业关系。 请以教材表述为准。</w:t>
      </w:r>
    </w:p>
    <w:p>
      <w:r>
        <w:t>85. 小组工作中‘小组动力’理论强调，该说法正确与否？（判断）</w:t>
        <w:br/>
        <w:t>答案：正确  解析：小组动力理论认为小组的发展受成员互动、沟通和凝聚力等内部动力影响。</w:t>
      </w:r>
    </w:p>
    <w:p>
      <w:r>
        <w:t>86. 社区工作的目标不包括，该说法正确与否？（判断）</w:t>
        <w:br/>
        <w:t>答案：错误  解析：社区工作以促进社区发展和居民参与为目标，不以营利为目的。 请以教材表述为准。</w:t>
      </w:r>
    </w:p>
    <w:p>
      <w:r>
        <w:t>87. 社会工作者应遵循的首要伦理原则是，该说法正确与否？（判断）</w:t>
        <w:br/>
        <w:t>答案：错误  解析：保密原则是社会工作者对服务对象的基本伦理义务，涉及隐私保护。 请以教材表述为准。</w:t>
      </w:r>
    </w:p>
    <w:p>
      <w:r>
        <w:t>88. 社会政策的功能不包括，该说法正确与否？（判断）</w:t>
        <w:br/>
        <w:t>答案：正确  解析：社会政策具有资源配置、社会控制、收入再分配等功能，目标是促进公平。</w:t>
      </w:r>
    </w:p>
    <w:p>
      <w:r>
        <w:t>89. 社会工作督导的主要功能是，该说法正确与否？（判断）</w:t>
        <w:br/>
        <w:t>答案：错误  解析：督导具有行政、教育和支持三大功能，为一线社工提供管理、技术和心理支持。 请以教材表述为准。</w:t>
      </w:r>
    </w:p>
    <w:p>
      <w:r>
        <w:t>90. 社会工作者在服务中的角色不包括，该说法正确与否？（判断）</w:t>
        <w:br/>
        <w:t>答案：错误  解析：社工常扮演支持者、倡导者、资源链接者等角色，最终决策权属于服务对象。 请以教材表述为准。</w:t>
      </w:r>
    </w:p>
    <w:p>
      <w:r>
        <w:t>91. ‘人在情境中’的观点强调，该说法正确与否？（判断）</w:t>
        <w:br/>
        <w:t>答案：正确  解析：该观点认为个人问题源于人与环境的互动，需从人与环境两方面介入。</w:t>
      </w:r>
    </w:p>
    <w:p>
      <w:r>
        <w:t>92. 社会调查的方法不包括，该说法正确与否？（判断）</w:t>
        <w:br/>
        <w:t>答案：错误  解析：社会调查依靠问卷、访谈、观察等实证方法，不能凭主观臆断下结论。 请以教材表述为准。</w:t>
      </w:r>
    </w:p>
    <w:p>
      <w:r>
        <w:t>93. 社会工作价值观的核心是，该说法正确与否？（判断）</w:t>
        <w:br/>
        <w:t>答案：错误  解析：尊重、接纳、个别化、自决是社会工作价值观的基石。 请以教材表述为准。</w:t>
      </w:r>
    </w:p>
    <w:p>
      <w:r>
        <w:t>94. 社会工作者与服务对象的关系特点是，该说法正确与否？（判断）</w:t>
        <w:br/>
        <w:t>答案：正确  解析：专业关系是平等、合作、助人的关系，不是控制或雇佣关系。</w:t>
      </w:r>
    </w:p>
    <w:p>
      <w:r>
        <w:t>95. 危机介入模式强调的时效性是，该说法正确与否？（判断）</w:t>
        <w:br/>
        <w:t>答案：错误  解析：危机介入强调在危机发生后短期内（通常72小时）及时介入，防止危机恶化。 请以教材表述为准。</w:t>
      </w:r>
    </w:p>
    <w:p>
      <w:r>
        <w:t>96. 社会工作的目标层面不包括，该说法正确与否？（判断）</w:t>
        <w:br/>
        <w:t>答案：错误  解析：社会工作目标是解救危难、缓解困难、促进个人和社会发展，不追求利润。 请以教材表述为准。</w:t>
      </w:r>
    </w:p>
    <w:p>
      <w:r>
        <w:t>97. 志愿者与社会工作者的区别在于，该说法正确与否？（判断）</w:t>
        <w:br/>
        <w:t>答案：正确  解析：社会工作者受过专业训练并以助人为职业，志愿者一般是自愿无偿参与。</w:t>
      </w:r>
    </w:p>
    <w:p>
      <w:r>
        <w:t>98. 社区资源整合的方法包括，该说法正确与否？（判断）</w:t>
        <w:br/>
        <w:t>答案：错误  解析：社区工作强调盘点、链接、整合社区内外资源，实现资源利用最大化。 请以教材表述为准。</w:t>
      </w:r>
    </w:p>
    <w:p>
      <w:r>
        <w:t>99. 社会工作者进行需求评估的方法是，该说法正确与否？（判断）</w:t>
        <w:br/>
        <w:t>答案：错误  解析：需求评估必须通过问卷调查、访谈、观察等实证方法科学开展。 请以教材表述为准。</w:t>
      </w:r>
    </w:p>
    <w:p>
      <w:r>
        <w:t>100. 社会工作专业守则要求社工，该说法正确与否？（判断）</w:t>
        <w:br/>
        <w:t>答案：正确  解析：专业守则要求尊重服务对象自决权、保护隐私、不利用专业关系谋利。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