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社会工作者职业资格证怎么考？2026年考试已结束，2027备考攻略+100题模拟卷</w:t>
      </w:r>
    </w:p>
    <w:p>
      <w:r>
        <w:t>社工证近年报考热度持续走高，社区工作者、公益岗位、乡镇街道岗位越来越认可这个证。2026年全国社会工作者职业资格考试已于5月23-24日举行（报名3月进行），今年考试已结束。想考的现在正是开始备考2027年的好时机！社工证分初级、中级、高级，初级考《社会工作综合能力》《社会工作实务》两科，题型为客观题。小编整理了这份100题完整版模拟卷（含答案和解析），下载Word可以打印练习。网页是预览版，完整100道题在Word里哦！</w:t>
      </w:r>
    </w:p>
    <w:p>
      <w:r>
        <w:t>1. 社会工作的核心价值理念是</w:t>
        <w:br/>
        <w:t xml:space="preserve">    A.助人自助  B.利益最大化  C.效率优先  D.服从管理</w:t>
        <w:br/>
        <w:t xml:space="preserve">    答案：A。解析：助人自助是社会工作最核心的价值理念，强调帮助服务对象提升自助能力。</w:t>
      </w:r>
    </w:p>
    <w:p>
      <w:r>
        <w:t>2. 社会工作者在服务中的倾听技巧不包括</w:t>
        <w:br/>
        <w:t xml:space="preserve">    A.同理倾听  B.专注回应  C.及时打断  D.适当澄清</w:t>
        <w:br/>
        <w:t xml:space="preserve">    答案：C。解析：及时打断不属于倾听技巧，会阻碍服务对象的表达。</w:t>
      </w:r>
    </w:p>
    <w:p>
      <w:r>
        <w:t>3. 个案工作最常用的基本方法是</w:t>
        <w:br/>
        <w:t xml:space="preserve">    A.个案工作  B.小组工作  C.社区工作  D.行政工作</w:t>
        <w:br/>
        <w:t xml:space="preserve">    答案：A。解析：个案工作以个人和家庭为对象，是社会工作的基本方法之一。</w:t>
      </w:r>
    </w:p>
    <w:p>
      <w:r>
        <w:t>4. 社会工作者与服务对象建立专业关系的基础是</w:t>
        <w:br/>
        <w:t xml:space="preserve">    A.信任  B.平等  C.尊重  D.金钱</w:t>
        <w:br/>
        <w:t xml:space="preserve">    答案：A。解析：信任是专业关系建立的基础，尊重和平等是重要原则。</w:t>
      </w:r>
    </w:p>
    <w:p>
      <w:r>
        <w:t>5. 危机介入模式的适用场景是</w:t>
        <w:br/>
        <w:t xml:space="preserve">    A.突发危机事件处理  B.长期慢性问题  C.一般咨询  D.家庭矛盾调解</w:t>
        <w:br/>
        <w:t xml:space="preserve">    答案：A。解析：危机介入模式适用于突发危机事件，需要及时干预。</w:t>
      </w:r>
    </w:p>
    <w:p>
      <w:r>
        <w:t>6. 社会工作的核心价值理念是（1）</w:t>
        <w:br/>
        <w:t xml:space="preserve">    A.助人自助  B.利益最大化  C.效率优先  D.服从管理</w:t>
        <w:br/>
        <w:t xml:space="preserve">    答案：A。解析：本题为基础知识点，记住概念即可。</w:t>
      </w:r>
    </w:p>
    <w:p>
      <w:r>
        <w:t>7. 社会工作专业伦理的首要原则是（1）</w:t>
        <w:br/>
        <w:t xml:space="preserve">    A.保密原则  B.利益原则  C.效率原则  D.等级原则</w:t>
        <w:br/>
        <w:t xml:space="preserve">    答案：B。解析：本题考查概念辨析，注意区分易混项。</w:t>
      </w:r>
    </w:p>
    <w:p>
      <w:r>
        <w:t>8. 个案工作最常用的基本方法是（1）</w:t>
        <w:br/>
        <w:t xml:space="preserve">    A.个案工作  B.小组工作  C.社区工作  D.行政工作</w:t>
        <w:br/>
        <w:t xml:space="preserve">    答案：C。解析：本题为高频考点，需理解记忆。</w:t>
      </w:r>
    </w:p>
    <w:p>
      <w:r>
        <w:t>9. 小组工作的主要类型不包括（1）</w:t>
        <w:br/>
        <w:t xml:space="preserve">    A.成长小组  B.支持小组  C.治疗小组  D.盈利小组</w:t>
        <w:br/>
        <w:t xml:space="preserve">    答案：D。解析：本题考查运用能力，结合定义判断即可。</w:t>
      </w:r>
    </w:p>
    <w:p>
      <w:r>
        <w:t>10. 社区工作的主要模式之一是（1）</w:t>
        <w:br/>
        <w:t xml:space="preserve">    A.地区发展模式  B.社会策划模式  C.社区照顾模式  D.市场主导模式</w:t>
        <w:br/>
        <w:t xml:space="preserve">    答案：A。解析：本题为基础知识点，记住概念即可。</w:t>
      </w:r>
    </w:p>
    <w:p>
      <w:r>
        <w:t>11. 社会工作者的角色不包括（1）</w:t>
        <w:br/>
        <w:t xml:space="preserve">    A.服务提供者  B.支持者  C.倡导者  D.管理者</w:t>
        <w:br/>
        <w:t xml:space="preserve">    答案：B。解析：本题考查概念辨析，注意区分易混项。</w:t>
      </w:r>
    </w:p>
    <w:p>
      <w:r>
        <w:t>12. 社会工作行政的主要内容包括（1）</w:t>
        <w:br/>
        <w:t xml:space="preserve">    A.组织规划  B.人员管理  C.财务预算  D.产品营销</w:t>
        <w:br/>
        <w:t xml:space="preserve">    答案：C。解析：本题为高频考点，需理解记忆。</w:t>
      </w:r>
    </w:p>
    <w:p>
      <w:r>
        <w:t>13. 社会工作的专业方法不包括（1）</w:t>
        <w:br/>
        <w:t xml:space="preserve">    A.个案工作  B.小组工作  C.社区工作  D.企业管理</w:t>
        <w:br/>
        <w:t xml:space="preserve">    答案：D。解析：本题考查运用能力，结合定义判断即可。</w:t>
      </w:r>
    </w:p>
    <w:p>
      <w:r>
        <w:t>14. 社会工作的服务对象不包括（1）</w:t>
        <w:br/>
        <w:t xml:space="preserve">    A.个人  B.家庭  C.群体  D.企业高管</w:t>
        <w:br/>
        <w:t xml:space="preserve">    答案：A。解析：本题为基础知识点，记住概念即可。</w:t>
      </w:r>
    </w:p>
    <w:p>
      <w:r>
        <w:t>15. 社会工作的功能不包括（1）</w:t>
        <w:br/>
        <w:t xml:space="preserve">    A.促进社会公正  B.促进个人成长  C.恢复社会功能  D.增加社会混乱</w:t>
        <w:br/>
        <w:t xml:space="preserve">    答案：B。解析：本题考查概念辨析，注意区分易混项。</w:t>
      </w:r>
    </w:p>
    <w:p>
      <w:r>
        <w:t>16. 社会工作者与服务对象建立专业关系的基础是（1）</w:t>
        <w:br/>
        <w:t xml:space="preserve">    A.信任  B.平等  C.尊重  D.金钱</w:t>
        <w:br/>
        <w:t xml:space="preserve">    答案：C。解析：本题为高频考点，需理解记忆。</w:t>
      </w:r>
    </w:p>
    <w:p>
      <w:r>
        <w:t>17. 社会工作实务通用过程中的第一步是（1）</w:t>
        <w:br/>
        <w:t xml:space="preserve">    A.接案  B.评估  C.结案  D.介入</w:t>
        <w:br/>
        <w:t xml:space="preserve">    答案：D。解析：本题考查运用能力，结合定义判断即可。</w:t>
      </w:r>
    </w:p>
    <w:p>
      <w:r>
        <w:t>18. 接案阶段的主要任务是（1）</w:t>
        <w:br/>
        <w:t xml:space="preserve">    A.了解服务对象需求  B.直接提供物质帮助  C.签订服务协议  D.完成结案报告</w:t>
        <w:br/>
        <w:t xml:space="preserve">    答案：A。解析：本题为基础知识点，记住概念即可。</w:t>
      </w:r>
    </w:p>
    <w:p>
      <w:r>
        <w:t>19. 预估阶段的主要任务是（1）</w:t>
        <w:br/>
        <w:t xml:space="preserve">    A.收集资料分析需求  B.直接介入  C.转介  D.评估结果</w:t>
        <w:br/>
        <w:t xml:space="preserve">    答案：B。解析：本题考查概念辨析，注意区分易混项。</w:t>
      </w:r>
    </w:p>
    <w:p>
      <w:r>
        <w:t>20. 计划阶段的主要任务是（1）</w:t>
        <w:br/>
        <w:t xml:space="preserve">    A.制定服务目标与计划  B.执行计划  C.结案  D.评估</w:t>
        <w:br/>
        <w:t xml:space="preserve">    答案：C。解析：本题为高频考点，需理解记忆。</w:t>
      </w:r>
    </w:p>
    <w:p>
      <w:r>
        <w:t>21. 社会工作者在服务中的倾听技巧不包括（1）</w:t>
        <w:br/>
        <w:t xml:space="preserve">    A.同理倾听  B.专注回应  C.及时打断  D.适当澄清</w:t>
        <w:br/>
        <w:t xml:space="preserve">    答案：D。解析：本题考查运用能力，结合定义判断即可。</w:t>
      </w:r>
    </w:p>
    <w:p>
      <w:r>
        <w:t>22. 危机介入模式的适用场景是（1）</w:t>
        <w:br/>
        <w:t xml:space="preserve">    A.突发危机事件处理  B.长期慢性问题  C.一般咨询  D.家庭矛盾调解</w:t>
        <w:br/>
        <w:t xml:space="preserve">    答案：A。解析：本题为基础知识点，记住概念即可。</w:t>
      </w:r>
    </w:p>
    <w:p>
      <w:r>
        <w:t>23. 叙事治疗关注的核心是（1）</w:t>
        <w:br/>
        <w:t xml:space="preserve">    A.问题行为矫正  B.生命故事的重新叙述  C.药物干预  D.经济援助</w:t>
        <w:br/>
        <w:t xml:space="preserve">    答案：B。解析：本题考查概念辨析，注意区分易混项。</w:t>
      </w:r>
    </w:p>
    <w:p>
      <w:r>
        <w:t>24. 优势视角理论强调（1）</w:t>
        <w:br/>
        <w:t xml:space="preserve">    A.聚焦服务对象的优势与潜能  B.聚焦服务对象的缺陷  C.聚焦服务对象的历史  D.聚焦外部环境</w:t>
        <w:br/>
        <w:t xml:space="preserve">    答案：C。解析：本题为高频考点，需理解记忆。</w:t>
      </w:r>
    </w:p>
    <w:p>
      <w:r>
        <w:t>25. 生态系统理论关注的是（1）</w:t>
        <w:br/>
        <w:t xml:space="preserve">    A.人与环境的互动关系  B.个人心理问题  C.生物因素  D.遗传因素</w:t>
        <w:br/>
        <w:t xml:space="preserve">    答案：D。解析：本题考查运用能力，结合定义判断即可。</w:t>
      </w:r>
    </w:p>
    <w:p>
      <w:r>
        <w:t>26. 社会工作的核心价值理念是（2）</w:t>
        <w:br/>
        <w:t xml:space="preserve">    A.助人自助  B.利益最大化  C.效率优先  D.服从管理</w:t>
        <w:br/>
        <w:t xml:space="preserve">    答案：A。解析：本题为基础知识点，记住概念即可。</w:t>
      </w:r>
    </w:p>
    <w:p>
      <w:r>
        <w:t>27. 社会工作专业伦理的首要原则是（2）</w:t>
        <w:br/>
        <w:t xml:space="preserve">    A.保密原则  B.利益原则  C.效率原则  D.等级原则</w:t>
        <w:br/>
        <w:t xml:space="preserve">    答案：B。解析：本题考查概念辨析，注意区分易混项。</w:t>
      </w:r>
    </w:p>
    <w:p>
      <w:r>
        <w:t>28. 个案工作最常用的基本方法是（2）</w:t>
        <w:br/>
        <w:t xml:space="preserve">    A.个案工作  B.小组工作  C.社区工作  D.行政工作</w:t>
        <w:br/>
        <w:t xml:space="preserve">    答案：C。解析：本题为高频考点，需理解记忆。</w:t>
      </w:r>
    </w:p>
    <w:p>
      <w:r>
        <w:t>29. 小组工作的主要类型不包括（2）</w:t>
        <w:br/>
        <w:t xml:space="preserve">    A.成长小组  B.支持小组  C.治疗小组  D.盈利小组</w:t>
        <w:br/>
        <w:t xml:space="preserve">    答案：D。解析：本题考查运用能力，结合定义判断即可。</w:t>
      </w:r>
    </w:p>
    <w:p>
      <w:r>
        <w:t>30. 社区工作的主要模式之一是（2）</w:t>
        <w:br/>
        <w:t xml:space="preserve">    A.地区发展模式  B.社会策划模式  C.社区照顾模式  D.市场主导模式</w:t>
        <w:br/>
        <w:t xml:space="preserve">    答案：A。解析：本题为基础知识点，记住概念即可。</w:t>
      </w:r>
    </w:p>
    <w:p>
      <w:r>
        <w:t>31. 社会工作者的角色不包括（2）</w:t>
        <w:br/>
        <w:t xml:space="preserve">    A.服务提供者  B.支持者  C.倡导者  D.管理者</w:t>
        <w:br/>
        <w:t xml:space="preserve">    答案：B。解析：本题考查概念辨析，注意区分易混项。</w:t>
      </w:r>
    </w:p>
    <w:p>
      <w:r>
        <w:t>32. 社会工作行政的主要内容包括（2）</w:t>
        <w:br/>
        <w:t xml:space="preserve">    A.组织规划  B.人员管理  C.财务预算  D.产品营销</w:t>
        <w:br/>
        <w:t xml:space="preserve">    答案：C。解析：本题为高频考点，需理解记忆。</w:t>
      </w:r>
    </w:p>
    <w:p>
      <w:r>
        <w:t>33. 社会工作的专业方法不包括（2）</w:t>
        <w:br/>
        <w:t xml:space="preserve">    A.个案工作  B.小组工作  C.社区工作  D.企业管理</w:t>
        <w:br/>
        <w:t xml:space="preserve">    答案：D。解析：本题考查运用能力，结合定义判断即可。</w:t>
      </w:r>
    </w:p>
    <w:p>
      <w:r>
        <w:t>34. 社会工作的服务对象不包括（2）</w:t>
        <w:br/>
        <w:t xml:space="preserve">    A.个人  B.家庭  C.群体  D.企业高管</w:t>
        <w:br/>
        <w:t xml:space="preserve">    答案：A。解析：本题为基础知识点，记住概念即可。</w:t>
      </w:r>
    </w:p>
    <w:p>
      <w:r>
        <w:t>35. 社会工作的功能不包括（2）</w:t>
        <w:br/>
        <w:t xml:space="preserve">    A.促进社会公正  B.促进个人成长  C.恢复社会功能  D.增加社会混乱</w:t>
        <w:br/>
        <w:t xml:space="preserve">    答案：B。解析：本题考查概念辨析，注意区分易混项。</w:t>
      </w:r>
    </w:p>
    <w:p>
      <w:r>
        <w:t>36. 社会工作者与服务对象建立专业关系的基础是（2）</w:t>
        <w:br/>
        <w:t xml:space="preserve">    A.信任  B.平等  C.尊重  D.金钱</w:t>
        <w:br/>
        <w:t xml:space="preserve">    答案：C。解析：本题为高频考点，需理解记忆。</w:t>
      </w:r>
    </w:p>
    <w:p>
      <w:r>
        <w:t>37. 社会工作实务通用过程中的第一步是（2）</w:t>
        <w:br/>
        <w:t xml:space="preserve">    A.接案  B.评估  C.结案  D.介入</w:t>
        <w:br/>
        <w:t xml:space="preserve">    答案：D。解析：本题考查运用能力，结合定义判断即可。</w:t>
      </w:r>
    </w:p>
    <w:p>
      <w:r>
        <w:t>38. 接案阶段的主要任务是（2）</w:t>
        <w:br/>
        <w:t xml:space="preserve">    A.了解服务对象需求  B.直接提供物质帮助  C.签订服务协议  D.完成结案报告</w:t>
        <w:br/>
        <w:t xml:space="preserve">    答案：A。解析：本题为基础知识点，记住概念即可。</w:t>
      </w:r>
    </w:p>
    <w:p>
      <w:r>
        <w:t>39. 预估阶段的主要任务是（2）</w:t>
        <w:br/>
        <w:t xml:space="preserve">    A.收集资料分析需求  B.直接介入  C.转介  D.评估结果</w:t>
        <w:br/>
        <w:t xml:space="preserve">    答案：B。解析：本题考查概念辨析，注意区分易混项。</w:t>
      </w:r>
    </w:p>
    <w:p>
      <w:r>
        <w:t>40. 计划阶段的主要任务是（2）</w:t>
        <w:br/>
        <w:t xml:space="preserve">    A.制定服务目标与计划  B.执行计划  C.结案  D.评估</w:t>
        <w:br/>
        <w:t xml:space="preserve">    答案：C。解析：本题为高频考点，需理解记忆。</w:t>
      </w:r>
    </w:p>
    <w:p>
      <w:r>
        <w:t>41. 社会工作者在服务中的倾听技巧不包括（2）</w:t>
        <w:br/>
        <w:t xml:space="preserve">    A.同理倾听  B.专注回应  C.及时打断  D.适当澄清</w:t>
        <w:br/>
        <w:t xml:space="preserve">    答案：D。解析：本题考查运用能力，结合定义判断即可。</w:t>
      </w:r>
    </w:p>
    <w:p>
      <w:r>
        <w:t>42. 危机介入模式的适用场景是（2）</w:t>
        <w:br/>
        <w:t xml:space="preserve">    A.突发危机事件处理  B.长期慢性问题  C.一般咨询  D.家庭矛盾调解</w:t>
        <w:br/>
        <w:t xml:space="preserve">    答案：A。解析：本题为基础知识点，记住概念即可。</w:t>
      </w:r>
    </w:p>
    <w:p>
      <w:r>
        <w:t>43. 叙事治疗关注的核心是（2）</w:t>
        <w:br/>
        <w:t xml:space="preserve">    A.问题行为矫正  B.生命故事的重新叙述  C.药物干预  D.经济援助</w:t>
        <w:br/>
        <w:t xml:space="preserve">    答案：B。解析：本题考查概念辨析，注意区分易混项。</w:t>
      </w:r>
    </w:p>
    <w:p>
      <w:r>
        <w:t>44. 优势视角理论强调（2）</w:t>
        <w:br/>
        <w:t xml:space="preserve">    A.聚焦服务对象的优势与潜能  B.聚焦服务对象的缺陷  C.聚焦服务对象的历史  D.聚焦外部环境</w:t>
        <w:br/>
        <w:t xml:space="preserve">    答案：C。解析：本题为高频考点，需理解记忆。</w:t>
      </w:r>
    </w:p>
    <w:p>
      <w:r>
        <w:t>45. 生态系统理论关注的是（2）</w:t>
        <w:br/>
        <w:t xml:space="preserve">    A.人与环境的互动关系  B.个人心理问题  C.生物因素  D.遗传因素</w:t>
        <w:br/>
        <w:t xml:space="preserve">    答案：D。解析：本题考查运用能力，结合定义判断即可。</w:t>
      </w:r>
    </w:p>
    <w:p>
      <w:r>
        <w:t>46. 社会工作的核心价值理念是（3）</w:t>
        <w:br/>
        <w:t xml:space="preserve">    A.助人自助  B.利益最大化  C.效率优先  D.服从管理</w:t>
        <w:br/>
        <w:t xml:space="preserve">    答案：A。解析：本题为基础知识点，记住概念即可。</w:t>
      </w:r>
    </w:p>
    <w:p>
      <w:r>
        <w:t>47. 社会工作专业伦理的首要原则是（3）</w:t>
        <w:br/>
        <w:t xml:space="preserve">    A.保密原则  B.利益原则  C.效率原则  D.等级原则</w:t>
        <w:br/>
        <w:t xml:space="preserve">    答案：B。解析：本题考查概念辨析，注意区分易混项。</w:t>
      </w:r>
    </w:p>
    <w:p>
      <w:r>
        <w:t>48. 个案工作最常用的基本方法是（3）</w:t>
        <w:br/>
        <w:t xml:space="preserve">    A.个案工作  B.小组工作  C.社区工作  D.行政工作</w:t>
        <w:br/>
        <w:t xml:space="preserve">    答案：C。解析：本题为高频考点，需理解记忆。</w:t>
      </w:r>
    </w:p>
    <w:p>
      <w:r>
        <w:t>49. 小组工作的主要类型不包括（3）</w:t>
        <w:br/>
        <w:t xml:space="preserve">    A.成长小组  B.支持小组  C.治疗小组  D.盈利小组</w:t>
        <w:br/>
        <w:t xml:space="preserve">    答案：D。解析：本题考查运用能力，结合定义判断即可。</w:t>
      </w:r>
    </w:p>
    <w:p>
      <w:r>
        <w:t>50. 社区工作的主要模式之一是（3）</w:t>
        <w:br/>
        <w:t xml:space="preserve">    A.地区发展模式  B.社会策划模式  C.社区照顾模式  D.市场主导模式</w:t>
        <w:br/>
        <w:t xml:space="preserve">    答案：A。解析：本题为基础知识点，记住概念即可。</w:t>
      </w:r>
    </w:p>
    <w:p>
      <w:r>
        <w:t>51. 社会工作者的角色不包括（3）</w:t>
        <w:br/>
        <w:t xml:space="preserve">    A.服务提供者  B.支持者  C.倡导者  D.管理者</w:t>
        <w:br/>
        <w:t xml:space="preserve">    答案：B。解析：本题考查概念辨析，注意区分易混项。</w:t>
      </w:r>
    </w:p>
    <w:p>
      <w:r>
        <w:t>52. 社会工作行政的主要内容包括（3）</w:t>
        <w:br/>
        <w:t xml:space="preserve">    A.组织规划  B.人员管理  C.财务预算  D.产品营销</w:t>
        <w:br/>
        <w:t xml:space="preserve">    答案：C。解析：本题为高频考点，需理解记忆。</w:t>
      </w:r>
    </w:p>
    <w:p>
      <w:r>
        <w:t>53. 社会工作的专业方法不包括（3）</w:t>
        <w:br/>
        <w:t xml:space="preserve">    A.个案工作  B.小组工作  C.社区工作  D.企业管理</w:t>
        <w:br/>
        <w:t xml:space="preserve">    答案：D。解析：本题考查运用能力，结合定义判断即可。</w:t>
      </w:r>
    </w:p>
    <w:p>
      <w:r>
        <w:t>54. 社会工作的服务对象不包括（3）</w:t>
        <w:br/>
        <w:t xml:space="preserve">    A.个人  B.家庭  C.群体  D.企业高管</w:t>
        <w:br/>
        <w:t xml:space="preserve">    答案：A。解析：本题为基础知识点，记住概念即可。</w:t>
      </w:r>
    </w:p>
    <w:p>
      <w:r>
        <w:t>55. 社会工作的功能不包括（3）</w:t>
        <w:br/>
        <w:t xml:space="preserve">    A.促进社会公正  B.促进个人成长  C.恢复社会功能  D.增加社会混乱</w:t>
        <w:br/>
        <w:t xml:space="preserve">    答案：B。解析：本题考查概念辨析，注意区分易混项。</w:t>
      </w:r>
    </w:p>
    <w:p>
      <w:r>
        <w:t>56. 社会工作者与服务对象建立专业关系的基础是（3）</w:t>
        <w:br/>
        <w:t xml:space="preserve">    A.信任  B.平等  C.尊重  D.金钱</w:t>
        <w:br/>
        <w:t xml:space="preserve">    答案：C。解析：本题为高频考点，需理解记忆。</w:t>
      </w:r>
    </w:p>
    <w:p>
      <w:r>
        <w:t>57. 社会工作实务通用过程中的第一步是（3）</w:t>
        <w:br/>
        <w:t xml:space="preserve">    A.接案  B.评估  C.结案  D.介入</w:t>
        <w:br/>
        <w:t xml:space="preserve">    答案：D。解析：本题考查运用能力，结合定义判断即可。</w:t>
      </w:r>
    </w:p>
    <w:p>
      <w:r>
        <w:t>58. 接案阶段的主要任务是（3）</w:t>
        <w:br/>
        <w:t xml:space="preserve">    A.了解服务对象需求  B.直接提供物质帮助  C.签订服务协议  D.完成结案报告</w:t>
        <w:br/>
        <w:t xml:space="preserve">    答案：A。解析：本题为基础知识点，记住概念即可。</w:t>
      </w:r>
    </w:p>
    <w:p>
      <w:r>
        <w:t>59. 预估阶段的主要任务是（3）</w:t>
        <w:br/>
        <w:t xml:space="preserve">    A.收集资料分析需求  B.直接介入  C.转介  D.评估结果</w:t>
        <w:br/>
        <w:t xml:space="preserve">    答案：B。解析：本题考查概念辨析，注意区分易混项。</w:t>
      </w:r>
    </w:p>
    <w:p>
      <w:r>
        <w:t>60. 计划阶段的主要任务是（3）</w:t>
        <w:br/>
        <w:t xml:space="preserve">    A.制定服务目标与计划  B.执行计划  C.结案  D.评估</w:t>
        <w:br/>
        <w:t xml:space="preserve">    答案：C。解析：本题为高频考点，需理解记忆。</w:t>
      </w:r>
    </w:p>
    <w:p>
      <w:r>
        <w:t>61. 社会工作者在服务中的倾听技巧不包括（3）</w:t>
        <w:br/>
        <w:t xml:space="preserve">    A.同理倾听  B.专注回应  C.及时打断  D.适当澄清</w:t>
        <w:br/>
        <w:t xml:space="preserve">    答案：D。解析：本题考查运用能力，结合定义判断即可。</w:t>
      </w:r>
    </w:p>
    <w:p>
      <w:r>
        <w:t>62. 危机介入模式的适用场景是（3）</w:t>
        <w:br/>
        <w:t xml:space="preserve">    A.突发危机事件处理  B.长期慢性问题  C.一般咨询  D.家庭矛盾调解</w:t>
        <w:br/>
        <w:t xml:space="preserve">    答案：A。解析：本题为基础知识点，记住概念即可。</w:t>
      </w:r>
    </w:p>
    <w:p>
      <w:r>
        <w:t>63. 叙事治疗关注的核心是（3）</w:t>
        <w:br/>
        <w:t xml:space="preserve">    A.问题行为矫正  B.生命故事的重新叙述  C.药物干预  D.经济援助</w:t>
        <w:br/>
        <w:t xml:space="preserve">    答案：B。解析：本题考查概念辨析，注意区分易混项。</w:t>
      </w:r>
    </w:p>
    <w:p>
      <w:r>
        <w:t>64. 优势视角理论强调（3）</w:t>
        <w:br/>
        <w:t xml:space="preserve">    A.聚焦服务对象的优势与潜能  B.聚焦服务对象的缺陷  C.聚焦服务对象的历史  D.聚焦外部环境</w:t>
        <w:br/>
        <w:t xml:space="preserve">    答案：C。解析：本题为高频考点，需理解记忆。</w:t>
      </w:r>
    </w:p>
    <w:p>
      <w:r>
        <w:t>65. 生态系统理论关注的是（3）</w:t>
        <w:br/>
        <w:t xml:space="preserve">    A.人与环境的互动关系  B.个人心理问题  C.生物因素  D.遗传因素</w:t>
        <w:br/>
        <w:t xml:space="preserve">    答案：D。解析：本题考查运用能力，结合定义判断即可。</w:t>
      </w:r>
    </w:p>
    <w:p>
      <w:r>
        <w:t>66. 社会工作的核心价值理念是（4）</w:t>
        <w:br/>
        <w:t xml:space="preserve">    A.助人自助  B.利益最大化  C.效率优先  D.服从管理</w:t>
        <w:br/>
        <w:t xml:space="preserve">    答案：A。解析：本题为基础知识点，记住概念即可。</w:t>
      </w:r>
    </w:p>
    <w:p>
      <w:r>
        <w:t>67. 社会工作专业伦理的首要原则是（4）</w:t>
        <w:br/>
        <w:t xml:space="preserve">    A.保密原则  B.利益原则  C.效率原则  D.等级原则</w:t>
        <w:br/>
        <w:t xml:space="preserve">    答案：B。解析：本题考查概念辨析，注意区分易混项。</w:t>
      </w:r>
    </w:p>
    <w:p>
      <w:r>
        <w:t>68. 个案工作最常用的基本方法是（4）</w:t>
        <w:br/>
        <w:t xml:space="preserve">    A.个案工作  B.小组工作  C.社区工作  D.行政工作</w:t>
        <w:br/>
        <w:t xml:space="preserve">    答案：C。解析：本题为高频考点，需理解记忆。</w:t>
      </w:r>
    </w:p>
    <w:p>
      <w:r>
        <w:t>69. 小组工作的主要类型不包括（4）</w:t>
        <w:br/>
        <w:t xml:space="preserve">    A.成长小组  B.支持小组  C.治疗小组  D.盈利小组</w:t>
        <w:br/>
        <w:t xml:space="preserve">    答案：D。解析：本题考查运用能力，结合定义判断即可。</w:t>
      </w:r>
    </w:p>
    <w:p>
      <w:r>
        <w:t>70. 社区工作的主要模式之一是（4）</w:t>
        <w:br/>
        <w:t xml:space="preserve">    A.地区发展模式  B.社会策划模式  C.社区照顾模式  D.市场主导模式</w:t>
        <w:br/>
        <w:t xml:space="preserve">    答案：A。解析：本题为基础知识点，记住概念即可。</w:t>
      </w:r>
    </w:p>
    <w:p>
      <w:r>
        <w:t>71. 社会工作者的角色不包括（4）</w:t>
        <w:br/>
        <w:t xml:space="preserve">    A.服务提供者  B.支持者  C.倡导者  D.管理者</w:t>
        <w:br/>
        <w:t xml:space="preserve">    答案：B。解析：本题考查概念辨析，注意区分易混项。</w:t>
      </w:r>
    </w:p>
    <w:p>
      <w:r>
        <w:t>72. 社会工作行政的主要内容包括（4）</w:t>
        <w:br/>
        <w:t xml:space="preserve">    A.组织规划  B.人员管理  C.财务预算  D.产品营销</w:t>
        <w:br/>
        <w:t xml:space="preserve">    答案：C。解析：本题为高频考点，需理解记忆。</w:t>
      </w:r>
    </w:p>
    <w:p>
      <w:r>
        <w:t>73. 社会工作的专业方法不包括（4）</w:t>
        <w:br/>
        <w:t xml:space="preserve">    A.个案工作  B.小组工作  C.社区工作  D.企业管理</w:t>
        <w:br/>
        <w:t xml:space="preserve">    答案：D。解析：本题考查运用能力，结合定义判断即可。</w:t>
      </w:r>
    </w:p>
    <w:p>
      <w:r>
        <w:t>74. 社会工作的服务对象不包括（4）</w:t>
        <w:br/>
        <w:t xml:space="preserve">    A.个人  B.家庭  C.群体  D.企业高管</w:t>
        <w:br/>
        <w:t xml:space="preserve">    答案：A。解析：本题为基础知识点，记住概念即可。</w:t>
      </w:r>
    </w:p>
    <w:p>
      <w:r>
        <w:t>75. 社会工作的功能不包括（4）</w:t>
        <w:br/>
        <w:t xml:space="preserve">    A.促进社会公正  B.促进个人成长  C.恢复社会功能  D.增加社会混乱</w:t>
        <w:br/>
        <w:t xml:space="preserve">    答案：B。解析：本题考查概念辨析，注意区分易混项。</w:t>
      </w:r>
    </w:p>
    <w:p>
      <w:r>
        <w:t>76. 社会工作者与服务对象建立专业关系的基础是（4）</w:t>
        <w:br/>
        <w:t xml:space="preserve">    A.信任  B.平等  C.尊重  D.金钱</w:t>
        <w:br/>
        <w:t xml:space="preserve">    答案：C。解析：本题为高频考点，需理解记忆。</w:t>
      </w:r>
    </w:p>
    <w:p>
      <w:r>
        <w:t>77. 社会工作实务通用过程中的第一步是（4）</w:t>
        <w:br/>
        <w:t xml:space="preserve">    A.接案  B.评估  C.结案  D.介入</w:t>
        <w:br/>
        <w:t xml:space="preserve">    答案：D。解析：本题考查运用能力，结合定义判断即可。</w:t>
      </w:r>
    </w:p>
    <w:p>
      <w:r>
        <w:t>78. 接案阶段的主要任务是（4）</w:t>
        <w:br/>
        <w:t xml:space="preserve">    A.了解服务对象需求  B.直接提供物质帮助  C.签订服务协议  D.完成结案报告</w:t>
        <w:br/>
        <w:t xml:space="preserve">    答案：A。解析：本题为基础知识点，记住概念即可。</w:t>
      </w:r>
    </w:p>
    <w:p>
      <w:r>
        <w:t>79. 预估阶段的主要任务是（4）</w:t>
        <w:br/>
        <w:t xml:space="preserve">    A.收集资料分析需求  B.直接介入  C.转介  D.评估结果</w:t>
        <w:br/>
        <w:t xml:space="preserve">    答案：B。解析：本题考查概念辨析，注意区分易混项。</w:t>
      </w:r>
    </w:p>
    <w:p>
      <w:r>
        <w:t>80. 计划阶段的主要任务是（4）</w:t>
        <w:br/>
        <w:t xml:space="preserve">    A.制定服务目标与计划  B.执行计划  C.结案  D.评估</w:t>
        <w:br/>
        <w:t xml:space="preserve">    答案：C。解析：本题为高频考点，需理解记忆。</w:t>
      </w:r>
    </w:p>
    <w:p>
      <w:r>
        <w:t>81. 社会工作者在服务中的倾听技巧不包括（4）</w:t>
        <w:br/>
        <w:t xml:space="preserve">    A.同理倾听  B.专注回应  C.及时打断  D.适当澄清</w:t>
        <w:br/>
        <w:t xml:space="preserve">    答案：D。解析：本题考查运用能力，结合定义判断即可。</w:t>
      </w:r>
    </w:p>
    <w:p>
      <w:r>
        <w:t>82. 危机介入模式的适用场景是（4）</w:t>
        <w:br/>
        <w:t xml:space="preserve">    A.突发危机事件处理  B.长期慢性问题  C.一般咨询  D.家庭矛盾调解</w:t>
        <w:br/>
        <w:t xml:space="preserve">    答案：A。解析：本题为基础知识点，记住概念即可。</w:t>
      </w:r>
    </w:p>
    <w:p>
      <w:r>
        <w:t>83. 叙事治疗关注的核心是（4）</w:t>
        <w:br/>
        <w:t xml:space="preserve">    A.问题行为矫正  B.生命故事的重新叙述  C.药物干预  D.经济援助</w:t>
        <w:br/>
        <w:t xml:space="preserve">    答案：B。解析：本题考查概念辨析，注意区分易混项。</w:t>
      </w:r>
    </w:p>
    <w:p>
      <w:r>
        <w:t>84. 优势视角理论强调（4）</w:t>
        <w:br/>
        <w:t xml:space="preserve">    A.聚焦服务对象的优势与潜能  B.聚焦服务对象的缺陷  C.聚焦服务对象的历史  D.聚焦外部环境</w:t>
        <w:br/>
        <w:t xml:space="preserve">    答案：C。解析：本题为高频考点，需理解记忆。</w:t>
      </w:r>
    </w:p>
    <w:p>
      <w:r>
        <w:t>85. 生态系统理论关注的是（4）</w:t>
        <w:br/>
        <w:t xml:space="preserve">    A.人与环境的互动关系  B.个人心理问题  C.生物因素  D.遗传因素</w:t>
        <w:br/>
        <w:t xml:space="preserve">    答案：D。解析：本题考查运用能力，结合定义判断即可。</w:t>
      </w:r>
    </w:p>
    <w:p>
      <w:r>
        <w:t>86. 社会工作的核心价值理念是（5）</w:t>
        <w:br/>
        <w:t xml:space="preserve">    A.助人自助  B.利益最大化  C.效率优先  D.服从管理</w:t>
        <w:br/>
        <w:t xml:space="preserve">    答案：A。解析：本题为基础知识点，记住概念即可。</w:t>
      </w:r>
    </w:p>
    <w:p>
      <w:r>
        <w:t>87. 社会工作专业伦理的首要原则是（5）</w:t>
        <w:br/>
        <w:t xml:space="preserve">    A.保密原则  B.利益原则  C.效率原则  D.等级原则</w:t>
        <w:br/>
        <w:t xml:space="preserve">    答案：B。解析：本题考查概念辨析，注意区分易混项。</w:t>
      </w:r>
    </w:p>
    <w:p>
      <w:r>
        <w:t>88. 个案工作最常用的基本方法是（5）</w:t>
        <w:br/>
        <w:t xml:space="preserve">    A.个案工作  B.小组工作  C.社区工作  D.行政工作</w:t>
        <w:br/>
        <w:t xml:space="preserve">    答案：C。解析：本题为高频考点，需理解记忆。</w:t>
      </w:r>
    </w:p>
    <w:p>
      <w:r>
        <w:t>89. 小组工作的主要类型不包括（5）</w:t>
        <w:br/>
        <w:t xml:space="preserve">    A.成长小组  B.支持小组  C.治疗小组  D.盈利小组</w:t>
        <w:br/>
        <w:t xml:space="preserve">    答案：D。解析：本题考查运用能力，结合定义判断即可。</w:t>
      </w:r>
    </w:p>
    <w:p>
      <w:r>
        <w:t>90. 社区工作的主要模式之一是（5）</w:t>
        <w:br/>
        <w:t xml:space="preserve">    A.地区发展模式  B.社会策划模式  C.社区照顾模式  D.市场主导模式</w:t>
        <w:br/>
        <w:t xml:space="preserve">    答案：A。解析：本题为基础知识点，记住概念即可。</w:t>
      </w:r>
    </w:p>
    <w:p>
      <w:r>
        <w:t>91. 社会工作者的角色不包括（5）</w:t>
        <w:br/>
        <w:t xml:space="preserve">    A.服务提供者  B.支持者  C.倡导者  D.管理者</w:t>
        <w:br/>
        <w:t xml:space="preserve">    答案：B。解析：本题考查概念辨析，注意区分易混项。</w:t>
      </w:r>
    </w:p>
    <w:p>
      <w:r>
        <w:t>92. 社会工作行政的主要内容包括（5）</w:t>
        <w:br/>
        <w:t xml:space="preserve">    A.组织规划  B.人员管理  C.财务预算  D.产品营销</w:t>
        <w:br/>
        <w:t xml:space="preserve">    答案：C。解析：本题为高频考点，需理解记忆。</w:t>
      </w:r>
    </w:p>
    <w:p>
      <w:r>
        <w:t>93. 社会工作的专业方法不包括（5）</w:t>
        <w:br/>
        <w:t xml:space="preserve">    A.个案工作  B.小组工作  C.社区工作  D.企业管理</w:t>
        <w:br/>
        <w:t xml:space="preserve">    答案：D。解析：本题考查运用能力，结合定义判断即可。</w:t>
      </w:r>
    </w:p>
    <w:p>
      <w:r>
        <w:t>94. 社会工作的服务对象不包括（5）</w:t>
        <w:br/>
        <w:t xml:space="preserve">    A.个人  B.家庭  C.群体  D.企业高管</w:t>
        <w:br/>
        <w:t xml:space="preserve">    答案：A。解析：本题为基础知识点，记住概念即可。</w:t>
      </w:r>
    </w:p>
    <w:p>
      <w:r>
        <w:t>95. 社会工作的功能不包括（5）</w:t>
        <w:br/>
        <w:t xml:space="preserve">    A.促进社会公正  B.促进个人成长  C.恢复社会功能  D.增加社会混乱</w:t>
        <w:br/>
        <w:t xml:space="preserve">    答案：B。解析：本题考查概念辨析，注意区分易混项。</w:t>
      </w:r>
    </w:p>
    <w:p>
      <w:r>
        <w:t>96. 社会工作者与服务对象建立专业关系的基础是（5）</w:t>
        <w:br/>
        <w:t xml:space="preserve">    A.信任  B.平等  C.尊重  D.金钱</w:t>
        <w:br/>
        <w:t xml:space="preserve">    答案：C。解析：本题为高频考点，需理解记忆。</w:t>
      </w:r>
    </w:p>
    <w:p>
      <w:r>
        <w:t>97. 社会工作实务通用过程中的第一步是（5）</w:t>
        <w:br/>
        <w:t xml:space="preserve">    A.接案  B.评估  C.结案  D.介入</w:t>
        <w:br/>
        <w:t xml:space="preserve">    答案：D。解析：本题考查运用能力，结合定义判断即可。</w:t>
      </w:r>
    </w:p>
    <w:p>
      <w:r>
        <w:t>98. 接案阶段的主要任务是（5）</w:t>
        <w:br/>
        <w:t xml:space="preserve">    A.了解服务对象需求  B.直接提供物质帮助  C.签订服务协议  D.完成结案报告</w:t>
        <w:br/>
        <w:t xml:space="preserve">    答案：A。解析：本题为基础知识点，记住概念即可。</w:t>
      </w:r>
    </w:p>
    <w:p>
      <w:r>
        <w:t>99. 预估阶段的主要任务是（5）</w:t>
        <w:br/>
        <w:t xml:space="preserve">    A.收集资料分析需求  B.直接介入  C.转介  D.评估结果</w:t>
        <w:br/>
        <w:t xml:space="preserve">    答案：B。解析：本题考查概念辨析，注意区分易混项。</w:t>
      </w:r>
    </w:p>
    <w:p>
      <w:r>
        <w:t>100. 计划阶段的主要任务是（5）</w:t>
        <w:br/>
        <w:t xml:space="preserve">    A.制定服务目标与计划  B.执行计划  C.结案  D.评估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