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color w:val="009661"/>
        </w:rPr>
        <w:t>社会工作者职业水平考试·模拟试卷（100题完整版）：社会工作综合能力+实务</w:t>
      </w:r>
    </w:p>
    <w:p>
      <w:pPr>
        <w:pStyle w:val="Heading1"/>
      </w:pPr>
      <w:r>
        <w:t>一、考试通知（真实信息）</w:t>
      </w:r>
    </w:p>
    <w:p>
      <w:r>
        <w:t>社会工作者职业水平考试（助理社会工作师/社会工作师/高级）一般每年6月中旬考试：2026年6月13-14日已考完，2027年考试预计6月中旬，报名预计2027年4月启动（中国人事考试网 www.cpta.com.cn）。</w:t>
      </w:r>
    </w:p>
    <w:p>
      <w:r>
        <w:t>科目：助理社工师（综合能力+实务，2科）；社会工作师（综合能力+实务+法规政策，3科，两年滚动通过）。</w:t>
      </w:r>
    </w:p>
    <w:p>
      <w:r>
        <w:t>报考条件：助理级需高中（中专）学历+4年工作经历等；中级需大专+6年等；高级需本科+相关工作经历并通过高级社会工作师笔试。</w:t>
      </w:r>
    </w:p>
    <w:p>
      <w:r>
        <w:t>本卷为模拟真实试卷出题（单选60/多选20/判断20），非官方真题，仅供备考练习。</w:t>
      </w:r>
    </w:p>
    <w:p>
      <w:pPr>
        <w:pStyle w:val="Heading1"/>
      </w:pPr>
      <w:r>
        <w:t>2、单项选择题（60题）</w:t>
      </w:r>
    </w:p>
    <w:p>
      <w:r>
        <w:t>1.【综合能力】社会工作的核心价值是（　）。</w:t>
        <w:br/>
        <w:t>A. 助人自助　B. 利润最大　C. 行政命令　D. 服从管理</w:t>
        <w:br/>
        <w:t>【答案】A　【解析】社会工作以'助人自助'为核心理念，帮助服务对象提升自助能力。</w:t>
      </w:r>
    </w:p>
    <w:p>
      <w:r>
        <w:t>2.【综合能力】社会工作专业价值观中强调（　）。</w:t>
        <w:br/>
        <w:t>A. 尊重、接纳、个别化　B. 歧视　C. 控制　D. 标签化</w:t>
        <w:br/>
        <w:t>【答案】A　【解析】社会工作价值观：尊重、接纳、非批判、个别化、保密等。</w:t>
      </w:r>
    </w:p>
    <w:p>
      <w:r>
        <w:t>3.【综合能力】社会工作的服务对象不包括（　）。</w:t>
        <w:br/>
        <w:t>A. 困境儿童　B. 独居老人　C. 受助者自主选择受限者　D. 企业盈利对象</w:t>
        <w:br/>
        <w:t>【答案】D　【解析】服务对象为有需要的个人、家庭、群体和社区，非营利对象。</w:t>
      </w:r>
    </w:p>
    <w:p>
      <w:r>
        <w:t>4.【综合能力】社会工作的主要方法包括（　）。</w:t>
        <w:br/>
        <w:t>A. 个案、小组、社区工作　B. 讲课　C. 罚款　D. 指令</w:t>
        <w:br/>
        <w:t>【答案】A　【解析】三大直接方法：个案工作、小组工作、社区工作；另有社会工作行政、研究等间接方法。</w:t>
      </w:r>
    </w:p>
    <w:p>
      <w:r>
        <w:t>5.【综合能力】个案工作的工作模式不包括（　）。</w:t>
        <w:br/>
        <w:t>A. 心理社会模式　B. 认知行为模式　C. 危机介入模式　D. 盈利模式</w:t>
        <w:br/>
        <w:t>【答案】D　【解析】个案工作模式：心理社会、认知行为、理性情绪、危机介入、任务中心等。</w:t>
      </w:r>
    </w:p>
    <w:p>
      <w:r>
        <w:t>6.【综合能力】个案工作会谈中，'同理心'是指（　）。</w:t>
        <w:br/>
        <w:t>A. 设身处地理解服务对象感受　B. 同情可怜　C. 赞同一切　D. 批评</w:t>
        <w:br/>
        <w:t>【答案】A　【解析】同理心是站在对方立场理解其感受与处境，与怜悯、赞同不同。</w:t>
      </w:r>
    </w:p>
    <w:p>
      <w:r>
        <w:t>7.【综合能力】社会工作者与服务对象建立专业关系的基础是（　）。</w:t>
        <w:br/>
        <w:t>A. 信任　B. 金钱　C. 权力　D. 命令</w:t>
        <w:br/>
        <w:t>【答案】A　【解析】信任是专业关系的基础，源于尊重、接纳与真诚。</w:t>
      </w:r>
    </w:p>
    <w:p>
      <w:r>
        <w:t>8.【综合能力】小组工作类型中，'支持小组'的特点是（　）。</w:t>
        <w:br/>
        <w:t>A. 成员相互支持、经验分享　B. 完成任务　C. 教学　D. 竞选</w:t>
        <w:br/>
        <w:t>【答案】A　【解析】支持小组让同类处境成员相互支持，如病友小组、单亲妈妈小组。</w:t>
      </w:r>
    </w:p>
    <w:p>
      <w:r>
        <w:t>9.【综合能力】小组工作发展阶段不包括（　）。</w:t>
        <w:br/>
        <w:t>A. 准备期　B. 开始期　C. 中期　D. 解散期（结束期）</w:t>
        <w:br/>
        <w:t>【答案】A　【解析】小组阶段：准备、开始、中期转折、后期成熟、结束。</w:t>
      </w:r>
    </w:p>
    <w:p>
      <w:r>
        <w:t>10.【综合能力】社区工作的目标包括（　）。</w:t>
        <w:br/>
        <w:t>A. 解决社区问题、促进社区发展　B. 营利　C. 选举　D. 行政管理</w:t>
        <w:br/>
        <w:t>【答案】A　【解析】社区工作以社区为对象，促进居民参与和社区发展。</w:t>
      </w:r>
    </w:p>
    <w:p>
      <w:r>
        <w:t>11.【综合能力】'地区发展模式'强调（　）。</w:t>
        <w:br/>
        <w:t>A. 居民参与和自助　B. 专家主导　C. 外部移植　D. 强制推进</w:t>
        <w:br/>
        <w:t>【答案】A　【解析】地区发展模式注重挖掘社区资源、居民参与、能力建设。</w:t>
      </w:r>
    </w:p>
    <w:p>
      <w:r>
        <w:t>12.【综合能力】'社会策划模式'的特点是（　）。</w:t>
        <w:br/>
        <w:t>A. 专家理性规划　B. 完全居民自决　C. 无计划　D. 纯市场</w:t>
        <w:br/>
        <w:t>【答案】A　【解析】社会策划模式依靠专家理性分析并制定方案推进。</w:t>
      </w:r>
    </w:p>
    <w:p>
      <w:r>
        <w:t>13.【综合能力】社会工作行政的功能是（　）。</w:t>
        <w:br/>
        <w:t>A. 将政策转化为服务　B. 盈利　C. 培训　D. 宣传</w:t>
        <w:br/>
        <w:t>【答案】A　【解析】社会工作行政（机构管理）将社会福利政策转化为具体服务并确保质量。</w:t>
      </w:r>
    </w:p>
    <w:p>
      <w:r>
        <w:t>14.【综合能力】社会工作研究的方法不包括（　）。</w:t>
        <w:br/>
        <w:t>A. 问卷调查　B. 个案研究　C. 行动研究　D. 促销</w:t>
        <w:br/>
        <w:t>【答案】D　【解析】社会工作研究方法：问卷、实验、个案研究、行动研究、访谈等。</w:t>
      </w:r>
    </w:p>
    <w:p>
      <w:r>
        <w:t>15.【综合能力】接案是社会工作服务的（　）。</w:t>
        <w:br/>
        <w:t>A. 第一步　B. 最后一步　C. 中间步骤　D. 评价</w:t>
        <w:br/>
        <w:t>【答案】A　【解析】接案（建立关系、收集资料）是助人过程的开始。</w:t>
      </w:r>
    </w:p>
    <w:p>
      <w:r>
        <w:t>16.【综合能力】社会工作服务计划的核心要素是（　）。</w:t>
        <w:br/>
        <w:t>A. 目标、策略、资源、时限　B. 收费　C. 领导　D. 场地</w:t>
        <w:br/>
        <w:t>【答案】A　【解析】服务计划明确目标、介入策略、所需资源与时间安排。</w:t>
      </w:r>
    </w:p>
    <w:p>
      <w:r>
        <w:t>17.【综合能力】结案时，社会工作者应（　）。</w:t>
        <w:br/>
        <w:t>A. 处理离别情绪、做好跟进　B. 立即消失　C. 隐瞒　D. 终止一切联系</w:t>
        <w:br/>
        <w:t>【答案】A　【解析】结案要巩固成果、处理离别情绪并安排跟进。</w:t>
      </w:r>
    </w:p>
    <w:p>
      <w:r>
        <w:t>18.【综合能力】社会工作者专业伦理中，'保密原则'的例外情形是（　）。</w:t>
        <w:br/>
        <w:t>A. 可能伤害自己或他人时　B. 服务对象同意前随意泄露　C. 家属要求　D. 同事八卦</w:t>
        <w:br/>
        <w:t>【答案】A　【解析】保密原则例外：法律要求、可能危及案主或他人生命安全等情形。</w:t>
      </w:r>
    </w:p>
    <w:p>
      <w:r>
        <w:t>19.【综合能力】下列属于社会工作专业伦理守则内容的是（　）。</w:t>
        <w:br/>
        <w:t>A. 尊重服务对象权利　B. 索取报酬最大化　C. 隐瞒真相　D. 操控案主</w:t>
        <w:br/>
        <w:t>【答案】A　【解析】伦理守则：尊重、接纳、保密、专业能力、正直、服务社会等。</w:t>
      </w:r>
    </w:p>
    <w:p>
      <w:r>
        <w:t>20.【综合能力】'人在情境中'强调（　）。</w:t>
        <w:br/>
        <w:t>A. 个人与其环境相互影响　B. 只看个人　C. 只看环境　D. 命运</w:t>
        <w:br/>
        <w:t>【答案】A　【解析】心理社会视角强调个人与环境的互动关系。</w:t>
      </w:r>
    </w:p>
    <w:p>
      <w:r>
        <w:t>21.【综合能力】增能理论（赋权）的核心是（　）。</w:t>
        <w:br/>
        <w:t>A. 增强服务对象的能力与掌控感　B. 替案主做决定　C. 依赖　D. 服从</w:t>
        <w:br/>
        <w:t>【答案】A　【解析】增能强调挖掘服务对象优势、提升自我效能与参与能力。</w:t>
      </w:r>
    </w:p>
    <w:p>
      <w:r>
        <w:t>22.【综合能力】优势视角强调（　）。</w:t>
        <w:br/>
        <w:t>A. 关注服务对象优势与资源　B. 关注缺陷　C. 标签化　D. 悲观</w:t>
        <w:br/>
        <w:t>【答案】A　【解析】优势视角从潜能、资源与韧性出发开展工作。</w:t>
      </w:r>
    </w:p>
    <w:p>
      <w:r>
        <w:t>23.【综合能力】生态系统理论认为人发展受（　）影响。</w:t>
        <w:br/>
        <w:t>A. 多系统交互　B. 单一基因　C. 纯运气　D. 无影响</w:t>
        <w:br/>
        <w:t>【答案】A　【解析】微观（个人家庭）、中观（社区组织）、宏观（社会政策）系统相互作用。</w:t>
      </w:r>
    </w:p>
    <w:p>
      <w:r>
        <w:t>24.【综合能力】危机介入的目标是（　）。</w:t>
        <w:br/>
        <w:t>A. 恢复平衡、化解危机　B. 长期治疗　C. 惩罚　D. 等待</w:t>
        <w:br/>
        <w:t>【答案】A　【解析】危机介入及时干预，恢复服务对象身心平衡。</w:t>
      </w:r>
    </w:p>
    <w:p>
      <w:r>
        <w:t>25.【综合能力】社会工作者角色不包括（　）。</w:t>
        <w:br/>
        <w:t>A. 服务提供者　B. 支持者　C. 倡导者　D. 决策者（替案主决策）</w:t>
        <w:br/>
        <w:t>【答案】D　【解析】社工角色：服务提供、支持、倡导、资源链接、协调者等；不替案主作决定（自决原则）。</w:t>
      </w:r>
    </w:p>
    <w:p>
      <w:r>
        <w:t>26.【综合能力】'案主自决'原则是指（　）。</w:t>
        <w:br/>
        <w:t>A. 尊重服务对象自主决定权　B. 社工全权决定　C. 家属决定　D. 领导决定</w:t>
        <w:br/>
        <w:t>【答案】A　【解析】在安全前提下尊重案主自主选择的权利。</w:t>
      </w:r>
    </w:p>
    <w:p>
      <w:r>
        <w:t>27.【综合能力】社会工作督导的功能包括（　）。</w:t>
        <w:br/>
        <w:t>A. 行政、教育、支持功能　B. 营利　C. 考核晋升　D. 营销</w:t>
        <w:br/>
        <w:t>【答案】A　【解析】督导三大功能：行政（管理）、教育（指导）、支持（情感）。</w:t>
      </w:r>
    </w:p>
    <w:p>
      <w:r>
        <w:t>28.【综合能力】社会工作评估的类型包括（　）。</w:t>
        <w:br/>
        <w:t>A. 过程评估与结果评估　B. 面试　C. 督导　D. 策划</w:t>
        <w:br/>
        <w:t>【答案】A　【解析】评估分为过程评估（服务实施中）与结果评估（成效）。</w:t>
      </w:r>
    </w:p>
    <w:p>
      <w:r>
        <w:t>29.【综合能力】下列属于社会工作间接服务方法的是（　）。</w:t>
        <w:br/>
        <w:t>A. 社会工作行政与研究　B. 个案　C. 小组　D. 社区</w:t>
        <w:br/>
        <w:t>【答案】A　【解析】间接方法：社会工作行政、社会工作研究；三大直接方法为个案、小组、社区。</w:t>
      </w:r>
    </w:p>
    <w:p>
      <w:r>
        <w:t>30.【综合能力】'助人自助'的含义是（　）。</w:t>
        <w:br/>
        <w:t>A. 帮助服务对象自助自立　B. 社工只帮自己　C. 拒绝帮助　D. 施舍</w:t>
        <w:br/>
        <w:t>【答案】A　【解析】助人自助：协助服务对象提升自助能力，'授人以渔'。</w:t>
      </w:r>
    </w:p>
    <w:p>
      <w:r>
        <w:t>31.【实务】儿童社会工作中，'困境儿童'不包括（　）。</w:t>
        <w:br/>
        <w:t>A. 孤儿　B. 事实无人抚养儿童　C. 留守儿童　D. 家庭富足儿童</w:t>
        <w:br/>
        <w:t>【答案】D　【解析】困境儿童指孤儿、事实无人抚养、残疾、重病、流浪等处境困难儿童。</w:t>
      </w:r>
    </w:p>
    <w:p>
      <w:r>
        <w:t>32.【实务】老年人社会工作的重点是（　）。</w:t>
        <w:br/>
        <w:t>A. 健康、经济、心理与社会参与　B. 游戏　C. 美容　D. 商业推广</w:t>
        <w:br/>
        <w:t>【答案】A　【解析】老年服务关注健康管理、经济保障、心理慰藉与社会参与。</w:t>
      </w:r>
    </w:p>
    <w:p>
      <w:r>
        <w:t>33.【实务】妇女社会工作的服务内容包括（　）。</w:t>
        <w:br/>
        <w:t>A. 反家暴、权益保障、能力建设　B. 化妆培训　C. 购物　D. 家政推销</w:t>
        <w:br/>
        <w:t>【答案】A　【解析】妇女社会工作：反对家庭暴力、维护权益、促进就业与能力提升。</w:t>
      </w:r>
    </w:p>
    <w:p>
      <w:r>
        <w:t>34.【实务】残疾人社会工作的核心是（　）。</w:t>
        <w:br/>
        <w:t>A. 平等参与、康复与支持　B. 怜悯　C. 隔离　D. 标签</w:t>
        <w:br/>
        <w:t>【答案】A　【解析】残疾人社会工作倡导平等、康复服务、社会融入与支持网络。</w:t>
      </w:r>
    </w:p>
    <w:p>
      <w:r>
        <w:t>35.【实务】矫正社会工作的服务对象是（　）。</w:t>
        <w:br/>
        <w:t>A. 违法矫正对象及其家庭　B. 普通学生　C. 患者　D. 游客</w:t>
        <w:br/>
        <w:t>【答案】A　【解析】矫正社会工作面向犯罪、社区矫正等对象提供帮扶。</w:t>
      </w:r>
    </w:p>
    <w:p>
      <w:r>
        <w:t>36.【实务】优抚安置社会工作服务于（　）。</w:t>
        <w:br/>
        <w:t>A. 退役军人及其家属　B. 教师　C. 司机　D. 学生</w:t>
        <w:br/>
        <w:t>【答案】A　【解析】优抚安置社会工作服务退役军人、烈士遗属等优抚对象。</w:t>
      </w:r>
    </w:p>
    <w:p>
      <w:r>
        <w:t>37.【实务】学校社会工作的功能是（　）。</w:t>
        <w:br/>
        <w:t>A. 促进学生全人发展　B. 只管纪律　C. 只谈分数　D. 代家长管教</w:t>
        <w:br/>
        <w:t>【答案】A　【解析】学校社会工作通过个案、小组、家校社协同促进学生成长。</w:t>
      </w:r>
    </w:p>
    <w:p>
      <w:r>
        <w:t>38.【实务】医务社会工作的主要任务是（　）。</w:t>
        <w:br/>
        <w:t>A. 心理疏导、医患沟通、资源链接　B. 开药　C. 手术　D. 收费</w:t>
        <w:br/>
        <w:t>【答案】A　【解析】医务社工提供心理社会支持、医患协调、出院安置与资源链接。</w:t>
      </w:r>
    </w:p>
    <w:p>
      <w:r>
        <w:t>39.【实务】家庭社会工作以（　）为服务对象。</w:t>
        <w:br/>
        <w:t>A. 整个家庭　B. 个人　C. 社区　D. 学校</w:t>
        <w:br/>
        <w:t>【答案】A　【解析】家庭社会工作以家庭整体为对象，改善家庭功能。</w:t>
      </w:r>
    </w:p>
    <w:p>
      <w:r>
        <w:t>40.【实务】企业社会工作关注（　）。</w:t>
        <w:br/>
        <w:t>A. 员工心理健康与权益　B. 企业利润　C. 营销　D. 股价</w:t>
        <w:br/>
        <w:t>【答案】A　【解析】企业社会工作服务员工压力管理、职业健康、劳动关系协调等。</w:t>
      </w:r>
    </w:p>
    <w:p>
      <w:r>
        <w:t>41.【实务】社区矫正服务的内容包括（　）。</w:t>
        <w:br/>
        <w:t>A. 教育帮扶、行为矫正、社会融入　B. 拘留　C. 罚款　D. 监视</w:t>
        <w:br/>
        <w:t>【答案】A　【解析】社区矫正坚持监督管理与教育帮扶结合，促进回归社会。</w:t>
      </w:r>
    </w:p>
    <w:p>
      <w:r>
        <w:t>42.【实务】社会救助社会工作的对象是（　）。</w:t>
        <w:br/>
        <w:t>A. 最低生活保障等困难群体　B. 富豪　C. 企业　D. 明星</w:t>
        <w:br/>
        <w:t>【答案】A　【解析】社会救助社工服务低保、特困、临时救助等困难群众。</w:t>
      </w:r>
    </w:p>
    <w:p>
      <w:r>
        <w:t>43.【实务】儿童保护'强制报告制度'要求（　）。</w:t>
        <w:br/>
        <w:t>A. 发现侵害未成年人情形必须报告　B. 保密不报　C. 自行处理　D. 隐瞒</w:t>
        <w:br/>
        <w:t>【答案】A　【解析】对侵害未成年人行为，相关单位和人员负有强制报告义务。</w:t>
      </w:r>
    </w:p>
    <w:p>
      <w:r>
        <w:t>44.【实务】家庭暴力受害者的首要需求是（　）。</w:t>
        <w:br/>
        <w:t>A. 人身安全　B. 购物　C. 旅游　D. 社交</w:t>
        <w:br/>
        <w:t>【答案】A　【解析】反家暴服务首先保障人身安全（庇护、报警、紧急安置）。</w:t>
      </w:r>
    </w:p>
    <w:p>
      <w:r>
        <w:t>45.【实务】青少年社会工作的服务重点是（　）。</w:t>
        <w:br/>
        <w:t>A. 成长发展、偏差预防与纠正　B. 应试　C. 娱乐　D. 求职（部分）</w:t>
        <w:br/>
        <w:t>【答案】A　【解析】青少年社工关注发展性、预防性、治疗性服务。</w:t>
      </w:r>
    </w:p>
    <w:p>
      <w:r>
        <w:t>46.【实务】临终关怀社会工作的内容是（　）。</w:t>
        <w:br/>
        <w:t>A. 心理支持、生命回顾、家属哀伤辅导　B. 放弃治疗　C. 推销　D. 拒绝服务</w:t>
        <w:br/>
        <w:t>【答案】A　【解析】临终关怀提供尊严关怀、疼痛管理支持与哀伤辅导。</w:t>
      </w:r>
    </w:p>
    <w:p>
      <w:r>
        <w:t>47.【实务】精神健康社会工作的服务包括（　）。</w:t>
        <w:br/>
        <w:t>A. 康复支持、家庭支持、去污名化　B. 开药　C. 强制　D. 标签</w:t>
        <w:br/>
        <w:t>【答案】A　【解析】精神健康社工支持康复者回归社区、家庭辅导与公众教育。</w:t>
      </w:r>
    </w:p>
    <w:p>
      <w:r>
        <w:t>48.【实务】禁毒社会工作的内容包括（　）。</w:t>
        <w:br/>
        <w:t>A. 预防宣传、戒毒帮扶、康复就业　B. 抓捕　C. 罚款　D. 监视</w:t>
        <w:br/>
        <w:t>【答案】A　【解析】禁毒社工开展预防教育、戒毒康复帮扶与社会回归支持。</w:t>
      </w:r>
    </w:p>
    <w:p>
      <w:r>
        <w:t>49.【实务】'社会融入'服务主要面向（　）。</w:t>
        <w:br/>
        <w:t>A. 进城务工人员等流动群体　B. 富豪　C. 明星　D. 高管</w:t>
        <w:br/>
        <w:t>【答案】A　【解析】流动人口社会融入：就业、住房、子女教育、社区参与支持。</w:t>
      </w:r>
    </w:p>
    <w:p>
      <w:r>
        <w:t>50.【实务】灾害社会工作的任务是（　）。</w:t>
        <w:br/>
        <w:t>A. 应急安置、心理援助、恢复重建支持　B. 捐款管理（部分）　C. 谣言传播　D. 涨价</w:t>
        <w:br/>
        <w:t>【答案】A　【解析】灾害社工：紧急救助、灾后心理援助、社区恢复重建。</w:t>
      </w:r>
    </w:p>
    <w:p>
      <w:r>
        <w:t>51.【综合能力】小组工作中，'治疗小组'的目标是（　）。</w:t>
        <w:br/>
        <w:t>A. 帮助成员改变行为与康复　B. 完成任务　C. 盈利　D. 娱乐</w:t>
        <w:br/>
        <w:t>【答案】A　【解析】治疗小组以行为改变、康复为目标。</w:t>
      </w:r>
    </w:p>
    <w:p>
      <w:r>
        <w:t>52.【综合能力】社区工作中'居民会议'的作用是（　）。</w:t>
        <w:br/>
        <w:t>A. 民主决策社区事务　B. 形式主义　C. 收费　D. 表演</w:t>
        <w:br/>
        <w:t>【答案】A　【解析】居民会议是社区民主协商与决策的重要平台。</w:t>
      </w:r>
    </w:p>
    <w:p>
      <w:r>
        <w:t>53.【综合能力】社会工作者的专业能力包括（　）。</w:t>
        <w:br/>
        <w:t>A. 沟通、评估、资源整合能力　B. 演讲　C. 推销　D. 管理下属</w:t>
        <w:br/>
        <w:t>【答案】A　【解析】专业能力：沟通会谈、需求评估、计划执行、资源链接、专业反思等。</w:t>
      </w:r>
    </w:p>
    <w:p>
      <w:r>
        <w:t>54.【综合能力】社会工作服务机构的管理重点是（　）。</w:t>
        <w:br/>
        <w:t>A. 服务质量与专业规范　B. 利润　C. 股价　D. 广告</w:t>
        <w:br/>
        <w:t>【答案】A　【解析】社会工作服务机构以使命为导向，管理聚焦服务质素与专业伦理。</w:t>
      </w:r>
    </w:p>
    <w:p>
      <w:r>
        <w:t>55.【综合能力】'个案管理'适用于（　）。</w:t>
        <w:br/>
        <w:t>A. 多重需求、复杂问题的服务对象　B. 简单问题　C. 无需求　D. 营利</w:t>
        <w:br/>
        <w:t>【答案】A　【解析】个案管理整合多方资源，协调满足复杂多重需求。</w:t>
      </w:r>
    </w:p>
    <w:p>
      <w:r>
        <w:t>56.【综合能力】社会工作专业关系的特点包括（　）。</w:t>
        <w:br/>
        <w:t>A. 有目的、有时限、专业界限　B. 无限期　C. 无界限　D. 私人化</w:t>
        <w:br/>
        <w:t>【答案】A　【解析】专业关系有目标、有时限、有专业边界，防止双重关系。</w:t>
      </w:r>
    </w:p>
    <w:p>
      <w:r>
        <w:t>57.【综合能力】社会工作者与服务对象发生双重关系的风险是（　）。</w:t>
        <w:br/>
        <w:t>A. 影响专业判断　B. 增加信任　C. 加快结案　D. 无影响</w:t>
        <w:br/>
        <w:t>【答案】A　【解析】双重关系（私人/利益关系）损害专业关系与伦理，应避免。</w:t>
      </w:r>
    </w:p>
    <w:p>
      <w:r>
        <w:t>58.【综合能力】社会工作督导对象主要是（　）。</w:t>
        <w:br/>
        <w:t>A. 新入职社工　B. 董事长　C. 志愿者（部分）　D. 客户</w:t>
        <w:br/>
        <w:t>【答案】A　【解析】督导主要面向新社工、实习生和需要支持的员工。</w:t>
      </w:r>
    </w:p>
    <w:p>
      <w:r>
        <w:t>59.【综合能力】社会政策的功能是（　）。</w:t>
        <w:br/>
        <w:t>A. 保障民生、促进公平　B. 涨价　C. 淘汰　D. 收费</w:t>
        <w:br/>
        <w:t>【答案】A　【解析】社会政策保障基本民生、调节分配、促进社会公平。</w:t>
      </w:r>
    </w:p>
    <w:p>
      <w:r>
        <w:t>60.【综合能力】社会工作者的'资源链接者'角色是指（　）。</w:t>
        <w:br/>
        <w:t>A. 为服务对象链接所需资源　B. 捐款　C. 借债　D. 收购</w:t>
        <w:br/>
        <w:t>【答案】A　【解析】社工识别并链接正式与非正式资源满足服务对象需求。</w:t>
      </w:r>
    </w:p>
    <w:p>
      <w:pPr>
        <w:pStyle w:val="Heading1"/>
      </w:pPr>
      <w:r>
        <w:t>3、多项选择题（20题）</w:t>
      </w:r>
    </w:p>
    <w:p>
      <w:r>
        <w:t>61.【综合能力】社会工作的价值观包括（　）。</w:t>
        <w:br/>
        <w:t>A. 尊重　B. 接纳　C. 个别化　D. 非批判</w:t>
        <w:br/>
        <w:t>【答案】ABCD　【解析】专业价值观：尊重、接纳、个别化、非批判、保密、案主自决等。</w:t>
      </w:r>
    </w:p>
    <w:p>
      <w:r>
        <w:t>62.【综合能力】社会工作直接方法包括（　）。</w:t>
        <w:br/>
        <w:t>A. 个案工作　B. 小组工作　C. 社区工作　D. 社会工作行政</w:t>
        <w:br/>
        <w:t>【答案】ABC　【解析】三大直接方法：个案、小组、社区；行政与研究为间接方法。</w:t>
      </w:r>
    </w:p>
    <w:p>
      <w:r>
        <w:t>63.【综合能力】个案工作的介入模式包括（　）。</w:t>
        <w:br/>
        <w:t>A. 心理社会模式　B. 认知行为模式　C. 危机介入模式　D. 任务中心模式</w:t>
        <w:br/>
        <w:t>【答案】ABCD　【解析】个案工作模式多样：心理社会、认知行为、理性情绪、危机介入、任务中心、人本等。</w:t>
      </w:r>
    </w:p>
    <w:p>
      <w:r>
        <w:t>64.【综合能力】保密原则的例外情形包括（　）。</w:t>
        <w:br/>
        <w:t>A. 法律要求　B. 可能危及生命安全　C. 服务对象同意披露　D. 机构内部规范要求</w:t>
        <w:br/>
        <w:t>【答案】ABC　【解析】保密例外：法律要求、生命危险、案主同意等；机构内部正常转介经授权。</w:t>
      </w:r>
    </w:p>
    <w:p>
      <w:r>
        <w:t>65.【综合能力】社会工作者专业角色包括（　）。</w:t>
        <w:br/>
        <w:t>A. 服务提供者　B. 支持者　C. 倡导者　D. 资源链接者</w:t>
        <w:br/>
        <w:t>【答案】ABCD　【解析】社工角色：服务提供、支持、倡导、资源链接、协调、研究者、行政者等。</w:t>
      </w:r>
    </w:p>
    <w:p>
      <w:r>
        <w:t>66.【综合能力】社会工作督导的功能包括（　）。</w:t>
        <w:br/>
        <w:t>A. 行政功能　B. 教育功能　C. 支持功能　D. 营销功能</w:t>
        <w:br/>
        <w:t>【答案】ABC　【解析】督导三大功能：行政、教育、支持。</w:t>
      </w:r>
    </w:p>
    <w:p>
      <w:r>
        <w:t>67.【实务】儿童社会工作服务的类型有（　）。</w:t>
        <w:br/>
        <w:t>A. 支持性服务　B. 补充性服务　C. 替代性服务　D. 保护性服务</w:t>
        <w:br/>
        <w:t>【答案】ABCD　【解析】儿童保护服务体系：支持性、补充性、替代性、保护性服务。</w:t>
      </w:r>
    </w:p>
    <w:p>
      <w:r>
        <w:t>68.【实务】老年社会工作的服务内容包括（　）。</w:t>
        <w:br/>
        <w:t>A. 健康管理　B. 经济保障支持　C. 心理关怀　D. 社会参与</w:t>
        <w:br/>
        <w:t>【答案】ABCD　【解析】老年服务：健康、经济、心理、参与、居家安全等。</w:t>
      </w:r>
    </w:p>
    <w:p>
      <w:r>
        <w:t>69.【实务】反家庭暴力服务包括（　）。</w:t>
        <w:br/>
        <w:t>A. 紧急庇护　B. 报警协助　C. 心理支持　D. 法律维权协助</w:t>
        <w:br/>
        <w:t>【答案】ABCD　【解析】反家暴：紧急庇护、报警协助、心理干预、法律援助与安全计划。</w:t>
      </w:r>
    </w:p>
    <w:p>
      <w:r>
        <w:t>70.【实务】残疾人社会工作服务内容包括（　）。</w:t>
        <w:br/>
        <w:t>A. 康复服务　B. 教育就业支持　C. 无障碍环境倡导　D. 社会融入</w:t>
        <w:br/>
        <w:t>【答案】ABCD　【解析】残疾人服务：康复、教育就业、无障碍倡导、社会参与支持。</w:t>
      </w:r>
    </w:p>
    <w:p>
      <w:r>
        <w:t>71.【实务】医务社会工作服务包括（　）。</w:t>
        <w:br/>
        <w:t>A. 心理社会评估　B. 医患沟通协调　C. 出院安置计划　D. 资源链接</w:t>
        <w:br/>
        <w:t>【答案】ABCD　【解析】医务社工：心理社会支持、沟通协调、出院计划、资源链接、临终关怀。</w:t>
      </w:r>
    </w:p>
    <w:p>
      <w:r>
        <w:t>72.【实务】社区社会工作的方法包括（　）。</w:t>
        <w:br/>
        <w:t>A. 社区需求评估　B. 社区资源整合　C. 居民动员参与　D. 社区组织培育</w:t>
        <w:br/>
        <w:t>【答案】ABCD　【解析】社区社工：需求评估、资源整合、居民动员、组织培育、项目策划。</w:t>
      </w:r>
    </w:p>
    <w:p>
      <w:r>
        <w:t>73.【综合能力】社会工作的核心原则有（　）。</w:t>
        <w:br/>
        <w:t>A. 案主自决　B. 保密　C. 个别化　D. 专业界限</w:t>
        <w:br/>
        <w:t>【答案】ABCD　【解析】核心原则：自决、保密、个别化、非批判、界限清晰。</w:t>
      </w:r>
    </w:p>
    <w:p>
      <w:r>
        <w:t>74.【综合能力】影响社会工作者与服务对象关系建立的因素有（　）。</w:t>
        <w:br/>
        <w:t>A. 信任与真诚　B. 沟通技巧　C. 服务对象意愿　D. 环境安排</w:t>
        <w:br/>
        <w:t>【答案】ABCD　【解析】关系建立受信任、沟通、意愿、环境等多因素影响。</w:t>
      </w:r>
    </w:p>
    <w:p>
      <w:r>
        <w:t>75.【实务】社会救助社会工作服务内容包括（　）。</w:t>
        <w:br/>
        <w:t>A. 申请协助　B. 能力建设　C. 心理支持　D. 资源链接</w:t>
        <w:br/>
        <w:t>【答案】ABCD　【解析】社会救助社工：政策咨询申请协助、能力提升、心理支持、资源链接。</w:t>
      </w:r>
    </w:p>
    <w:p>
      <w:r>
        <w:t>76.【实务】青少年偏差行为的预防服务包括（　）。</w:t>
        <w:br/>
        <w:t>A. 法治教育　B. 亲子沟通　C. 朋辈支持　D. 兴趣发展</w:t>
        <w:br/>
        <w:t>【答案】ABCD　【解析】预防青少年偏差：教育、家庭支持、朋辈引导、正向活动等。</w:t>
      </w:r>
    </w:p>
    <w:p>
      <w:r>
        <w:t>77.【综合能力】社会工作评估的作用有（　）。</w:t>
        <w:br/>
        <w:t>A. 检验服务成效　B. 改进服务　C. 交代问责　D. 促进专业发展</w:t>
        <w:br/>
        <w:t>【答案】ABCD　【解析】评估：成效检验、服务改进、问责交代、专业研究。</w:t>
      </w:r>
    </w:p>
    <w:p>
      <w:r>
        <w:t>78.【综合能力】社会工作服务计划的内容包括（　）。</w:t>
        <w:br/>
        <w:t>A. 目标设定　B. 介入策略　C. 资源安排　D. 时间表</w:t>
        <w:br/>
        <w:t>【答案】ABCD　【解析】计划要素：目标、策略、资源、时限、分工、评估安排。</w:t>
      </w:r>
    </w:p>
    <w:p>
      <w:r>
        <w:t>79.【实务】社区矫正工作遵循的原则有（　）。</w:t>
        <w:br/>
        <w:t>A. 监督管理与教育帮扶结合　B. 分类矫正　C. 社会参与　D. 促进回归</w:t>
        <w:br/>
        <w:t>【答案】ABCD　【解析】社区矫正：依法监督、分类矫正、教育帮扶、社会参与、促进回归。</w:t>
      </w:r>
    </w:p>
    <w:p>
      <w:r>
        <w:t>80.【综合能力】社会工作者的自我成长包括（　）。</w:t>
        <w:br/>
        <w:t>A. 专业反思　B. 情绪管理　C. 持续学习　D. 接受督导</w:t>
        <w:br/>
        <w:t>【答案】ABCD　【解析】社工自我成长：反思、情绪调适、持续教育、督导支持、防职业倦怠。</w:t>
      </w:r>
    </w:p>
    <w:p>
      <w:pPr>
        <w:pStyle w:val="Heading1"/>
      </w:pPr>
      <w:r>
        <w:t>4、判断题（20题）</w:t>
      </w:r>
    </w:p>
    <w:p>
      <w:r>
        <w:t>81.【综合能力】社会工作的核心理念是'助人自助'。（　）</w:t>
        <w:br/>
        <w:t>【答案】正确　【解析】助人自助是社会工作核心价值。</w:t>
      </w:r>
    </w:p>
    <w:p>
      <w:r>
        <w:t>82.【综合能力】社会工作者可以替服务对象作所有决定。（　）</w:t>
        <w:br/>
        <w:t>【答案】错误　【解析】社工应尊重案主自决，不代替决策。</w:t>
      </w:r>
    </w:p>
    <w:p>
      <w:r>
        <w:t>83.【综合能力】保密原则在任何情况下都不可以打破。（　）</w:t>
        <w:br/>
        <w:t>【答案】错误　【解析】法律要求、生命危险等情形下可例外。</w:t>
      </w:r>
    </w:p>
    <w:p>
      <w:r>
        <w:t>84.【综合能力】个案工作、小组工作、社区工作是社会工作三大直接方法。（　）</w:t>
        <w:br/>
        <w:t>【答案】正确　【解析】三大直接方法。</w:t>
      </w:r>
    </w:p>
    <w:p>
      <w:r>
        <w:t>85.【综合能力】社会工作督导具有行政、教育、支持三大功能。（　）</w:t>
        <w:br/>
        <w:t>【答案】正确　【解析】督导三大功能。</w:t>
      </w:r>
    </w:p>
    <w:p>
      <w:r>
        <w:t>86.【综合能力】同理心就是同情服务对象。（　）</w:t>
        <w:br/>
        <w:t>【答案】错误　【解析】同理心是设身处地理解，非怜悯同情。</w:t>
      </w:r>
    </w:p>
    <w:p>
      <w:r>
        <w:t>87.【综合能力】优势视角强调关注服务对象的缺陷。（　）</w:t>
        <w:br/>
        <w:t>【答案】错误　【解析】优势视角关注潜能与资源。</w:t>
      </w:r>
    </w:p>
    <w:p>
      <w:r>
        <w:t>88.【实务】对侵害未成年人的行为，相关人员应当及时报告。（　）</w:t>
        <w:br/>
        <w:t>【答案】正确　【解析】侵害未成年人强制报告是法定义务。</w:t>
      </w:r>
    </w:p>
    <w:p>
      <w:r>
        <w:t>89.【实务】家庭暴力的处理首先保障受害人人身安全。（　）</w:t>
        <w:br/>
        <w:t>【答案】正确　【解析】安全第一。</w:t>
      </w:r>
    </w:p>
    <w:p>
      <w:r>
        <w:t>90.【实务】残疾人社会工作倡导平等参与和社会融入。（　）</w:t>
        <w:br/>
        <w:t>【答案】正确　【解析】平等、康复、融入是核心理念。</w:t>
      </w:r>
    </w:p>
    <w:p>
      <w:r>
        <w:t>91.【实务】医务社会工作主要是给病人开药。（　）</w:t>
        <w:br/>
        <w:t>【答案】错误　【解析】医务社工提供心理社会服务，不参与诊疗开药。</w:t>
      </w:r>
    </w:p>
    <w:p>
      <w:r>
        <w:t>92.【实务】社区矫正坚持监督管理与教育帮扶相结合。（　）</w:t>
        <w:br/>
        <w:t>【答案】正确　【解析】社区矫正原则。</w:t>
      </w:r>
    </w:p>
    <w:p>
      <w:r>
        <w:t>93.【综合能力】社会工作者可以发展服务对象的私人借贷关系。（　）</w:t>
        <w:br/>
        <w:t>【答案】错误　【解析】应避免双重关系，保持专业界限。</w:t>
      </w:r>
    </w:p>
    <w:p>
      <w:r>
        <w:t>94.【综合能力】评估只发生在服务结束时。（　）</w:t>
        <w:br/>
        <w:t>【答案】错误　【解析】过程评估贯穿服务全程，结果评估在结束阶段。</w:t>
      </w:r>
    </w:p>
    <w:p>
      <w:r>
        <w:t>95.【综合能力】社会工作服务对象是全社会所有人，无论有无需要。（　）</w:t>
        <w:br/>
        <w:t>【答案】错误　【解析】服务对象是有需要的个人、家庭、群体、社区。</w:t>
      </w:r>
    </w:p>
    <w:p>
      <w:r>
        <w:t>96.【实务】临终关怀包含对家属的哀伤辅导。（　）</w:t>
        <w:br/>
        <w:t>【答案】正确　【解析】临终关怀含家属支持与哀伤辅导。</w:t>
      </w:r>
    </w:p>
    <w:p>
      <w:r>
        <w:t>97.【实务】禁毒社会工作包括戒毒康复与就业帮扶。（　）</w:t>
        <w:br/>
        <w:t>【答案】正确　【解析】禁毒社工：预防、康复、就业、回归。</w:t>
      </w:r>
    </w:p>
    <w:p>
      <w:r>
        <w:t>98.【综合能力】小组工作的'治疗小组'以康复与行为改变为目标。（　）</w:t>
        <w:br/>
        <w:t>【答案】正确　【解析】治疗小组目标。</w:t>
      </w:r>
    </w:p>
    <w:p>
      <w:r>
        <w:t>99.【实务】社会救助社会工作面向低保、特困等困难群体。（　）</w:t>
        <w:br/>
        <w:t>【答案】正确　【解析】社会救助服务对象。</w:t>
      </w:r>
    </w:p>
    <w:p>
      <w:r>
        <w:t>100.【综合能力】社会工作者需要持续学习与专业反思。（　）</w:t>
        <w:br/>
        <w:t>【答案】正确　【解析】持续教育与反思是专业要求。</w:t>
      </w:r>
    </w:p>
    <w:p>
      <w:pPr>
        <w:pStyle w:val="Heading1"/>
      </w:pPr>
      <w:r>
        <w:t>5、备考建议</w:t>
      </w:r>
    </w:p>
    <w:p>
      <w:r>
        <w:t>助理社工师考2科、中级考3科，中级成绩两年滚动；报名前核对学历与工作年限条件。</w:t>
      </w:r>
    </w:p>
    <w:p>
      <w:r>
        <w:t>综合能力重点背理论流派（心理社会、认知行为、系统、优势视角、增能）与价值观原则。</w:t>
      </w:r>
    </w:p>
    <w:p>
      <w:r>
        <w:t>实务科目结合案例题练习，掌握各领域（儿童、老年、妇女、残疾人、矫正、医务、学校、社区）服务重点。</w:t>
      </w:r>
    </w:p>
    <w:p>
      <w:r>
        <w:t>2027年考试预计6月中旬，报名约4月启动；关注中国人事考试网和本地民政部门通知。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