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入党申请书范文（最新版·可直接参考修改）</w:t>
      </w:r>
    </w:p>
    <w:p>
      <w:r>
        <w:t>入党申请书</w:t>
      </w:r>
    </w:p>
    <w:p>
      <w:r>
        <w:t>敬爱的党组织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r>
        <w:t>一、入党动机：中国共产党是中国工人阶级的先锋队，同时是中国人民和中华民族的先锋队。从小到大，我亲眼见证了在党的领导下，家乡翻天覆地的变化、人民生活水平的不断提高。我深深认识到，只有共产党才能救中国，只有共产党才能发展中国。加入中国共产党，是我长久以来的愿望。</w:t>
      </w:r>
    </w:p>
    <w:p>
      <w:r>
        <w:t>二、对党的认识：中国共产党自1921年成立以来，始终把为人民谋幸福、为民族谋复兴作为初心使命，带领中国人民取得了新民主主义革命的伟大胜利，建立了新中国，完成社会主义改造，实行改革开放，创造了经济快速发展和社会长期稳定两大奇迹。进入新时代，中国正朝着全面建设社会主义现代化国家的目标稳步迈进。</w:t>
      </w:r>
    </w:p>
    <w:p>
      <w:r>
        <w:t>三、自身情况：我于___年___月出生，___年___月参加工作/入学，现任___。在工作（学习）中，我认真负责、踏实肯干，___（个人成绩和表现）。同时我也认识到自身存在的不足：___（如理论水平有待提高、工作经验不足等）。</w:t>
      </w:r>
    </w:p>
    <w:p>
      <w:r>
        <w:t>四、努力方向：今后，我将以党员标准严格要求自己：1.加强理论学习，认真学习党的创新理论，用科学理论武装头脑；2.立足本职岗位，扎实工作（学习），发挥先锋模范作用；3.积极参加组织活动，主动向党组织汇报思想；4.虚心向优秀党员学习，改正自身不足。</w:t>
      </w:r>
    </w:p>
    <w:p>
      <w:r>
        <w:t>此致  敬礼！申请人：___  日期：___年___月___日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