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市场调研报告范文（通用模板）</w:t>
      </w:r>
    </w:p>
    <w:p>
      <w:r>
        <w:t>××行业（市场）调研报告</w:t>
      </w:r>
    </w:p>
    <w:p>
      <w:r>
        <w:t>一、调研背景与目的。</w:t>
      </w:r>
    </w:p>
    <w:p>
      <w:r>
        <w:t>随着××（行业趋势），××市场竞争日趋激烈。为全面了解××市场现状，把握××发展趋势，为公司××决策提供依据，特开展本次市场调研。</w:t>
      </w:r>
    </w:p>
    <w:p>
      <w:r>
        <w:t>二、调研方法与对象。</w:t>
      </w:r>
    </w:p>
    <w:p>
      <w:r>
        <w:t>本次调研采用问卷调查、深度访谈、实地走访、二手资料分析相结合的方式。共发放问卷××份，回收有效问卷××份，有效回收率××%；深度访谈××人；实地走访××处；查阅行业报告及公开资料××份。调研对象覆盖××、××、××等群体。</w:t>
      </w:r>
    </w:p>
    <w:p>
      <w:r>
        <w:t>三、调研主要发现。</w:t>
      </w:r>
    </w:p>
    <w:p>
      <w:r>
        <w:t>（一）市场规模方面。××市场规模达××亿元，同比增长××%，预计未来三年将保持××%左右的增速。（二）竞争格局方面。市场呈现××格局，头部企业占据××%份额，××成为主要竞争赛道。（三）消费者需求方面。消费者对××关注度最高，占比××%；价格敏感型客户占××%，品质导向型客户占××%。（四）发展趋势方面。××化、××化成为行业主流方向，××技术应用加速普及。</w:t>
      </w:r>
    </w:p>
    <w:p>
      <w:r>
        <w:t>四、存在问题与挑战。</w:t>
      </w:r>
    </w:p>
    <w:p>
      <w:r>
        <w:t>一是××问题突出，制约行业发展；二是××同质化严重，差异化竞争不足；三是××渠道建设滞后，覆盖能力有限；四是××人才短缺，支撑不足。</w:t>
      </w:r>
    </w:p>
    <w:p>
      <w:r>
        <w:t>五、结论与建议。</w:t>
      </w:r>
    </w:p>
    <w:p>
      <w:r>
        <w:t>综合调研情况，我们认为××（总体判断）。建议：（一）在产品端，聚焦××方向，打造××差异化优势；（二）在市场端，深耕××渠道，拓展××市场；（三）在运营端，加强××建设，提升××效率；（四）在团队端，引进培养××人才，强化××能力。建议公司结合实际情况，分阶段推进××策略落地。</w:t>
      </w:r>
    </w:p>
    <w:p>
      <w:r>
        <w:t>使用提示</w:t>
      </w:r>
    </w:p>
    <w:p>
      <w:r>
        <w:t>①数据要真实可靠，注明来源；②用图表呈现数据更直观；③结论建议要可落地、可执行；④报告篇幅一般3000-8000字，重点在发现和建议。</w:t>
      </w:r>
    </w:p>
    <w:p>
      <w:pPr>
        <w:pStyle w:val="Heading1"/>
      </w:pPr>
      <w:r>
        <w:t>一、写作方法指导</w:t>
      </w:r>
    </w:p>
    <w:p>
      <w:r>
        <w:t>写作此类文档时，最核心的要点是：结构清晰（总分总）、内容真实（用数据说话）、重点突出（围绕岗位职责和成绩展开）、语言规范（书面语、避免口语化）。初稿完成后，通读一遍检查：①标题是否准确概括内容；②各板块是否层次分明；③是否有具体事例和数据支撑；④结尾是否有总结和展望。写作前先列提纲，把要写的内容分成几个板块，每个板块写什么要点先想清楚，再动笔填充细节，这样写出来的文章条理清楚、不容易跑题。正文写作时要多用短句，一个段落表达一个意思，段与段之间用过渡句衔接，让整篇文章读起来顺畅自然。</w:t>
      </w:r>
    </w:p>
    <w:p>
      <w:pPr>
        <w:pStyle w:val="Heading1"/>
      </w:pPr>
      <w:r>
        <w:t>二、常见问题解答</w:t>
      </w:r>
    </w:p>
    <w:p>
      <w:r>
        <w:t>Q1：不知道写什么内容怎么办？A：回顾一年/一段时间内做了哪些事，按时间线列出清单，再按重要程度筛选，挑3-5件有代表性的工作详细写。Q2：感觉自己的工作很普通怎么办？A：普通工作也有亮点，从完成数量、质量、效率提升、创新方法、团队贡献等角度挖掘，把平凡的事写细写实就是亮点。Q3：篇幅多少合适？A：一般总结1500-3000字，报告类2000-5000字，按场合灵活调整，重要场合宁多勿少。Q4：领导总说我写的太虚怎么办？A：最有效的方法是加数据、加事例、加对比，让每句话都有支撑。</w:t>
      </w:r>
    </w:p>
    <w:p>
      <w:pPr>
        <w:pStyle w:val="Heading1"/>
      </w:pPr>
      <w:r>
        <w:t>三、模板修改五步法</w:t>
      </w:r>
    </w:p>
    <w:p>
      <w:r>
        <w:t>第一步：通读全文，理解结构框架，弄清楚每个板块的写作目的；第二步：把文中的××占位符替换为你的真实信息（姓名、岗位、数据、项目名称），替换时注意数据的真实性和准确性；第三步：结合自己的实际情况增删段落，保留通用框架、替换具体内容；第四步：核对日期、数据、人名、单位名称等关键信息是否准确无误；第五步：通读润色，确保语言流畅、逻辑通顺，符合场合要求后再提交使用。切记：模板是骨架，真实内容才是血肉，一定要用自己的实际经历填充。</w:t>
      </w:r>
    </w:p>
    <w:p>
      <w:pPr>
        <w:pStyle w:val="Heading1"/>
      </w:pPr>
      <w:r>
        <w:t>四、常见错误提醒</w:t>
      </w:r>
    </w:p>
    <w:p>
      <w:r>
        <w:t>写作时容易犯的错误主要有：①内容空洞，只有套话没有具体事例，读起来千篇一律；②数据错误或不真实，宁可写约数也要保证基本属实，重要场合的数据更要反复核对；③结构混乱，想到哪写到哪，没有层次和逻辑；④语言啰嗦重复，一个意思反复说；⑤忽略格式要求（如字体、标题层级、落款、日期格式）。写完后务必检查这五个方面，尤其是重要场合使用的文档，更要多读几遍、请有经验的人把关。</w:t>
      </w:r>
    </w:p>
    <w:p>
      <w:pPr>
        <w:pStyle w:val="Heading1"/>
      </w:pPr>
      <w:r>
        <w:t>五、扩展学习建议</w:t>
      </w:r>
    </w:p>
    <w:p>
      <w:r>
        <w:t>想要进一步提升写作能力，建议：①多读优秀范文，学习结构和表达，积累常用句式和开头结尾方式；②建立自己的素材库，积累常用句式、事例、数据，需要时随时取用；③坚持定期写作练习，熟能生巧，写得越多越顺畅；④关注权威范文网站和官方发布的标准文本，学习规范表达。本站文库每天更新各类范文模板和写作指导，欢迎持续关注、免费下载使用。</w:t>
      </w:r>
    </w:p>
    <w:p>
      <w:pPr>
        <w:pStyle w:val="Heading1"/>
      </w:pPr>
      <w:r>
        <w:t>六、本模板结构拆解</w:t>
      </w:r>
    </w:p>
    <w:p>
      <w:r>
        <w:t>本模板遵循通用写作逻辑：开头明确背景和目的，主体按条目分述具体内容，结尾总结展望或说明使用要求。正文常用结构有三种：一是并列式（多个并列事项分别说明），二是递进式（按事情发展顺序层层推进），三是总分式（先总述再分述）。写作时先确定用哪种结构，再填充内容，层次就会清晰。标题要准确概括内容，段落之间用过渡句衔接，数字和事例要真实具体。掌握这些基本规范，任何类型的文档都能写出合格的框架。</w:t>
      </w:r>
    </w:p>
    <w:p>
      <w:pPr>
        <w:pStyle w:val="Heading1"/>
      </w:pPr>
      <w:r>
        <w:t>七、范文使用提醒</w:t>
      </w:r>
    </w:p>
    <w:p>
      <w:r>
        <w:t>使用时请特别注意：①范文中的××均为占位符，必须全部替换为真实内容，不可直接提交空白占位文档；②单位名称、日期、数字等信息要逐项核对，避免出现错别字和逻辑错误；③不同场合对文种和语气有不同要求，正式场合建议请有经验的前辈或领导把关后再提交；④保存文档建议同时保留Word版和PDF版，便于修改和打印；⑤涉及单位内部信息的文档请注意保密，不要在互联网随意传播。掌握好这些细节，能让你的文档更加规范专业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