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市场调研报告写作模板（含完整范文框架）</w:t>
      </w:r>
    </w:p>
    <w:p>
      <w:r>
        <w:t>市场调研报告</w:t>
      </w:r>
    </w:p>
    <w:p>
      <w:r>
        <w:t>一、调研背景与目的：为了解___市场现状，掌握___（目标用户/竞品/市场）情况，为本公司___决策提供依据，特开展本次市场调研。</w:t>
      </w:r>
    </w:p>
    <w:p>
      <w:r>
        <w:t>二、调研方法与过程：1.调研对象：___（样本范围及数量）；2.调研方法：___（问卷调查/访谈/实地走访/数据分析）；3.调研时间：___年___月至___月；4.样本情况：共发放问卷___份，回收有效问卷___份，有效率___%。</w:t>
      </w:r>
    </w:p>
    <w:p>
      <w:r>
        <w:t>三、调研结果（数据呈现）：1.用户画像：___（年龄/性别/地域/收入/消费习惯分布）；2.需求情况：___%的受访者表示___；3.消费行为：___（购买频率/金额/渠道）；4.竞品情况：___（主要竞品及特点）；5.满意度：___（满意/一般/不满意占比）。</w:t>
      </w:r>
    </w:p>
    <w:p>
      <w:r>
        <w:t>四、分析与发现：1.机会点：___（未被满足的需求/市场空白）；2.威胁点：___（竞争激烈/价格战/替代品）；3.趋势判断：___（市场走向）。</w:t>
      </w:r>
    </w:p>
    <w:p>
      <w:r>
        <w:t>五、结论与建议：1.产品/服务建议：___；2.定价建议：___；3.渠道建议：___；4.推广建议：___。</w:t>
      </w:r>
    </w:p>
    <w:p>
      <w:r>
        <w:t>六、附录：问卷样本、数据明细表、访谈记录等。</w:t>
      </w:r>
    </w:p>
    <w:p>
      <w:r>
        <w:t>写作要点提示：1.数据要真实（注明来源）；2.图表辅助（柱状图、饼图更直观）；3.分析要深入（不只罗列数据，要解读"说明什么"）；4.建议要落地（可执行、可衡量）；5.篇幅一般3000-5000字。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