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市场调研报告范文（完整结构·可套用）</w:t>
      </w:r>
    </w:p>
    <w:p>
      <w:pPr>
        <w:jc w:val="center"/>
      </w:pPr>
      <w:r>
        <w:t>（范文模板，可直接参考使用）</w:t>
      </w:r>
    </w:p>
    <w:p/>
    <w:p>
      <w:r>
        <w:t>市场调研报告：XX地区XX产品市场现状与消费趋势分析</w:t>
      </w:r>
    </w:p>
    <w:p>
      <w:r>
        <w:t>一、调研背景与目的。为深入了解XX地区XX产品的市场现状和消费趋势，为公司的市场决策提供数据支撑，我们于XXXX年X月X日至X月X日，采用问卷调查、实地走访和深度访谈相结合的方式，对XX地区XX产品的市场情况进行了专题调研。本次调研共发放问卷X份，回收有效问卷X份，有效回收率X%；走访经销商X家，访谈消费者X名。</w:t>
      </w:r>
    </w:p>
    <w:p>
      <w:r>
        <w:t>二、调研结果分析。（一）市场规模与增长。调研数据显示，XX地区XX产品市场规模约为X亿元，近三年年均增长率约X%。其中，线上渠道占比逐年提升，从X%增长到X%，线下渠道仍占主导但增速放缓。（二）消费者画像。主要消费群体为X岁至X岁人群，占比X%；家庭月收入X元至X元的消费者是主力，占比X%；消费动机以“实用性”（X%）和“性价比”（X%）为主。（三）品牌竞争格局。目前市场上主要的品牌有X、X、X等，头部品牌市场份额合计约X%，市场集中度较高；区域性品牌在二三线城市表现活跃。（四）消费趋势。消费者对产品质量和售后服务的关注度显著上升；环保、健康成为新的消费偏好；短视频和直播电商对消费决策的影响越来越大。</w:t>
      </w:r>
    </w:p>
    <w:p>
      <w:r>
        <w:t>三、存在的主要问题。1.产品质量参差不齐，部分低价产品以次充好，损害消费者信任；2.售后服务网络不完善，农村地区服务覆盖不足；3.同质化竞争严重，产品缺乏差异化创新；4.线上渠道价格体系混乱，影响品牌形象。</w:t>
      </w:r>
    </w:p>
    <w:p>
      <w:r>
        <w:t>四、对策建议。（一）产品层面：加大研发投入，提升产品品质和差异化竞争力；推出针对细分人群的定制化产品。（二）渠道层面：完善线上线下协同的渠道体系，规范价格管理；下沉市场布局服务网点。（三）营销层面：强化内容营销和直播带货布局，讲好品牌故事；针对年轻群体开展互动营销。（四）服务层面：建立完善的售后服务体系，提升消费者满意度。</w:t>
      </w:r>
    </w:p>
    <w:p>
      <w:r>
        <w:t>五、结论。综合来看，XX地区XX产品市场仍处于增长期，发展潜力较大，但竞争日趋激烈。建议公司把握消费升级趋势，聚焦品质和差异化，强化线上渠道和品牌建设，在细分市场建立竞争优势。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