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市场调研报告范文（模板+写作框架）</w:t>
      </w:r>
    </w:p>
    <w:p>
      <w:r>
        <w:t>领导让你写市场调研报告，不知道从哪下手？小编整理了市场调研报告范文，把调研报告的结构框架、写作方法和完整范文整理好。</w:t>
      </w:r>
    </w:p>
    <w:p>
      <w:r>
        <w:t>亮点：①五部分结构：调研背景-调研方法-调研结果-分析建议-结论；②数据呈现方式示范（表格+文字）；③结论建议写法；④Word版可直接修改。网页是预览版，下载Word完整版可编辑使用。? 免费下载Word完整版（可直接打印编辑）</w:t>
      </w:r>
    </w:p>
    <w:p>
      <w:pPr>
        <w:pStyle w:val="Heading1"/>
      </w:pPr>
      <w:r>
        <w:t>调研报告框架与范文（节选）</w:t>
      </w:r>
    </w:p>
    <w:p>
      <w:r>
        <w:t>关于XX市场情况的调研报告</w:t>
      </w:r>
    </w:p>
    <w:p>
      <w:r>
        <w:t>一、调研背景与目的：为了解XX市场现状、竞争格局和消费者需求，为公司XX决策提供依据，特开展本次调研。</w:t>
      </w:r>
    </w:p>
    <w:p>
      <w:r>
        <w:t>二、调研方法与对象：本次调研采取问卷（访谈/实地走访）方式，调研时间为20XX年X月X日至X月X日，共回收有效问卷XX份，访谈XX人。</w:t>
      </w:r>
    </w:p>
    <w:p>
      <w:r>
        <w:t>三、调研结果分析：</w:t>
      </w:r>
    </w:p>
    <w:p>
      <w:r>
        <w:t>1. 市场规模与趋势：……</w:t>
      </w:r>
    </w:p>
    <w:p>
      <w:r>
        <w:t>2. 消费者画像：受访者中，XX人群占比X%，消费频次集中在……</w:t>
      </w:r>
    </w:p>
    <w:p>
      <w:r>
        <w:t>3. 竞争格局：主要竞争者包括A、B、C，其中A的市场份额约X%。</w:t>
      </w:r>
    </w:p>
    <w:p>
      <w:r>
        <w:t>4. 价格与需求：消费者可接受价格区间为……</w:t>
      </w:r>
    </w:p>
    <w:p>
      <w:r>
        <w:t>四、问题与建议：</w:t>
      </w:r>
    </w:p>
    <w:p>
      <w:r>
        <w:t>1. 问题：产品同质化、价格敏感度高、渠道覆盖不足。</w:t>
      </w:r>
    </w:p>
    <w:p>
      <w:r>
        <w:t>2. 建议：差异化定位、优化价格策略、拓展线上渠道。</w:t>
      </w:r>
    </w:p>
    <w:p>
      <w:r>
        <w:t>五、结论：……</w:t>
      </w:r>
    </w:p>
    <w:p>
      <w:r>
        <w:t>（完整表格数据示例见Word版）? 写作要点：①调研结论要基于数据，先有数据后有结论；②图表辅助表达；③建议要有可操作性。完整版见Word。?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