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师德师风学习心得体会范文（教师专用）</w:t>
      </w:r>
    </w:p>
    <w:p>
      <w:r>
        <w:t>学校组织师德师风学习，心得体会怎么写？小编整理了师德师风学习心得体会范文，从为什么学、学了什么、怎么去做三个层面展开，语言规范、结合教师实际。</w:t>
      </w:r>
    </w:p>
    <w:p>
      <w:r>
        <w:t>亮点：①结合新时代师德要求；②引用了师德规范内容；③既有认识提升又有行动承诺；④Word版可直接修改。网页是预览版，下载Word完整版可编辑使用。? 免费下载Word完整版（可直接打印编辑）</w:t>
      </w:r>
    </w:p>
    <w:p>
      <w:pPr>
        <w:pStyle w:val="Heading1"/>
      </w:pPr>
      <w:r>
        <w:t>心得体会范文（节选）</w:t>
      </w:r>
    </w:p>
    <w:p>
      <w:r>
        <w:t>近期，学校组织开展了师德师风专题学习活动，通过集中学习、案例警示和个人自学，我对新时代教师职业道德规范有了更深刻的认识，现将学习心得总结如下：</w:t>
      </w:r>
    </w:p>
    <w:p>
      <w:r>
        <w:t>一、对师德师风的认识</w:t>
      </w:r>
    </w:p>
    <w:p>
      <w:r>
        <w:t>“学高为师，身正为范。”教师不仅是知识的传授者，更是学生成长的引路人。师德是教师的立业之基，师风是教育的立教之本。新时代对教师提出了更高要求：坚定理想信念、陶冶道德情操、涵养扎实学识、勤修仁爱之心。</w:t>
      </w:r>
    </w:p>
    <w:p>
      <w:r>
        <w:t>二、对照反思</w:t>
      </w:r>
    </w:p>
    <w:p>
      <w:r>
        <w:t>对照师德规范，我认真进行了自我检视。在教学工作中，我能够认真备课上课、尊重学生人格，但也存在个别时候对学生耐心不足、与家长沟通不够深入等问题。通过警示案例的学习，我深刻认识到师德底线不可触碰，必须时刻自重、自省、自警、自励。</w:t>
      </w:r>
    </w:p>
    <w:p>
      <w:r>
        <w:t>三、今后努力方向</w:t>
      </w:r>
    </w:p>
    <w:p>
      <w:r>
        <w:t>一是坚持立德树人，把思想政治教育融入日常教学；二是关爱每一位学生，做到有教无类、因材施教；三是加强自身修养，遵守《新时代中小学教师职业行为十项准则》；四是虚心学习，不断提高教书育人能力。师德建设永远在路上，我将以更高标准要求自己，做学生喜爱、家长信任、人民满意的好老师。? 写作要点：①结合学习活动的实际内容；②反思部分要真实；③努力方向要具体可操作。完整版见Word。?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