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实习报告范文（大学生实习报告模板）</w:t>
      </w:r>
    </w:p>
    <w:p>
      <w:r>
        <w:t>实习结束要交实习报告，怎么写才规范？小编整理了大学生实习报告范文，从实习目的、实习内容、收获体会到总结建议，全流程结构完整。</w:t>
      </w:r>
    </w:p>
    <w:p>
      <w:r>
        <w:t>亮点：①学校要求的实习报告标准结构；②实习内容写法示范（按岗位职责展开）；③收获体会写法；④Word版可直接修改。网页是预览版，下载Word完整版可编辑使用。? 免费下载Word完整版（可直接打印编辑）</w:t>
      </w:r>
    </w:p>
    <w:p>
      <w:pPr>
        <w:pStyle w:val="Heading1"/>
      </w:pPr>
      <w:r>
        <w:t>实习报告范文（节选）</w:t>
      </w:r>
    </w:p>
    <w:p>
      <w:r>
        <w:t>实习报告</w:t>
      </w:r>
    </w:p>
    <w:p>
      <w:r>
        <w:t>系别：______　专业：______　姓名：______　学号：______</w:t>
      </w:r>
    </w:p>
    <w:p>
      <w:r>
        <w:t>实习单位：______　实习时间：20XX年X月X日至X月X日</w:t>
      </w:r>
    </w:p>
    <w:p>
      <w:r>
        <w:t>一、实习目的</w:t>
      </w:r>
    </w:p>
    <w:p>
      <w:r>
        <w:t>通过实习，将所学专业理论知识应用于实际工作，提高专业技能和职业素养，为毕业后顺利就业打下基础。</w:t>
      </w:r>
    </w:p>
    <w:p>
      <w:r>
        <w:t>二、实习单位及岗位介绍</w:t>
      </w:r>
    </w:p>
    <w:p>
      <w:r>
        <w:t>XX公司主要从事XX业务。本人被安排在XX部门，担任XX岗位（实习生）。</w:t>
      </w:r>
    </w:p>
    <w:p>
      <w:r>
        <w:t>三、实习内容与过程</w:t>
      </w:r>
    </w:p>
    <w:p>
      <w:r>
        <w:t>1. 前期学习：了解公司规章制度、业务流程，学习XX系统/工具的使用。</w:t>
      </w:r>
    </w:p>
    <w:p>
      <w:r>
        <w:t>2. 主要工作：负责XX工作，包括XX、XX、XX，累计完成XX件。</w:t>
      </w:r>
    </w:p>
    <w:p>
      <w:r>
        <w:t>3. 参与项目：参与XX项目，承担XX任务，配合团队完成了XX。</w:t>
      </w:r>
    </w:p>
    <w:p>
      <w:r>
        <w:t>四、实习收获与体会</w:t>
      </w:r>
    </w:p>
    <w:p>
      <w:r>
        <w:t>1. 专业能力方面：将课堂所学的XX知识应用到实践中，加深了理解，掌握了XX技能。</w:t>
      </w:r>
    </w:p>
    <w:p>
      <w:r>
        <w:t>2. 职业素养方面：体会到团队协作、沟通表达和时间管理的重要性。</w:t>
      </w:r>
    </w:p>
    <w:p>
      <w:r>
        <w:t>3. 不足反思：对XX业务不熟悉、经验不足，今后将加强学习。</w:t>
      </w:r>
    </w:p>
    <w:p>
      <w:r>
        <w:t>五、总结与建议</w:t>
      </w:r>
    </w:p>
    <w:p>
      <w:r>
        <w:t>本次实习让我受益匪浅，明确了职业方向。建议学校多组织类似实践，建议学弟学妹提前规划实习。</w:t>
      </w:r>
    </w:p>
    <w:p>
      <w:r>
        <w:t>报告人：XXX</w:t>
      </w:r>
    </w:p>
    <w:p>
      <w:r>
        <w:t>20XX年X月X日? 写作要点：①实习内容写具体，多用数据和实例；②收获体会联系专业学习；③态度要诚恳。完整版见Word。?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