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试用期转正个人总结范文（新员工适用）</w:t>
      </w:r>
    </w:p>
    <w:p>
      <w:r>
        <w:t>试用期快满了，转正申请里的个人总结怎么写？小编整理了试用期转正个人总结范文，适合新入职员工，把试用期做了什么、学到什么、未来怎么干写清楚。</w:t>
      </w:r>
    </w:p>
    <w:p>
      <w:r>
        <w:t>亮点：①试用期工作回顾写法；②成长收获提炼；③转正承诺表达；④Word版可直接修改。网页是预览版，下载Word完整版可编辑使用。? 免费下载Word完整版（可直接打印编辑）</w:t>
      </w:r>
    </w:p>
    <w:p>
      <w:pPr>
        <w:pStyle w:val="Heading1"/>
      </w:pPr>
      <w:r>
        <w:t>试用期转正总结（节选）</w:t>
      </w:r>
    </w:p>
    <w:p>
      <w:r>
        <w:t>尊敬的领导：</w:t>
      </w:r>
    </w:p>
    <w:p>
      <w:r>
        <w:t>我于2026年X月X日入职公司，担任XX岗位，试用期X个月。现将试用期工作情况总结如下，恳请领导审阅并批准转正。</w:t>
      </w:r>
    </w:p>
    <w:p>
      <w:r>
        <w:t>一、试用期主要工作</w:t>
      </w:r>
    </w:p>
    <w:p>
      <w:r>
        <w:t>1. 熟悉工作：入职后认真学习公司规章制度和岗位职责，快速熟悉了XX业务流程。</w:t>
      </w:r>
    </w:p>
    <w:p>
      <w:r>
        <w:t>2. 业务开展：在领导和同事的指导下，完成XX任务X项，包括XX（具体事项），逐步进入工作状态。</w:t>
      </w:r>
    </w:p>
    <w:p>
      <w:r>
        <w:t>3. 学习成长：参加公司组织的XX培训，自学了XX工具/技能，提升了岗位胜任能力。</w:t>
      </w:r>
    </w:p>
    <w:p>
      <w:r>
        <w:t>二、个人收获</w:t>
      </w:r>
    </w:p>
    <w:p>
      <w:r>
        <w:t>通过试用期的工作，我对公司文化和业务有了深入了解，掌握了岗位所需的XX技能，也认识到团队协作和主动沟通的重要性。同时，我也发现自己在XX方面还需加强。</w:t>
      </w:r>
    </w:p>
    <w:p>
      <w:r>
        <w:t>三、转正后计划</w:t>
      </w:r>
    </w:p>
    <w:p>
      <w:r>
        <w:t>转正后，我将继续保持学习热情，尽快独当一面：一是深入钻研业务，提升专业能力；二是主动承担任务，为团队贡献更多价值；三是严格遵守公司制度，争做优秀员工。</w:t>
      </w:r>
    </w:p>
    <w:p>
      <w:r>
        <w:t>恳请领导批准我的转正申请，我将以更加饱满的热情投入工作！</w:t>
      </w:r>
    </w:p>
    <w:p>
      <w:r>
        <w:t>申请人：XXX</w:t>
      </w:r>
    </w:p>
    <w:p>
      <w:r>
        <w:t>2026年X月X日? 写作要点：①回顾要具体，避免空洞；②突出试用期的成长变化；③态度诚恳、目标明确。完整版见Word。?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