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述职报告怎么写？结构模板+范文（职场通用）</w:t>
      </w:r>
    </w:p>
    <w:p>
      <w:r>
        <w:t>述职报告怎么写？结构模板+范文（职场通用）</w:t>
      </w:r>
    </w:p>
    <w:p>
      <w:r>
        <w:t>述职报告是向领导和考核部门汇报本人履职情况的报告，核心是“述职”——说明自己担任的职务、履行的职责、取得的效果。</w:t>
      </w:r>
    </w:p>
    <w:p>
      <w:r>
        <w:t>结构模板：一、履职概况（岗位职责+年度目标）；二、主要成绩（分条列项+数据）；三、重点工作与典型案例（2-3件有代表性的事）；四、存在的不足；五、下一步工作思路。</w:t>
      </w:r>
    </w:p>
    <w:p>
      <w:r>
        <w:t>写作要点：①以“职责”为主线，不是罗列工作流水账；②成绩用数据和事实说话；③重点突出，切忌面面俱到；④不足要客观，改进要具体；⑤语言严谨平实。</w:t>
      </w:r>
    </w:p>
    <w:p>
      <w:r>
        <w:t>示例开头：“根据组织安排，本人于202X年X月起担任XX职务，分管XX工作。现将一年来履职情况报告如下：”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