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个人述职述廉报告范文（通用模板）</w:t>
      </w:r>
    </w:p>
    <w:p>
      <w:pPr>
        <w:jc w:val="center"/>
      </w:pPr>
      <w:r>
        <w:t>（范文模板，可直接参考使用）</w:t>
      </w:r>
    </w:p>
    <w:p/>
    <w:p>
      <w:r>
        <w:t>年度个人述职述廉报告</w:t>
      </w:r>
    </w:p>
    <w:p>
      <w:r>
        <w:t>各位领导、同志们：根据工作安排，现将本人202X年度履职尽责和廉洁自律情况报告如下，请予评议。</w:t>
      </w:r>
    </w:p>
    <w:p>
      <w:r>
        <w:t>一、强化学习，筑牢思想根基。一年来，本人坚持把学习作为第一需要，认真学习党的二十大精神和上级决策部署，深入领会新时代工作要求。全年参加中心组学习X次，撰写心得体会X篇。通过学习，进一步增强了“四个意识”、坚定了“四个自信”，提升了政治判断力、政治领悟力、政治执行力。</w:t>
      </w:r>
    </w:p>
    <w:p>
      <w:r>
        <w:t>二、履职尽责，推动工作落实。1.抓好主责主业：围绕XX中心工作，牵头制定了XX方案，推动XX任务落地见效，全年完成XX指标X%，较上年提升X个百分点。2.加强队伍建设：坚持以上率下，组织团队开展业务培训X次，提升队伍整体素质；关心关爱干部，营造干事创业的良好氛围。3.强化制度执行：严格执行民主集中制，重大事项集体研究决策X次，确保权力在阳光下运行。</w:t>
      </w:r>
    </w:p>
    <w:p>
      <w:r>
        <w:t>三、廉洁自律，严守纪律底线。一年来，本人严格执行中央八项规定精神，自觉抵制“四风”问题。坚持依法依规办事，不插手干预工程项目和物资采购等敏感事项。主动报告个人有关事项，自觉接受组织监督和群众监督。本人及家庭成员均无违规违纪问题。</w:t>
      </w:r>
    </w:p>
    <w:p>
      <w:r>
        <w:t>四、存在的不足。对照新时代新要求，本人还存在一些不足：一是理论学习的系统性深入性不够，运用理论指导实践的能力有待提升；二是创新意识不足，面对新情况新问题，办法不多、路子不宽；三是深入基层调研不够，掌握一线情况不够全面。</w:t>
      </w:r>
    </w:p>
    <w:p>
      <w:r>
        <w:t>五、下一步打算。一是持续加强政治理论学习，提高政治能力；二是深入调查研究，多到一线听取意见、解决问题；三是强化担当作为，以钉钉子精神抓好各项任务落实；四是继续严格自律，永葆清正廉洁本色。</w:t>
      </w:r>
    </w:p>
    <w:p>
      <w:r>
        <w:t>以上报告，不当之处，敬请批评指正。谢谢大家！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