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小学四年级数学下册期末测试卷（100题完整版）</w:t>
      </w:r>
    </w:p>
    <w:p>
      <w:r>
        <w:t>满分100分，时间70分钟。本卷为完整版，共100题，含计算、选择、填空、判断、应用题，覆盖小数的意义与性质、四则运算、运算定律、三角形、观察物体等核心内容，全部带答案和解析，可直接打印练习。</w:t>
      </w:r>
    </w:p>
    <w:p>
      <w:pPr>
        <w:pStyle w:val="Heading1"/>
      </w:pPr>
      <w:r>
        <w:t>一、单项选择题</w:t>
      </w:r>
    </w:p>
    <w:p>
      <w:r>
        <w:t>1. 计算：-13 + 16 = ?</w:t>
      </w:r>
      <w:r>
        <w:br/>
        <w:t xml:space="preserve">    A. -4</w:t>
      </w:r>
      <w:r>
        <w:br/>
        <w:t xml:space="preserve">    B. 1</w:t>
      </w:r>
      <w:r>
        <w:br/>
        <w:t xml:space="preserve">    C. 3</w:t>
      </w:r>
      <w:r>
        <w:br/>
        <w:t xml:space="preserve">    D. 7</w:t>
      </w:r>
      <w:r>
        <w:br/>
        <w:t>【答案】C　【解析】按有理数运算法则计算，结果为3。</w:t>
      </w:r>
    </w:p>
    <w:p>
      <w:r>
        <w:t>2. 计算：375 ÷ 15 = ?</w:t>
      </w:r>
      <w:r>
        <w:br/>
        <w:t xml:space="preserve">    A. 24</w:t>
      </w:r>
      <w:r>
        <w:br/>
        <w:t xml:space="preserve">    B. 25</w:t>
      </w:r>
      <w:r>
        <w:br/>
        <w:t xml:space="preserve">    C. 26</w:t>
      </w:r>
      <w:r>
        <w:br/>
        <w:t xml:space="preserve">    D. 27</w:t>
      </w:r>
      <w:r>
        <w:br/>
        <w:t>【答案】B　【解析】按有理数运算法则计算，结果为25。</w:t>
      </w:r>
    </w:p>
    <w:p>
      <w:r>
        <w:t>3. 计算：-25 + 19 = ?</w:t>
      </w:r>
      <w:r>
        <w:br/>
        <w:t xml:space="preserve">    A. -14</w:t>
      </w:r>
      <w:r>
        <w:br/>
        <w:t xml:space="preserve">    B. -6</w:t>
      </w:r>
      <w:r>
        <w:br/>
        <w:t xml:space="preserve">    C. -5</w:t>
      </w:r>
      <w:r>
        <w:br/>
        <w:t xml:space="preserve">    D. 0</w:t>
      </w:r>
      <w:r>
        <w:br/>
        <w:t>【答案】B　【解析】按有理数运算法则计算，结果为-6。</w:t>
      </w:r>
    </w:p>
    <w:p>
      <w:r>
        <w:t>4. 计算：11 - 6 = ?</w:t>
      </w:r>
      <w:r>
        <w:br/>
        <w:t xml:space="preserve">    A. 4</w:t>
      </w:r>
      <w:r>
        <w:br/>
        <w:t xml:space="preserve">    B. 5</w:t>
      </w:r>
      <w:r>
        <w:br/>
        <w:t xml:space="preserve">    C. 6</w:t>
      </w:r>
      <w:r>
        <w:br/>
        <w:t xml:space="preserve">    D. 7</w:t>
      </w:r>
      <w:r>
        <w:br/>
        <w:t>【答案】B　【解析】按有理数运算法则计算，结果为5。</w:t>
      </w:r>
    </w:p>
    <w:p>
      <w:r>
        <w:t>5. 计算：360 ÷ 12 = ?</w:t>
      </w:r>
      <w:r>
        <w:br/>
        <w:t xml:space="preserve">    A. 29</w:t>
      </w:r>
      <w:r>
        <w:br/>
        <w:t xml:space="preserve">    B. 30</w:t>
      </w:r>
      <w:r>
        <w:br/>
        <w:t xml:space="preserve">    C. 31</w:t>
      </w:r>
      <w:r>
        <w:br/>
        <w:t xml:space="preserve">    D. 32</w:t>
      </w:r>
      <w:r>
        <w:br/>
        <w:t>【答案】B　【解析】按有理数运算法则计算，结果为30。</w:t>
      </w:r>
    </w:p>
    <w:p>
      <w:r>
        <w:t>6. 计算：-3 ÷ 1 = ?</w:t>
      </w:r>
      <w:r>
        <w:br/>
        <w:t xml:space="preserve">    A. -12</w:t>
      </w:r>
      <w:r>
        <w:br/>
        <w:t xml:space="preserve">    B. -9</w:t>
      </w:r>
      <w:r>
        <w:br/>
        <w:t xml:space="preserve">    C. -3</w:t>
      </w:r>
      <w:r>
        <w:br/>
        <w:t xml:space="preserve">    D. 9</w:t>
      </w:r>
      <w:r>
        <w:br/>
        <w:t>【答案】C　【解析】按有理数运算法则计算，结果为-3。</w:t>
      </w:r>
    </w:p>
    <w:p>
      <w:r>
        <w:t>7. 计算：18 - 18 = ?</w:t>
      </w:r>
      <w:r>
        <w:br/>
        <w:t xml:space="preserve">    A. -6</w:t>
      </w:r>
      <w:r>
        <w:br/>
        <w:t xml:space="preserve">    B. -5</w:t>
      </w:r>
      <w:r>
        <w:br/>
        <w:t xml:space="preserve">    C. 0</w:t>
      </w:r>
      <w:r>
        <w:br/>
        <w:t xml:space="preserve">    D. 12</w:t>
      </w:r>
      <w:r>
        <w:br/>
        <w:t>【答案】C　【解析】按有理数运算法则计算，结果为0。</w:t>
      </w:r>
    </w:p>
    <w:p>
      <w:r>
        <w:t>8. 计算：48 ÷ 6 = ?</w:t>
      </w:r>
      <w:r>
        <w:br/>
        <w:t xml:space="preserve">    A. 3</w:t>
      </w:r>
      <w:r>
        <w:br/>
        <w:t xml:space="preserve">    B. 8</w:t>
      </w:r>
      <w:r>
        <w:br/>
        <w:t xml:space="preserve">    C. 10</w:t>
      </w:r>
      <w:r>
        <w:br/>
        <w:t xml:space="preserve">    D. 18</w:t>
      </w:r>
      <w:r>
        <w:br/>
        <w:t>【答案】B　【解析】按有理数运算法则计算，结果为8。</w:t>
      </w:r>
    </w:p>
    <w:p>
      <w:r>
        <w:t>9. 计算：-21 + 9 = ?</w:t>
      </w:r>
      <w:r>
        <w:br/>
        <w:t xml:space="preserve">    A. -13</w:t>
      </w:r>
      <w:r>
        <w:br/>
        <w:t xml:space="preserve">    B. -12</w:t>
      </w:r>
      <w:r>
        <w:br/>
        <w:t xml:space="preserve">    C. -11</w:t>
      </w:r>
      <w:r>
        <w:br/>
        <w:t xml:space="preserve">    D. -10</w:t>
      </w:r>
      <w:r>
        <w:br/>
        <w:t>【答案】B　【解析】按有理数运算法则计算，结果为-12。</w:t>
      </w:r>
    </w:p>
    <w:p>
      <w:r>
        <w:t>10. 计算：27 × 8 = ?</w:t>
      </w:r>
      <w:r>
        <w:br/>
        <w:t xml:space="preserve">    A. 215</w:t>
      </w:r>
      <w:r>
        <w:br/>
        <w:t xml:space="preserve">    B. 216</w:t>
      </w:r>
      <w:r>
        <w:br/>
        <w:t xml:space="preserve">    C. 217</w:t>
      </w:r>
      <w:r>
        <w:br/>
        <w:t xml:space="preserve">    D. 218</w:t>
      </w:r>
      <w:r>
        <w:br/>
        <w:t>【答案】B　【解析】按有理数运算法则计算，结果为216。</w:t>
      </w:r>
    </w:p>
    <w:p>
      <w:r>
        <w:t>11. 计算：12 - 15 = ?</w:t>
      </w:r>
      <w:r>
        <w:br/>
        <w:t xml:space="preserve">    A. -10</w:t>
      </w:r>
      <w:r>
        <w:br/>
        <w:t xml:space="preserve">    B. -7</w:t>
      </w:r>
      <w:r>
        <w:br/>
        <w:t xml:space="preserve">    C. -3</w:t>
      </w:r>
      <w:r>
        <w:br/>
        <w:t xml:space="preserve">    D. 4</w:t>
      </w:r>
      <w:r>
        <w:br/>
        <w:t>【答案】C　【解析】按有理数运算法则计算，结果为-3。</w:t>
      </w:r>
    </w:p>
    <w:p>
      <w:r>
        <w:t>12. 计算：15 - 5 = ?</w:t>
      </w:r>
      <w:r>
        <w:br/>
        <w:t xml:space="preserve">    A. 4</w:t>
      </w:r>
      <w:r>
        <w:br/>
        <w:t xml:space="preserve">    B. 10</w:t>
      </w:r>
      <w:r>
        <w:br/>
        <w:t xml:space="preserve">    C. 13</w:t>
      </w:r>
      <w:r>
        <w:br/>
        <w:t xml:space="preserve">    D. 20</w:t>
      </w:r>
      <w:r>
        <w:br/>
        <w:t>【答案】B　【解析】按有理数运算法则计算，结果为10。</w:t>
      </w:r>
    </w:p>
    <w:p>
      <w:r>
        <w:t>13. 计算：6 - 9 = ?</w:t>
      </w:r>
      <w:r>
        <w:br/>
        <w:t xml:space="preserve">    A. -10</w:t>
      </w:r>
      <w:r>
        <w:br/>
        <w:t xml:space="preserve">    B. -3</w:t>
      </w:r>
      <w:r>
        <w:br/>
        <w:t xml:space="preserve">    C. 3</w:t>
      </w:r>
      <w:r>
        <w:br/>
        <w:t xml:space="preserve">    D. 4</w:t>
      </w:r>
      <w:r>
        <w:br/>
        <w:t>【答案】B　【解析】按有理数运算法则计算，结果为-3。</w:t>
      </w:r>
    </w:p>
    <w:p>
      <w:r>
        <w:t>14. 计算：-145 ÷ 5 = ?</w:t>
      </w:r>
      <w:r>
        <w:br/>
        <w:t xml:space="preserve">    A. -37</w:t>
      </w:r>
      <w:r>
        <w:br/>
        <w:t xml:space="preserve">    B. -33</w:t>
      </w:r>
      <w:r>
        <w:br/>
        <w:t xml:space="preserve">    C. -29</w:t>
      </w:r>
      <w:r>
        <w:br/>
        <w:t xml:space="preserve">    D. -27</w:t>
      </w:r>
      <w:r>
        <w:br/>
        <w:t>【答案】C　【解析】按有理数运算法则计算，结果为-29。</w:t>
      </w:r>
    </w:p>
    <w:p>
      <w:r>
        <w:t>15. 计算：9 - 7 = ?</w:t>
      </w:r>
      <w:r>
        <w:br/>
        <w:t xml:space="preserve">    A. -5</w:t>
      </w:r>
      <w:r>
        <w:br/>
        <w:t xml:space="preserve">    B. 2</w:t>
      </w:r>
      <w:r>
        <w:br/>
        <w:t xml:space="preserve">    C. 5</w:t>
      </w:r>
      <w:r>
        <w:br/>
        <w:t xml:space="preserve">    D. 6</w:t>
      </w:r>
      <w:r>
        <w:br/>
        <w:t>【答案】B　【解析】按有理数运算法则计算，结果为2。</w:t>
      </w:r>
    </w:p>
    <w:p>
      <w:r>
        <w:t>16. 计算：26 ÷ 1 = ?</w:t>
      </w:r>
      <w:r>
        <w:br/>
        <w:t xml:space="preserve">    A. 25</w:t>
      </w:r>
      <w:r>
        <w:br/>
        <w:t xml:space="preserve">    B. 26</w:t>
      </w:r>
      <w:r>
        <w:br/>
        <w:t xml:space="preserve">    C. 27</w:t>
      </w:r>
      <w:r>
        <w:br/>
        <w:t xml:space="preserve">    D. 37</w:t>
      </w:r>
      <w:r>
        <w:br/>
        <w:t>【答案】B　【解析】按有理数运算法则计算，结果为26。</w:t>
      </w:r>
    </w:p>
    <w:p>
      <w:r>
        <w:t>17. 计算：-10 + 8 = ?</w:t>
      </w:r>
      <w:r>
        <w:br/>
        <w:t xml:space="preserve">    A. -3</w:t>
      </w:r>
      <w:r>
        <w:br/>
        <w:t xml:space="preserve">    B. -2</w:t>
      </w:r>
      <w:r>
        <w:br/>
        <w:t xml:space="preserve">    C. -1</w:t>
      </w:r>
      <w:r>
        <w:br/>
        <w:t xml:space="preserve">    D. 6</w:t>
      </w:r>
      <w:r>
        <w:br/>
        <w:t>【答案】B　【解析】按有理数运算法则计算，结果为-2。</w:t>
      </w:r>
    </w:p>
    <w:p>
      <w:r>
        <w:t>18. 计算：27 - 10 = ?</w:t>
      </w:r>
      <w:r>
        <w:br/>
        <w:t xml:space="preserve">    A. 13</w:t>
      </w:r>
      <w:r>
        <w:br/>
        <w:t xml:space="preserve">    B. 17</w:t>
      </w:r>
      <w:r>
        <w:br/>
        <w:t xml:space="preserve">    C. 18</w:t>
      </w:r>
      <w:r>
        <w:br/>
        <w:t xml:space="preserve">    D. 29</w:t>
      </w:r>
      <w:r>
        <w:br/>
        <w:t>【答案】B　【解析】按有理数运算法则计算，结果为17。</w:t>
      </w:r>
    </w:p>
    <w:p>
      <w:r>
        <w:t>19. 计算：7 × 19 = ?</w:t>
      </w:r>
      <w:r>
        <w:br/>
        <w:t xml:space="preserve">    A. 132</w:t>
      </w:r>
      <w:r>
        <w:br/>
        <w:t xml:space="preserve">    B. 133</w:t>
      </w:r>
      <w:r>
        <w:br/>
        <w:t xml:space="preserve">    C. 134</w:t>
      </w:r>
      <w:r>
        <w:br/>
        <w:t xml:space="preserve">    D. 135</w:t>
      </w:r>
      <w:r>
        <w:br/>
        <w:t>【答案】B　【解析】按有理数运算法则计算，结果为133。</w:t>
      </w:r>
    </w:p>
    <w:p>
      <w:r>
        <w:t>20. 计算：18 × 8 = ?</w:t>
      </w:r>
      <w:r>
        <w:br/>
        <w:t xml:space="preserve">    A. 143</w:t>
      </w:r>
      <w:r>
        <w:br/>
        <w:t xml:space="preserve">    B. 144</w:t>
      </w:r>
      <w:r>
        <w:br/>
        <w:t xml:space="preserve">    C. 145</w:t>
      </w:r>
      <w:r>
        <w:br/>
        <w:t xml:space="preserve">    D. 146</w:t>
      </w:r>
      <w:r>
        <w:br/>
        <w:t>【答案】B　【解析】按有理数运算法则计算，结果为144。</w:t>
      </w:r>
    </w:p>
    <w:p>
      <w:r>
        <w:t>21. 计算：432 ÷ 16 = ?</w:t>
      </w:r>
      <w:r>
        <w:br/>
        <w:t xml:space="preserve">    A. 26</w:t>
      </w:r>
      <w:r>
        <w:br/>
        <w:t xml:space="preserve">    B. 27</w:t>
      </w:r>
      <w:r>
        <w:br/>
        <w:t xml:space="preserve">    C. 28</w:t>
      </w:r>
      <w:r>
        <w:br/>
        <w:t xml:space="preserve">    D. 29</w:t>
      </w:r>
      <w:r>
        <w:br/>
        <w:t>【答案】B　【解析】按有理数运算法则计算，结果为27。</w:t>
      </w:r>
    </w:p>
    <w:p>
      <w:r>
        <w:t>22. 计算：18 - 6 = ?</w:t>
      </w:r>
      <w:r>
        <w:br/>
        <w:t xml:space="preserve">    A. 10</w:t>
      </w:r>
      <w:r>
        <w:br/>
        <w:t xml:space="preserve">    B. 12</w:t>
      </w:r>
      <w:r>
        <w:br/>
        <w:t xml:space="preserve">    C. 18</w:t>
      </w:r>
      <w:r>
        <w:br/>
        <w:t xml:space="preserve">    D. 19</w:t>
      </w:r>
      <w:r>
        <w:br/>
        <w:t>【答案】B　【解析】按有理数运算法则计算，结果为12。</w:t>
      </w:r>
    </w:p>
    <w:p>
      <w:r>
        <w:t>23. 计算：2 × 19 = ?</w:t>
      </w:r>
      <w:r>
        <w:br/>
        <w:t xml:space="preserve">    A. 36</w:t>
      </w:r>
      <w:r>
        <w:br/>
        <w:t xml:space="preserve">    B. 38</w:t>
      </w:r>
      <w:r>
        <w:br/>
        <w:t xml:space="preserve">    C. 40</w:t>
      </w:r>
      <w:r>
        <w:br/>
        <w:t xml:space="preserve">    D. 50</w:t>
      </w:r>
      <w:r>
        <w:br/>
        <w:t>【答案】B　【解析】按有理数运算法则计算，结果为38。</w:t>
      </w:r>
    </w:p>
    <w:p>
      <w:r>
        <w:t>24. 计算：-8 × 14 = ?</w:t>
      </w:r>
      <w:r>
        <w:br/>
        <w:t xml:space="preserve">    A. -113</w:t>
      </w:r>
      <w:r>
        <w:br/>
        <w:t xml:space="preserve">    B. -112</w:t>
      </w:r>
      <w:r>
        <w:br/>
        <w:t xml:space="preserve">    C. -111</w:t>
      </w:r>
      <w:r>
        <w:br/>
        <w:t xml:space="preserve">    D. -110</w:t>
      </w:r>
      <w:r>
        <w:br/>
        <w:t>【答案】B　【解析】按有理数运算法则计算，结果为-112。</w:t>
      </w:r>
    </w:p>
    <w:p>
      <w:r>
        <w:t>25. 计算：18 - 15 = ?</w:t>
      </w:r>
      <w:r>
        <w:br/>
        <w:t xml:space="preserve">    A. -1</w:t>
      </w:r>
      <w:r>
        <w:br/>
        <w:t xml:space="preserve">    B. 3</w:t>
      </w:r>
      <w:r>
        <w:br/>
        <w:t xml:space="preserve">    C. 5</w:t>
      </w:r>
      <w:r>
        <w:br/>
        <w:t xml:space="preserve">    D. 12</w:t>
      </w:r>
      <w:r>
        <w:br/>
        <w:t>【答案】B　【解析】按有理数运算法则计算，结果为3。</w:t>
      </w:r>
    </w:p>
    <w:p>
      <w:r>
        <w:t>26. 计算：-14 × 5 = ?</w:t>
      </w:r>
      <w:r>
        <w:br/>
        <w:t xml:space="preserve">    A. -75</w:t>
      </w:r>
      <w:r>
        <w:br/>
        <w:t xml:space="preserve">    B. -70</w:t>
      </w:r>
      <w:r>
        <w:br/>
        <w:t xml:space="preserve">    C. -67</w:t>
      </w:r>
      <w:r>
        <w:br/>
        <w:t xml:space="preserve">    D. -66</w:t>
      </w:r>
      <w:r>
        <w:br/>
        <w:t>【答案】B　【解析】按有理数运算法则计算，结果为-70。</w:t>
      </w:r>
    </w:p>
    <w:p>
      <w:r>
        <w:t>27. 计算：200 ÷ 8 = ?</w:t>
      </w:r>
      <w:r>
        <w:br/>
        <w:t xml:space="preserve">    A. 16</w:t>
      </w:r>
      <w:r>
        <w:br/>
        <w:t xml:space="preserve">    B. 25</w:t>
      </w:r>
      <w:r>
        <w:br/>
        <w:t xml:space="preserve">    C. 31</w:t>
      </w:r>
      <w:r>
        <w:br/>
        <w:t xml:space="preserve">    D. 33</w:t>
      </w:r>
      <w:r>
        <w:br/>
        <w:t>【答案】B　【解析】按有理数运算法则计算，结果为25。</w:t>
      </w:r>
    </w:p>
    <w:p>
      <w:r>
        <w:t>28. 计算：-24 + 10 = ?</w:t>
      </w:r>
      <w:r>
        <w:br/>
        <w:t xml:space="preserve">    A. -23</w:t>
      </w:r>
      <w:r>
        <w:br/>
        <w:t xml:space="preserve">    B. -14</w:t>
      </w:r>
      <w:r>
        <w:br/>
        <w:t xml:space="preserve">    C. -12</w:t>
      </w:r>
      <w:r>
        <w:br/>
        <w:t xml:space="preserve">    D. -10</w:t>
      </w:r>
      <w:r>
        <w:br/>
        <w:t>【答案】B　【解析】按有理数运算法则计算，结果为-14。</w:t>
      </w:r>
    </w:p>
    <w:p>
      <w:r>
        <w:t>29. 计算：-24 - 1 = ?</w:t>
      </w:r>
      <w:r>
        <w:br/>
        <w:t xml:space="preserve">    A. -30</w:t>
      </w:r>
      <w:r>
        <w:br/>
        <w:t xml:space="preserve">    B. -25</w:t>
      </w:r>
      <w:r>
        <w:br/>
        <w:t xml:space="preserve">    C. -23</w:t>
      </w:r>
      <w:r>
        <w:br/>
        <w:t xml:space="preserve">    D. -16</w:t>
      </w:r>
      <w:r>
        <w:br/>
        <w:t>【答案】B　【解析】按有理数运算法则计算，结果为-25。</w:t>
      </w:r>
    </w:p>
    <w:p>
      <w:r>
        <w:t>30. 计算：-15 - 19 = ?</w:t>
      </w:r>
      <w:r>
        <w:br/>
        <w:t xml:space="preserve">    A. -40</w:t>
      </w:r>
      <w:r>
        <w:br/>
        <w:t xml:space="preserve">    B. -36</w:t>
      </w:r>
      <w:r>
        <w:br/>
        <w:t xml:space="preserve">    C. -34</w:t>
      </w:r>
      <w:r>
        <w:br/>
        <w:t xml:space="preserve">    D. -24</w:t>
      </w:r>
      <w:r>
        <w:br/>
        <w:t>【答案】C　【解析】按有理数运算法则计算，结果为-34。</w:t>
      </w:r>
    </w:p>
    <w:p>
      <w:r>
        <w:t>31. 下列各数中，最大的是（　）</w:t>
      </w:r>
      <w:r>
        <w:br/>
        <w:t xml:space="preserve">    A.0.95</w:t>
      </w:r>
      <w:r>
        <w:br/>
        <w:t xml:space="preserve">    B.0.905</w:t>
      </w:r>
      <w:r>
        <w:br/>
        <w:t xml:space="preserve">    C.0.9055</w:t>
      </w:r>
      <w:r>
        <w:br/>
        <w:t xml:space="preserve">    D.0.59</w:t>
      </w:r>
      <w:r>
        <w:br/>
        <w:t>【答案】A　【解析】0.95最大。</w:t>
      </w:r>
    </w:p>
    <w:p>
      <w:r>
        <w:t>32. 计算：2800÷40=（　）</w:t>
      </w:r>
      <w:r>
        <w:br/>
        <w:t xml:space="preserve">    A.70</w:t>
      </w:r>
      <w:r>
        <w:br/>
        <w:t xml:space="preserve">    B.700</w:t>
      </w:r>
      <w:r>
        <w:br/>
        <w:t xml:space="preserve">    C.7</w:t>
      </w:r>
      <w:r>
        <w:br/>
        <w:t xml:space="preserve">    D.75</w:t>
      </w:r>
      <w:r>
        <w:br/>
        <w:t>【答案】A　【解析】280÷4=70。</w:t>
      </w:r>
    </w:p>
    <w:p>
      <w:r>
        <w:t>33. 一个直角三角形的两个锐角之和是（　）</w:t>
      </w:r>
      <w:r>
        <w:br/>
        <w:t xml:space="preserve">    A.90°</w:t>
      </w:r>
      <w:r>
        <w:br/>
        <w:t xml:space="preserve">    B.180°</w:t>
      </w:r>
      <w:r>
        <w:br/>
        <w:t xml:space="preserve">    C.60°</w:t>
      </w:r>
      <w:r>
        <w:br/>
        <w:t xml:space="preserve">    D.45°</w:t>
      </w:r>
      <w:r>
        <w:br/>
        <w:t>【答案】A　【解析】180-90=90。</w:t>
      </w:r>
    </w:p>
    <w:p>
      <w:r>
        <w:t>34. 125×8=（　）</w:t>
      </w:r>
      <w:r>
        <w:br/>
        <w:t xml:space="preserve">    A.1000</w:t>
      </w:r>
      <w:r>
        <w:br/>
        <w:t xml:space="preserve">    B.900</w:t>
      </w:r>
      <w:r>
        <w:br/>
        <w:t xml:space="preserve">    C.800</w:t>
      </w:r>
      <w:r>
        <w:br/>
        <w:t xml:space="preserve">    D.1200</w:t>
      </w:r>
      <w:r>
        <w:br/>
        <w:t>【答案】A　【解析】125×8=1000。</w:t>
      </w:r>
    </w:p>
    <w:p>
      <w:r>
        <w:t>35. 0.6÷100=（　）</w:t>
      </w:r>
      <w:r>
        <w:br/>
        <w:t xml:space="preserve">    A.0.006</w:t>
      </w:r>
      <w:r>
        <w:br/>
        <w:t xml:space="preserve">    B.0.06</w:t>
      </w:r>
      <w:r>
        <w:br/>
        <w:t xml:space="preserve">    C.6</w:t>
      </w:r>
      <w:r>
        <w:br/>
        <w:t xml:space="preserve">    D.60</w:t>
      </w:r>
      <w:r>
        <w:br/>
        <w:t>【答案】A　【解析】小数点左移两位。</w:t>
      </w:r>
    </w:p>
    <w:p>
      <w:r>
        <w:t>36. 下列图形中，不是轴对称图形的是（　）</w:t>
      </w:r>
      <w:r>
        <w:br/>
        <w:t xml:space="preserve">    A.平行四边形</w:t>
      </w:r>
      <w:r>
        <w:br/>
        <w:t xml:space="preserve">    B.等边三角形</w:t>
      </w:r>
      <w:r>
        <w:br/>
        <w:t xml:space="preserve">    C.正方形</w:t>
      </w:r>
      <w:r>
        <w:br/>
        <w:t xml:space="preserve">    D.圆形</w:t>
      </w:r>
      <w:r>
        <w:br/>
        <w:t>【答案】A　【解析】一般平行四边形不轴对称。</w:t>
      </w:r>
    </w:p>
    <w:p>
      <w:r>
        <w:t>37. 32×101=32×100+32×1应用了（　）</w:t>
      </w:r>
      <w:r>
        <w:br/>
        <w:t xml:space="preserve">    A.乘法分配律</w:t>
      </w:r>
      <w:r>
        <w:br/>
        <w:t xml:space="preserve">    B.乘法结合律</w:t>
      </w:r>
      <w:r>
        <w:br/>
        <w:t xml:space="preserve">    C.乘法交换律</w:t>
      </w:r>
      <w:r>
        <w:br/>
        <w:t xml:space="preserve">    D.加法交换律</w:t>
      </w:r>
      <w:r>
        <w:br/>
        <w:t>【答案】A　【解析】乘法分配律。</w:t>
      </w:r>
    </w:p>
    <w:p>
      <w:r>
        <w:t>38. 1.3和1.30比较（　）</w:t>
      </w:r>
      <w:r>
        <w:br/>
        <w:t xml:space="preserve">    A.大小相等，计数单位不同</w:t>
      </w:r>
      <w:r>
        <w:br/>
        <w:t xml:space="preserve">    B.大小不等</w:t>
      </w:r>
      <w:r>
        <w:br/>
        <w:t xml:space="preserve">    C.计数单位相同</w:t>
      </w:r>
      <w:r>
        <w:br/>
        <w:t xml:space="preserve">    D.完全不同</w:t>
      </w:r>
      <w:r>
        <w:br/>
        <w:t>【答案】A　【解析】大小相等计数单位不同。</w:t>
      </w:r>
    </w:p>
    <w:p>
      <w:r>
        <w:t>39. 钝角三角形的两个锐角和（　）90°</w:t>
      </w:r>
      <w:r>
        <w:br/>
        <w:t xml:space="preserve">    A.小于</w:t>
      </w:r>
      <w:r>
        <w:br/>
        <w:t xml:space="preserve">    B.大于</w:t>
      </w:r>
      <w:r>
        <w:br/>
        <w:t xml:space="preserve">    C.等于</w:t>
      </w:r>
      <w:r>
        <w:br/>
        <w:t xml:space="preserve">    D.无法确定</w:t>
      </w:r>
      <w:r>
        <w:br/>
        <w:t>【答案】A　【解析】钝角&gt;90°，两锐角和&lt;90°。</w:t>
      </w:r>
    </w:p>
    <w:p>
      <w:r>
        <w:t>40. 下列算式，得数最大的是（　）</w:t>
      </w:r>
      <w:r>
        <w:br/>
        <w:t xml:space="preserve">    A.360÷9</w:t>
      </w:r>
      <w:r>
        <w:br/>
        <w:t xml:space="preserve">    B.360÷6</w:t>
      </w:r>
      <w:r>
        <w:br/>
        <w:t xml:space="preserve">    C.360÷12</w:t>
      </w:r>
      <w:r>
        <w:br/>
        <w:t xml:space="preserve">    D.360÷18</w:t>
      </w:r>
      <w:r>
        <w:br/>
        <w:t>【答案】B　【解析】除数小商大，360÷6=60。</w:t>
      </w:r>
    </w:p>
    <w:p>
      <w:r>
        <w:t>41. 7.05吨=（　）千克</w:t>
      </w:r>
      <w:r>
        <w:br/>
        <w:t xml:space="preserve">    A.7050</w:t>
      </w:r>
      <w:r>
        <w:br/>
        <w:t xml:space="preserve">    B.705</w:t>
      </w:r>
      <w:r>
        <w:br/>
        <w:t xml:space="preserve">    C.70.5</w:t>
      </w:r>
      <w:r>
        <w:br/>
        <w:t xml:space="preserve">    D.70500</w:t>
      </w:r>
      <w:r>
        <w:br/>
        <w:t>【答案】A　【解析】7.05×1000=7050。</w:t>
      </w:r>
    </w:p>
    <w:p>
      <w:r>
        <w:t>42. 下面各数中，读出一个零的是（　）</w:t>
      </w:r>
      <w:r>
        <w:br/>
        <w:t xml:space="preserve">    A.8005</w:t>
      </w:r>
      <w:r>
        <w:br/>
        <w:t xml:space="preserve">    B.8050</w:t>
      </w:r>
      <w:r>
        <w:br/>
        <w:t xml:space="preserve">    C.8500</w:t>
      </w:r>
      <w:r>
        <w:br/>
        <w:t xml:space="preserve">    D.8800</w:t>
      </w:r>
      <w:r>
        <w:br/>
        <w:t>【答案】A　【解析】8005读作八千零五。</w:t>
      </w:r>
    </w:p>
    <w:p>
      <w:r>
        <w:t>43. 等腰直角三角形的两个锐角都是（　）</w:t>
      </w:r>
      <w:r>
        <w:br/>
        <w:t xml:space="preserve">    A.45°</w:t>
      </w:r>
      <w:r>
        <w:br/>
        <w:t xml:space="preserve">    B.30°</w:t>
      </w:r>
      <w:r>
        <w:br/>
        <w:t xml:space="preserve">    C.60°</w:t>
      </w:r>
      <w:r>
        <w:br/>
        <w:t xml:space="preserve">    D.90°</w:t>
      </w:r>
      <w:r>
        <w:br/>
        <w:t>【答案】A　【解析】(180-90)/2=45。</w:t>
      </w:r>
    </w:p>
    <w:p>
      <w:r>
        <w:t>44. 3.6+4.4=（　）</w:t>
      </w:r>
      <w:r>
        <w:br/>
        <w:t xml:space="preserve">    A.8</w:t>
      </w:r>
      <w:r>
        <w:br/>
        <w:t xml:space="preserve">    B.7.0</w:t>
      </w:r>
      <w:r>
        <w:br/>
        <w:t xml:space="preserve">    C.8.0</w:t>
      </w:r>
      <w:r>
        <w:br/>
        <w:t xml:space="preserve">    D.7</w:t>
      </w:r>
      <w:r>
        <w:br/>
        <w:t>【答案】A　【解析】3.6+4.4=8。</w:t>
      </w:r>
    </w:p>
    <w:p>
      <w:r>
        <w:t>45. 一个数乘0.1，等于这个数除以（　）</w:t>
      </w:r>
      <w:r>
        <w:br/>
        <w:t xml:space="preserve">    A.10</w:t>
      </w:r>
      <w:r>
        <w:br/>
        <w:t xml:space="preserve">    B.0.1</w:t>
      </w:r>
      <w:r>
        <w:br/>
        <w:t xml:space="preserve">    C.1</w:t>
      </w:r>
      <w:r>
        <w:br/>
        <w:t xml:space="preserve">    D.100</w:t>
      </w:r>
      <w:r>
        <w:br/>
        <w:t>【答案】A　【解析】乘0.1=除以10。</w:t>
      </w:r>
    </w:p>
    <w:p>
      <w:r>
        <w:t>46. 计算：24 × 13 = ?</w:t>
      </w:r>
      <w:r>
        <w:br/>
        <w:t xml:space="preserve">    A. 303</w:t>
      </w:r>
      <w:r>
        <w:br/>
        <w:t xml:space="preserve">    B. 306</w:t>
      </w:r>
      <w:r>
        <w:br/>
        <w:t xml:space="preserve">    C. 312</w:t>
      </w:r>
      <w:r>
        <w:br/>
        <w:t xml:space="preserve">    D. 317</w:t>
      </w:r>
      <w:r>
        <w:br/>
        <w:t>【答案】C　【解析】按有理数运算法则计算，结果为312。</w:t>
      </w:r>
    </w:p>
    <w:p>
      <w:r>
        <w:t>47. 计算：-4 - 5 = ?</w:t>
      </w:r>
      <w:r>
        <w:br/>
        <w:t xml:space="preserve">    A. -10</w:t>
      </w:r>
      <w:r>
        <w:br/>
        <w:t xml:space="preserve">    B. -9</w:t>
      </w:r>
      <w:r>
        <w:br/>
        <w:t xml:space="preserve">    C. -8</w:t>
      </w:r>
      <w:r>
        <w:br/>
        <w:t xml:space="preserve">    D. -7</w:t>
      </w:r>
      <w:r>
        <w:br/>
        <w:t>【答案】B　【解析】按有理数运算法则计算，结果为-9。</w:t>
      </w:r>
    </w:p>
    <w:p>
      <w:r>
        <w:t>48. 计算：3 × 1 = ?</w:t>
      </w:r>
      <w:r>
        <w:br/>
        <w:t xml:space="preserve">    A. 2</w:t>
      </w:r>
      <w:r>
        <w:br/>
        <w:t xml:space="preserve">    B. 3</w:t>
      </w:r>
      <w:r>
        <w:br/>
        <w:t xml:space="preserve">    C. 9</w:t>
      </w:r>
      <w:r>
        <w:br/>
        <w:t xml:space="preserve">    D. 10</w:t>
      </w:r>
      <w:r>
        <w:br/>
        <w:t>【答案】B　【解析】按有理数运算法则计算，结果为3。</w:t>
      </w:r>
    </w:p>
    <w:p>
      <w:r>
        <w:t>49. 计算：391 ÷ 17 = ?</w:t>
      </w:r>
      <w:r>
        <w:br/>
        <w:t xml:space="preserve">    A. 15</w:t>
      </w:r>
      <w:r>
        <w:br/>
        <w:t xml:space="preserve">    B. 18</w:t>
      </w:r>
      <w:r>
        <w:br/>
        <w:t xml:space="preserve">    C. 23</w:t>
      </w:r>
      <w:r>
        <w:br/>
        <w:t xml:space="preserve">    D. 35</w:t>
      </w:r>
      <w:r>
        <w:br/>
        <w:t>【答案】C　【解析】按有理数运算法则计算，结果为23。</w:t>
      </w:r>
    </w:p>
    <w:p>
      <w:r>
        <w:t>50. 计算：99 ÷ 11 = ?</w:t>
      </w:r>
      <w:r>
        <w:br/>
        <w:t xml:space="preserve">    A. 5</w:t>
      </w:r>
      <w:r>
        <w:br/>
        <w:t xml:space="preserve">    B. 9</w:t>
      </w:r>
      <w:r>
        <w:br/>
        <w:t xml:space="preserve">    C. 11</w:t>
      </w:r>
      <w:r>
        <w:br/>
        <w:t xml:space="preserve">    D. 21</w:t>
      </w:r>
      <w:r>
        <w:br/>
        <w:t>【答案】B　【解析】按有理数运算法则计算，结果为9。</w:t>
      </w:r>
    </w:p>
    <w:p>
      <w:r>
        <w:t>51. 计算：13 + 6 = ?</w:t>
      </w:r>
      <w:r>
        <w:br/>
        <w:t xml:space="preserve">    A. 12</w:t>
      </w:r>
      <w:r>
        <w:br/>
        <w:t xml:space="preserve">    B. 18</w:t>
      </w:r>
      <w:r>
        <w:br/>
        <w:t xml:space="preserve">    C. 19</w:t>
      </w:r>
      <w:r>
        <w:br/>
        <w:t xml:space="preserve">    D. 27</w:t>
      </w:r>
      <w:r>
        <w:br/>
        <w:t>【答案】C　【解析】按有理数运算法则计算，结果为19。</w:t>
      </w:r>
    </w:p>
    <w:p>
      <w:r>
        <w:t>52. 计算：2 × 17 = ?</w:t>
      </w:r>
      <w:r>
        <w:br/>
        <w:t xml:space="preserve">    A. 26</w:t>
      </w:r>
      <w:r>
        <w:br/>
        <w:t xml:space="preserve">    B. 34</w:t>
      </w:r>
      <w:r>
        <w:br/>
        <w:t xml:space="preserve">    C. 35</w:t>
      </w:r>
      <w:r>
        <w:br/>
        <w:t xml:space="preserve">    D. 42</w:t>
      </w:r>
      <w:r>
        <w:br/>
        <w:t>【答案】B　【解析】按有理数运算法则计算，结果为34。</w:t>
      </w:r>
    </w:p>
    <w:p>
      <w:r>
        <w:t>53. 计算：-16 - 6 = ?</w:t>
      </w:r>
      <w:r>
        <w:br/>
        <w:t xml:space="preserve">    A. -31</w:t>
      </w:r>
      <w:r>
        <w:br/>
        <w:t xml:space="preserve">    B. -23</w:t>
      </w:r>
      <w:r>
        <w:br/>
        <w:t xml:space="preserve">    C. -22</w:t>
      </w:r>
      <w:r>
        <w:br/>
        <w:t xml:space="preserve">    D. -19</w:t>
      </w:r>
      <w:r>
        <w:br/>
        <w:t>【答案】C　【解析】按有理数运算法则计算，结果为-22。</w:t>
      </w:r>
    </w:p>
    <w:p>
      <w:r>
        <w:t>54. 计算：13 - 7 = ?</w:t>
      </w:r>
      <w:r>
        <w:br/>
        <w:t xml:space="preserve">    A. 0</w:t>
      </w:r>
      <w:r>
        <w:br/>
        <w:t xml:space="preserve">    B. 4</w:t>
      </w:r>
      <w:r>
        <w:br/>
        <w:t xml:space="preserve">    C. 6</w:t>
      </w:r>
      <w:r>
        <w:br/>
        <w:t xml:space="preserve">    D. 13</w:t>
      </w:r>
      <w:r>
        <w:br/>
        <w:t>【答案】C　【解析】按有理数运算法则计算，结果为6。</w:t>
      </w:r>
    </w:p>
    <w:p>
      <w:r>
        <w:t>55. 计算：6 - 8 = ?</w:t>
      </w:r>
      <w:r>
        <w:br/>
        <w:t xml:space="preserve">    A. -3</w:t>
      </w:r>
      <w:r>
        <w:br/>
        <w:t xml:space="preserve">    B. -2</w:t>
      </w:r>
      <w:r>
        <w:br/>
        <w:t xml:space="preserve">    C. 1</w:t>
      </w:r>
      <w:r>
        <w:br/>
        <w:t xml:space="preserve">    D. 2</w:t>
      </w:r>
      <w:r>
        <w:br/>
        <w:t>【答案】B　【解析】按有理数运算法则计算，结果为-2。</w:t>
      </w:r>
    </w:p>
    <w:p>
      <w:r>
        <w:t>56. 计算：400 ÷ 16 = ?</w:t>
      </w:r>
      <w:r>
        <w:br/>
        <w:t xml:space="preserve">    A. 18</w:t>
      </w:r>
      <w:r>
        <w:br/>
        <w:t xml:space="preserve">    B. 25</w:t>
      </w:r>
      <w:r>
        <w:br/>
        <w:t xml:space="preserve">    C. 32</w:t>
      </w:r>
      <w:r>
        <w:br/>
        <w:t xml:space="preserve">    D. 34</w:t>
      </w:r>
      <w:r>
        <w:br/>
        <w:t>【答案】B　【解析】按有理数运算法则计算，结果为25。</w:t>
      </w:r>
    </w:p>
    <w:p>
      <w:r>
        <w:t>57. 计算：7 + 19 = ?</w:t>
      </w:r>
      <w:r>
        <w:br/>
        <w:t xml:space="preserve">    A. 19</w:t>
      </w:r>
      <w:r>
        <w:br/>
        <w:t xml:space="preserve">    B. 26</w:t>
      </w:r>
      <w:r>
        <w:br/>
        <w:t xml:space="preserve">    C. 28</w:t>
      </w:r>
      <w:r>
        <w:br/>
        <w:t xml:space="preserve">    D. 31</w:t>
      </w:r>
      <w:r>
        <w:br/>
        <w:t>【答案】B　【解析】按有理数运算法则计算，结果为26。</w:t>
      </w:r>
    </w:p>
    <w:p>
      <w:r>
        <w:t>58. 计算：-40 ÷ 20 = ?</w:t>
      </w:r>
      <w:r>
        <w:br/>
        <w:t xml:space="preserve">    A. -5</w:t>
      </w:r>
      <w:r>
        <w:br/>
        <w:t xml:space="preserve">    B. -2</w:t>
      </w:r>
      <w:r>
        <w:br/>
        <w:t xml:space="preserve">    C. -1</w:t>
      </w:r>
      <w:r>
        <w:br/>
        <w:t xml:space="preserve">    D. 7</w:t>
      </w:r>
      <w:r>
        <w:br/>
        <w:t>【答案】B　【解析】按有理数运算法则计算，结果为-2。</w:t>
      </w:r>
    </w:p>
    <w:p>
      <w:r>
        <w:t>59. 计算：29 - 7 = ?</w:t>
      </w:r>
      <w:r>
        <w:br/>
        <w:t xml:space="preserve">    A. 21</w:t>
      </w:r>
      <w:r>
        <w:br/>
        <w:t xml:space="preserve">    B. 22</w:t>
      </w:r>
      <w:r>
        <w:br/>
        <w:t xml:space="preserve">    C. 23</w:t>
      </w:r>
      <w:r>
        <w:br/>
        <w:t xml:space="preserve">    D. 24</w:t>
      </w:r>
      <w:r>
        <w:br/>
        <w:t>【答案】B　【解析】按有理数运算法则计算，结果为22。</w:t>
      </w:r>
    </w:p>
    <w:p>
      <w:r>
        <w:t>60. 计算：12 - 8 = ?</w:t>
      </w:r>
      <w:r>
        <w:br/>
        <w:t xml:space="preserve">    A. 0</w:t>
      </w:r>
      <w:r>
        <w:br/>
        <w:t xml:space="preserve">    B. 4</w:t>
      </w:r>
      <w:r>
        <w:br/>
        <w:t xml:space="preserve">    C. 10</w:t>
      </w:r>
      <w:r>
        <w:br/>
        <w:t xml:space="preserve">    D. 12</w:t>
      </w:r>
      <w:r>
        <w:br/>
        <w:t>【答案】B　【解析】按有理数运算法则计算，结果为4。</w:t>
      </w:r>
    </w:p>
    <w:p>
      <w:r>
        <w:t>61. 计算：-30 - 15 = ?</w:t>
      </w:r>
      <w:r>
        <w:br/>
        <w:t xml:space="preserve">    A. -46</w:t>
      </w:r>
      <w:r>
        <w:br/>
        <w:t xml:space="preserve">    B. -45</w:t>
      </w:r>
      <w:r>
        <w:br/>
        <w:t xml:space="preserve">    C. -44</w:t>
      </w:r>
      <w:r>
        <w:br/>
        <w:t xml:space="preserve">    D. -43</w:t>
      </w:r>
      <w:r>
        <w:br/>
        <w:t>【答案】B　【解析】按有理数运算法则计算，结果为-45。</w:t>
      </w:r>
    </w:p>
    <w:p>
      <w:r>
        <w:t>62. 计算：-7 - 7 = ?</w:t>
      </w:r>
      <w:r>
        <w:br/>
        <w:t xml:space="preserve">    A. -16</w:t>
      </w:r>
      <w:r>
        <w:br/>
        <w:t xml:space="preserve">    B. -14</w:t>
      </w:r>
      <w:r>
        <w:br/>
        <w:t xml:space="preserve">    C. -10</w:t>
      </w:r>
      <w:r>
        <w:br/>
        <w:t xml:space="preserve">    D. -4</w:t>
      </w:r>
      <w:r>
        <w:br/>
        <w:t>【答案】B　【解析】按有理数运算法则计算，结果为-14。</w:t>
      </w:r>
    </w:p>
    <w:p>
      <w:r>
        <w:t>63. 计算：17 + 12 = ?</w:t>
      </w:r>
      <w:r>
        <w:br/>
        <w:t xml:space="preserve">    A. 22</w:t>
      </w:r>
      <w:r>
        <w:br/>
        <w:t xml:space="preserve">    B. 29</w:t>
      </w:r>
      <w:r>
        <w:br/>
        <w:t xml:space="preserve">    C. 36</w:t>
      </w:r>
      <w:r>
        <w:br/>
        <w:t xml:space="preserve">    D. 37</w:t>
      </w:r>
      <w:r>
        <w:br/>
        <w:t>【答案】B　【解析】按有理数运算法则计算，结果为29。</w:t>
      </w:r>
    </w:p>
    <w:p>
      <w:r>
        <w:t>64. 下列各数中，最大的是（　）</w:t>
      </w:r>
      <w:r>
        <w:br/>
        <w:t xml:space="preserve">    A.0.95</w:t>
      </w:r>
      <w:r>
        <w:br/>
        <w:t xml:space="preserve">    B.0.905</w:t>
      </w:r>
      <w:r>
        <w:br/>
        <w:t xml:space="preserve">    C.0.9055</w:t>
      </w:r>
      <w:r>
        <w:br/>
        <w:t xml:space="preserve">    D.0.59</w:t>
      </w:r>
      <w:r>
        <w:br/>
        <w:t>【答案】A　【解析】0.95最大。</w:t>
      </w:r>
    </w:p>
    <w:p>
      <w:r>
        <w:t>65. 计算：2800÷40=（　）</w:t>
      </w:r>
      <w:r>
        <w:br/>
        <w:t xml:space="preserve">    A.70</w:t>
      </w:r>
      <w:r>
        <w:br/>
        <w:t xml:space="preserve">    B.700</w:t>
      </w:r>
      <w:r>
        <w:br/>
        <w:t xml:space="preserve">    C.7</w:t>
      </w:r>
      <w:r>
        <w:br/>
        <w:t xml:space="preserve">    D.75</w:t>
      </w:r>
      <w:r>
        <w:br/>
        <w:t>【答案】A　【解析】280÷4=70。</w:t>
      </w:r>
    </w:p>
    <w:p>
      <w:r>
        <w:t>66. 一个直角三角形的两个锐角之和是（　）</w:t>
      </w:r>
      <w:r>
        <w:br/>
        <w:t xml:space="preserve">    A.90°</w:t>
      </w:r>
      <w:r>
        <w:br/>
        <w:t xml:space="preserve">    B.180°</w:t>
      </w:r>
      <w:r>
        <w:br/>
        <w:t xml:space="preserve">    C.60°</w:t>
      </w:r>
      <w:r>
        <w:br/>
        <w:t xml:space="preserve">    D.45°</w:t>
      </w:r>
      <w:r>
        <w:br/>
        <w:t>【答案】A　【解析】180-90=90。</w:t>
      </w:r>
    </w:p>
    <w:p>
      <w:r>
        <w:t>67. 125×8=（　）</w:t>
      </w:r>
      <w:r>
        <w:br/>
        <w:t xml:space="preserve">    A.1000</w:t>
      </w:r>
      <w:r>
        <w:br/>
        <w:t xml:space="preserve">    B.900</w:t>
      </w:r>
      <w:r>
        <w:br/>
        <w:t xml:space="preserve">    C.800</w:t>
      </w:r>
      <w:r>
        <w:br/>
        <w:t xml:space="preserve">    D.1200</w:t>
      </w:r>
      <w:r>
        <w:br/>
        <w:t>【答案】A　【解析】125×8=1000。</w:t>
      </w:r>
    </w:p>
    <w:p>
      <w:r>
        <w:t>68. 0.6÷100=（　）</w:t>
      </w:r>
      <w:r>
        <w:br/>
        <w:t xml:space="preserve">    A.0.006</w:t>
      </w:r>
      <w:r>
        <w:br/>
        <w:t xml:space="preserve">    B.0.06</w:t>
      </w:r>
      <w:r>
        <w:br/>
        <w:t xml:space="preserve">    C.6</w:t>
      </w:r>
      <w:r>
        <w:br/>
        <w:t xml:space="preserve">    D.60</w:t>
      </w:r>
      <w:r>
        <w:br/>
        <w:t>【答案】A　【解析】小数点左移两位。</w:t>
      </w:r>
    </w:p>
    <w:p>
      <w:r>
        <w:t>69. 下列图形中，不是轴对称图形的是（　）</w:t>
      </w:r>
      <w:r>
        <w:br/>
        <w:t xml:space="preserve">    A.平行四边形</w:t>
      </w:r>
      <w:r>
        <w:br/>
        <w:t xml:space="preserve">    B.等边三角形</w:t>
      </w:r>
      <w:r>
        <w:br/>
        <w:t xml:space="preserve">    C.正方形</w:t>
      </w:r>
      <w:r>
        <w:br/>
        <w:t xml:space="preserve">    D.圆形</w:t>
      </w:r>
      <w:r>
        <w:br/>
        <w:t>【答案】A　【解析】一般平行四边形不轴对称。</w:t>
      </w:r>
    </w:p>
    <w:p>
      <w:r>
        <w:t>70. 32×101=32×100+32×1应用了（　）</w:t>
      </w:r>
      <w:r>
        <w:br/>
        <w:t xml:space="preserve">    A.乘法分配律</w:t>
      </w:r>
      <w:r>
        <w:br/>
        <w:t xml:space="preserve">    B.乘法结合律</w:t>
      </w:r>
      <w:r>
        <w:br/>
        <w:t xml:space="preserve">    C.乘法交换律</w:t>
      </w:r>
      <w:r>
        <w:br/>
        <w:t xml:space="preserve">    D.加法交换律</w:t>
      </w:r>
      <w:r>
        <w:br/>
        <w:t>【答案】A　【解析】乘法分配律。</w:t>
      </w:r>
    </w:p>
    <w:p>
      <w:r>
        <w:t>71. 1.3和1.30比较（　）</w:t>
      </w:r>
      <w:r>
        <w:br/>
        <w:t xml:space="preserve">    A.大小相等，计数单位不同</w:t>
      </w:r>
      <w:r>
        <w:br/>
        <w:t xml:space="preserve">    B.大小不等</w:t>
      </w:r>
      <w:r>
        <w:br/>
        <w:t xml:space="preserve">    C.计数单位相同</w:t>
      </w:r>
      <w:r>
        <w:br/>
        <w:t xml:space="preserve">    D.完全不同</w:t>
      </w:r>
      <w:r>
        <w:br/>
        <w:t>【答案】A　【解析】大小相等计数单位不同。</w:t>
      </w:r>
    </w:p>
    <w:p>
      <w:r>
        <w:t>72. 钝角三角形的两个锐角和（　）90°</w:t>
      </w:r>
      <w:r>
        <w:br/>
        <w:t xml:space="preserve">    A.小于</w:t>
      </w:r>
      <w:r>
        <w:br/>
        <w:t xml:space="preserve">    B.大于</w:t>
      </w:r>
      <w:r>
        <w:br/>
        <w:t xml:space="preserve">    C.等于</w:t>
      </w:r>
      <w:r>
        <w:br/>
        <w:t xml:space="preserve">    D.无法确定</w:t>
      </w:r>
      <w:r>
        <w:br/>
        <w:t>【答案】A　【解析】钝角&gt;90°，两锐角和&lt;90°。</w:t>
      </w:r>
    </w:p>
    <w:p>
      <w:r>
        <w:t>73. 下列算式，得数最大的是（　）</w:t>
      </w:r>
      <w:r>
        <w:br/>
        <w:t xml:space="preserve">    A.360÷9</w:t>
      </w:r>
      <w:r>
        <w:br/>
        <w:t xml:space="preserve">    B.360÷6</w:t>
      </w:r>
      <w:r>
        <w:br/>
        <w:t xml:space="preserve">    C.360÷12</w:t>
      </w:r>
      <w:r>
        <w:br/>
        <w:t xml:space="preserve">    D.360÷18</w:t>
      </w:r>
      <w:r>
        <w:br/>
        <w:t>【答案】B　【解析】除数小商大，360÷6=60。</w:t>
      </w:r>
    </w:p>
    <w:p>
      <w:r>
        <w:t>74. 7.05吨=（　）千克</w:t>
      </w:r>
      <w:r>
        <w:br/>
        <w:t xml:space="preserve">    A.7050</w:t>
      </w:r>
      <w:r>
        <w:br/>
        <w:t xml:space="preserve">    B.705</w:t>
      </w:r>
      <w:r>
        <w:br/>
        <w:t xml:space="preserve">    C.70.5</w:t>
      </w:r>
      <w:r>
        <w:br/>
        <w:t xml:space="preserve">    D.70500</w:t>
      </w:r>
      <w:r>
        <w:br/>
        <w:t>【答案】A　【解析】7.05×1000=7050。</w:t>
      </w:r>
    </w:p>
    <w:p>
      <w:r>
        <w:t>75. 下面各数中，读出一个零的是（　）</w:t>
      </w:r>
      <w:r>
        <w:br/>
        <w:t xml:space="preserve">    A.8005</w:t>
      </w:r>
      <w:r>
        <w:br/>
        <w:t xml:space="preserve">    B.8050</w:t>
      </w:r>
      <w:r>
        <w:br/>
        <w:t xml:space="preserve">    C.8500</w:t>
      </w:r>
      <w:r>
        <w:br/>
        <w:t xml:space="preserve">    D.8800</w:t>
      </w:r>
      <w:r>
        <w:br/>
        <w:t>【答案】A　【解析】8005读作八千零五。</w:t>
      </w:r>
    </w:p>
    <w:p>
      <w:r>
        <w:t>76. 等腰直角三角形的两个锐角都是（　）</w:t>
      </w:r>
      <w:r>
        <w:br/>
        <w:t xml:space="preserve">    A.45°</w:t>
      </w:r>
      <w:r>
        <w:br/>
        <w:t xml:space="preserve">    B.30°</w:t>
      </w:r>
      <w:r>
        <w:br/>
        <w:t xml:space="preserve">    C.60°</w:t>
      </w:r>
      <w:r>
        <w:br/>
        <w:t xml:space="preserve">    D.90°</w:t>
      </w:r>
      <w:r>
        <w:br/>
        <w:t>【答案】A　【解析】(180-90)/2=45。</w:t>
      </w:r>
    </w:p>
    <w:p>
      <w:r>
        <w:t>77. 3.6+4.4=（　）</w:t>
      </w:r>
      <w:r>
        <w:br/>
        <w:t xml:space="preserve">    A.8</w:t>
      </w:r>
      <w:r>
        <w:br/>
        <w:t xml:space="preserve">    B.7.0</w:t>
      </w:r>
      <w:r>
        <w:br/>
        <w:t xml:space="preserve">    C.8.0</w:t>
      </w:r>
      <w:r>
        <w:br/>
        <w:t xml:space="preserve">    D.7</w:t>
      </w:r>
      <w:r>
        <w:br/>
        <w:t>【答案】A　【解析】3.6+4.4=8。</w:t>
      </w:r>
    </w:p>
    <w:p>
      <w:r>
        <w:t>78. 一个数乘0.1，等于这个数除以（　）</w:t>
      </w:r>
      <w:r>
        <w:br/>
        <w:t xml:space="preserve">    A.10</w:t>
      </w:r>
      <w:r>
        <w:br/>
        <w:t xml:space="preserve">    B.0.1</w:t>
      </w:r>
      <w:r>
        <w:br/>
        <w:t xml:space="preserve">    C.1</w:t>
      </w:r>
      <w:r>
        <w:br/>
        <w:t xml:space="preserve">    D.100</w:t>
      </w:r>
      <w:r>
        <w:br/>
        <w:t>【答案】A　【解析】乘0.1=除以10。</w:t>
      </w:r>
    </w:p>
    <w:p>
      <w:pPr>
        <w:pStyle w:val="Heading1"/>
      </w:pPr>
      <w:r>
        <w:t>二、填空题</w:t>
      </w:r>
    </w:p>
    <w:p>
      <w:r>
        <w:t>79. 0.7里面有____个0.1。</w:t>
      </w:r>
    </w:p>
    <w:p>
      <w:r>
        <w:t xml:space="preserve">    【答案】7　【解析】0.7=7×0.1。</w:t>
      </w:r>
    </w:p>
    <w:p>
      <w:r>
        <w:t>80. 3.25读作____。</w:t>
      </w:r>
    </w:p>
    <w:p>
      <w:r>
        <w:t xml:space="preserve">    【答案】三点二五　【解析】小数读法。</w:t>
      </w:r>
    </w:p>
    <w:p>
      <w:r>
        <w:t>81. 2.5×4=____。</w:t>
      </w:r>
    </w:p>
    <w:p>
      <w:r>
        <w:t xml:space="preserve">    【答案】10　【解析】2.5×4=10。</w:t>
      </w:r>
    </w:p>
    <w:p>
      <w:r>
        <w:t>82. 一个等腰三角形的一个底角是50°，顶角是____°。</w:t>
      </w:r>
    </w:p>
    <w:p>
      <w:r>
        <w:t xml:space="preserve">    【答案】80　【解析】180-50×2=80。</w:t>
      </w:r>
    </w:p>
    <w:p>
      <w:r>
        <w:t>83. 56÷4=____。</w:t>
      </w:r>
    </w:p>
    <w:p>
      <w:r>
        <w:t xml:space="preserve">    【答案】14　【解析】除数是两位数。</w:t>
      </w:r>
    </w:p>
    <w:p>
      <w:r>
        <w:t>84. 1.2米=____厘米。</w:t>
      </w:r>
    </w:p>
    <w:p>
      <w:r>
        <w:t xml:space="preserve">    【答案】120　【解析】1.2×100=120。</w:t>
      </w:r>
    </w:p>
    <w:p>
      <w:r>
        <w:t>85. 0.8+0.25=____。</w:t>
      </w:r>
    </w:p>
    <w:p>
      <w:r>
        <w:t xml:space="preserve">    【答案】1.05　【解析】小数加法。</w:t>
      </w:r>
    </w:p>
    <w:p>
      <w:r>
        <w:t>86. 两条直线相交成直角，这两条直线互相____。</w:t>
      </w:r>
    </w:p>
    <w:p>
      <w:r>
        <w:t xml:space="preserve">    【答案】垂直　【解析】垂直定义。</w:t>
      </w:r>
    </w:p>
    <w:p>
      <w:r>
        <w:t>87. 36×(25×4)=36×____，应用了乘法结合律。</w:t>
      </w:r>
    </w:p>
    <w:p>
      <w:r>
        <w:t xml:space="preserve">    【答案】100　【解析】25×4=100。</w:t>
      </w:r>
    </w:p>
    <w:p>
      <w:r>
        <w:t>88. 三角形任意两边之和____第三边。</w:t>
      </w:r>
    </w:p>
    <w:p>
      <w:r>
        <w:t xml:space="preserve">    【答案】大于　【解析】三角形三边关系。</w:t>
      </w:r>
    </w:p>
    <w:p>
      <w:r>
        <w:t>89. 把0.09扩大到原来的100倍是____。</w:t>
      </w:r>
    </w:p>
    <w:p>
      <w:r>
        <w:t xml:space="preserve">    【答案】9　【解析】小数点右移两位。</w:t>
      </w:r>
    </w:p>
    <w:p>
      <w:r>
        <w:t>90. 25×32=25×(____×____)。</w:t>
      </w:r>
    </w:p>
    <w:p>
      <w:r>
        <w:t xml:space="preserve">    【答案】4、8　【解析】32=4×8。</w:t>
      </w:r>
    </w:p>
    <w:p>
      <w:r>
        <w:t>91. 一个数的十分位是5，百分位是3，这个数是____。</w:t>
      </w:r>
    </w:p>
    <w:p>
      <w:r>
        <w:t xml:space="preserve">    【答案】0.53　【解析】小数数位。</w:t>
      </w:r>
    </w:p>
    <w:p>
      <w:r>
        <w:t>92. 8.4÷10=____。</w:t>
      </w:r>
    </w:p>
    <w:p>
      <w:r>
        <w:t xml:space="preserve">    【答案】0.84　【解析】小数点左移一位。</w:t>
      </w:r>
    </w:p>
    <w:p>
      <w:r>
        <w:t>93. 平行四边形具有____性，容易变形。</w:t>
      </w:r>
    </w:p>
    <w:p>
      <w:r>
        <w:t xml:space="preserve">    【答案】不稳定　【解析】平行四边形特性。</w:t>
      </w:r>
    </w:p>
    <w:p>
      <w:pPr>
        <w:pStyle w:val="Heading1"/>
      </w:pPr>
      <w:r>
        <w:t>三、判断题</w:t>
      </w:r>
    </w:p>
    <w:p>
      <w:r>
        <w:t>94. 小数都比整数小。</w:t>
      </w:r>
    </w:p>
    <w:p>
      <w:r>
        <w:t xml:space="preserve">    【答案】错　【解析】如2.5&gt;1。</w:t>
      </w:r>
    </w:p>
    <w:p>
      <w:r>
        <w:t>95. 0.3和0.30大小相等，计数单位不同。</w:t>
      </w:r>
    </w:p>
    <w:p>
      <w:r>
        <w:t xml:space="preserve">    【答案】对　【解析】大小相等计数单位不同。</w:t>
      </w:r>
    </w:p>
    <w:p>
      <w:r>
        <w:t>96. 三角形具有稳定性。</w:t>
      </w:r>
    </w:p>
    <w:p>
      <w:r>
        <w:t xml:space="preserve">    【答案】对　【解析】三角形特性。</w:t>
      </w:r>
    </w:p>
    <w:p>
      <w:r>
        <w:t>97. 25×4=100。</w:t>
      </w:r>
    </w:p>
    <w:p>
      <w:r>
        <w:t xml:space="preserve">    【答案】对　【解析】乘法口诀。</w:t>
      </w:r>
    </w:p>
    <w:p>
      <w:r>
        <w:t>98. 等腰三角形一定是锐角三角形。</w:t>
      </w:r>
    </w:p>
    <w:p>
      <w:r>
        <w:t xml:space="preserve">    【答案】错　【解析】等腰钝角三角形也存在。</w:t>
      </w:r>
    </w:p>
    <w:p>
      <w:r>
        <w:t>99. 小数点末尾添上0或去掉0，小数大小不变。</w:t>
      </w:r>
    </w:p>
    <w:p>
      <w:r>
        <w:t xml:space="preserve">    【答案】对　【解析】小数性质。</w:t>
      </w:r>
    </w:p>
    <w:p>
      <w:r>
        <w:t>100. 除数是两位数的除法，商可能是三位数。</w:t>
      </w:r>
    </w:p>
    <w:p>
      <w:r>
        <w:t xml:space="preserve">    【答案】对　【解析】如1000÷10=100。</w:t>
      </w:r>
    </w:p>
    <w:p>
      <w:r>
        <w:t>101. 长方形是特殊的平行四边形。</w:t>
      </w:r>
    </w:p>
    <w:p>
      <w:r>
        <w:t xml:space="preserve">    【答案】对　【解析】长方形满足平行四边形条件。</w:t>
      </w:r>
    </w:p>
    <w:p>
      <w:r>
        <w:t>102. 0.50元就是5角。</w:t>
      </w:r>
    </w:p>
    <w:p>
      <w:r>
        <w:t xml:space="preserve">    【答案】对　【解析】0.50元=5角。</w:t>
      </w:r>
    </w:p>
    <w:p>
      <w:r>
        <w:t>103. 三角形的内角和是360°。</w:t>
      </w:r>
    </w:p>
    <w:p>
      <w:r>
        <w:t xml:space="preserve">    【答案】错　【解析】内角和180°。</w:t>
      </w:r>
    </w:p>
    <w:p>
      <w:r>
        <w:t>104. 被除数和除数同时扩大10倍，商不变。</w:t>
      </w:r>
    </w:p>
    <w:p>
      <w:r>
        <w:t xml:space="preserve">    【答案】对　【解析】商不变性质。</w:t>
      </w:r>
    </w:p>
    <w:p>
      <w:r>
        <w:t>105. 一个三角形最多有一个钝角。</w:t>
      </w:r>
    </w:p>
    <w:p>
      <w:r>
        <w:t xml:space="preserve">    【答案】对　【解析】三角形内角和限制。</w:t>
      </w:r>
    </w:p>
    <w:p>
      <w:pPr>
        <w:pStyle w:val="Heading1"/>
      </w:pPr>
      <w:r>
        <w:t>五、解答题（应用题）</w:t>
      </w:r>
    </w:p>
    <w:p>
      <w:r>
        <w:t>106. 学校买来25箱图书，每箱40本，一共多少本？</w:t>
      </w:r>
    </w:p>
    <w:p>
      <w:r>
        <w:t xml:space="preserve">    【参考答案】1000本</w:t>
      </w:r>
    </w:p>
    <w:p>
      <w:r>
        <w:t xml:space="preserve">    【解析】25×40=1000。</w:t>
      </w:r>
    </w:p>
    <w:p>
      <w:r>
        <w:t>107. 一个等腰三角形的周长是28厘米，底边8厘米，腰长多少厘米？</w:t>
      </w:r>
    </w:p>
    <w:p>
      <w:r>
        <w:t xml:space="preserve">    【参考答案】10厘米</w:t>
      </w:r>
    </w:p>
    <w:p>
      <w:r>
        <w:t xml:space="preserve">    【解析】(28-8)÷2=10。</w:t>
      </w:r>
    </w:p>
    <w:p>
      <w:r>
        <w:t>108. 一辆汽车3小时行驶240千米，照这样速度，5小时行驶多少千米？</w:t>
      </w:r>
    </w:p>
    <w:p>
      <w:r>
        <w:t xml:space="preserve">    【参考答案】400千米</w:t>
      </w:r>
    </w:p>
    <w:p>
      <w:r>
        <w:t xml:space="preserve">    【解析】240÷3×5=400。</w:t>
      </w:r>
    </w:p>
    <w:p>
      <w:r>
        <w:t>109. 计算：125×88（用简便方法）</w:t>
      </w:r>
    </w:p>
    <w:p>
      <w:r>
        <w:t xml:space="preserve">    【参考答案】11000</w:t>
      </w:r>
    </w:p>
    <w:p>
      <w:r>
        <w:t xml:space="preserve">    【解析】125×8×11=1000×11=11000。</w:t>
      </w:r>
    </w:p>
    <w:p>
      <w:r>
        <w:t>110. 一块长方形菜地长45米，宽32米，面积是多少？</w:t>
      </w:r>
    </w:p>
    <w:p>
      <w:r>
        <w:t xml:space="preserve">    【参考答案】1440平方米</w:t>
      </w:r>
    </w:p>
    <w:p>
      <w:r>
        <w:t xml:space="preserve">    【解析】45×32=1440。</w:t>
      </w:r>
    </w:p>
    <w:p>
      <w:r>
        <w:t>111. 小明买3支钢笔花了21.6元，平均每支多少元？</w:t>
      </w:r>
    </w:p>
    <w:p>
      <w:r>
        <w:t xml:space="preserve">    【参考答案】7.2元</w:t>
      </w:r>
    </w:p>
    <w:p>
      <w:r>
        <w:t xml:space="preserve">    【解析】21.6÷3=7.2。</w:t>
      </w:r>
    </w:p>
    <w:p>
      <w:r>
        <w:t>112. 一个数除以25，商是18，余数是10，这个数是多少？</w:t>
      </w:r>
    </w:p>
    <w:p>
      <w:r>
        <w:t xml:space="preserve">    【参考答案】460</w:t>
      </w:r>
    </w:p>
    <w:p>
      <w:r>
        <w:t xml:space="preserve">    【解析】25×18+10=460。</w:t>
      </w:r>
    </w:p>
    <w:p>
      <w:r>
        <w:t>113. 比较：0.5和0.05哪个大？大多少？</w:t>
      </w:r>
    </w:p>
    <w:p>
      <w:r>
        <w:t xml:space="preserve">    【参考答案】0.5大，大0.45</w:t>
      </w:r>
    </w:p>
    <w:p>
      <w:r>
        <w:t xml:space="preserve">    【解析】0.5-0.05=0.45。</w:t>
      </w:r>
    </w:p>
    <w:p>
      <w:r>
        <w:t>114. 图书室有故事书360本，科技书是故事书的3倍少40本，科技书多少本？</w:t>
      </w:r>
    </w:p>
    <w:p>
      <w:r>
        <w:t xml:space="preserve">    【参考答案】1040本</w:t>
      </w:r>
    </w:p>
    <w:p>
      <w:r>
        <w:t xml:space="preserve">    【解析】360×3-40=1040。</w:t>
      </w:r>
    </w:p>
    <w:p>
      <w:r>
        <w:t>115. 用简便方法计算：48×25。</w:t>
      </w:r>
    </w:p>
    <w:p>
      <w:r>
        <w:t xml:space="preserve">    【参考答案】1200</w:t>
      </w:r>
    </w:p>
    <w:p>
      <w:r>
        <w:t xml:space="preserve">    【解析】48×25=12×(4×25)=12×100=1200。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