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四史学习教育心得体会范文（党史新中国史改革开放史社会主义发展史）</w:t>
      </w:r>
    </w:p>
    <w:p>
      <w:r>
        <w:t>单位组织四史学习教育要写心得？小编整理了四史学习教育心得体会范文，覆盖党史、新中国史、改革开放史、社会主义发展史。</w:t>
      </w:r>
    </w:p>
    <w:p>
      <w:r>
        <w:t>亮点：①四史内容概述；②学习体会写法；③结合岗位的践行方向。网页是预览版，下载Word完整版可编辑。? 免费下载Word完整版（可直接打印编辑）</w:t>
      </w:r>
    </w:p>
    <w:p>
      <w:pPr>
        <w:pStyle w:val="Heading1"/>
      </w:pPr>
      <w:r>
        <w:t>四史学习心得体会</w:t>
      </w:r>
    </w:p>
    <w:p>
      <w:r>
        <w:t>通过深入学习党史、新中国史、改革开放史、社会主义发展史，我深受教育、倍感振奋……</w:t>
      </w:r>
    </w:p>
    <w:p>
      <w:r>
        <w:t>【党史】百年奋斗历程让我们看到党从弱到强的艰辛与伟大……</w:t>
      </w:r>
    </w:p>
    <w:p>
      <w:r>
        <w:t>【新中国史】从站起来、富起来到强起来的伟大飞跃……</w:t>
      </w:r>
    </w:p>
    <w:p>
      <w:r>
        <w:t>【改革开放史】改革开放是决定当代中国命运的关键一招……</w:t>
      </w:r>
    </w:p>
    <w:p>
      <w:r>
        <w:t>【社会主义发展史】坚定中国特色社会主义道路自信……</w:t>
      </w:r>
    </w:p>
    <w:p>
      <w:r>
        <w:t>【践行】作为____，我要立足本职、担当作为，把四史学习的成果转化为实际行动。完整版见Word。?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