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述职报告范文（中层管理者通用版，含写作要点）</w:t>
      </w:r>
    </w:p>
    <w:p>
      <w:r>
        <w:t>述职报告范文（中层管理者通用版，含写作要点）</w:t>
      </w:r>
    </w:p>
    <w:p>
      <w:r>
        <w:t>根据组织安排，本人于2026年起担任部门职务，分管相关工作。现将履职情况报告如下：</w:t>
      </w:r>
    </w:p>
    <w:p>
      <w:r>
        <w:t>一、岗位职责认知：制定部门年度计划并组织实施，带领团队完成业务指标，统筹内部管理和人员培养，协调跨部门协作。</w:t>
      </w:r>
    </w:p>
    <w:p>
      <w:r>
        <w:t>二、年度工作成效：经营指标超额完成目标，利润同比增长。重点项目顺利落地带来新增收入。流程优化压缩审批环节。市场拓展新签多份合同。团队建设注重培养梯队。</w:t>
      </w:r>
    </w:p>
    <w:p>
      <w:r>
        <w:t>三、体会思考：管理以身作则，沟通前置，授权与监督并重，结果导向与过程关怀并重。</w:t>
      </w:r>
    </w:p>
    <w:p>
      <w:r>
        <w:t>四、存在不足：战略视野待拓宽，人才培养需加强，创新驱动不足。</w:t>
      </w:r>
    </w:p>
    <w:p>
      <w:r>
        <w:t>五、下一步思路：聚焦经营目标稳步增长，推进新项目实现突破，加强人才梯队建设，推动数字化转型。以上是述职报告，恳请评议。谢谢！</w:t>
      </w:r>
    </w:p>
    <w:p>
      <w:r>
        <w:t>补充说明：述职报告写作要点。围绕岗位职责讲履职，不写成流水账。成绩用数据支撑，重点工作选两到三件展开讲。不足写发展性问题配改进计划。下一步思路要有目标有举措。汇报十五到二十分钟，PPT十到十五页。提前演练控制时间。</w:t>
      </w:r>
    </w:p>
    <w:p>
      <w:r>
        <w:t>加分技巧：结尾加对团队的感谢和对未来的展望，体现格局。述职报告不是评优报告，客观认识比一味表功更重要。Word版是中层管理者通用范文，下载后结合岗位职责修改使用。</w:t>
      </w:r>
    </w:p>
    <w:p>
      <w:r>
        <w:t>补充要点：述职报告和工作总结最大的区别在于视角不同。总结是站在个人角度说我做了什么，述职是站在岗位角度说我履行了多少职责。所以写述职的时候，开头一定要先讲清楚你的岗位职责是什么，然后围绕职责来讲你做了什么、做到了什么程度。</w:t>
      </w:r>
    </w:p>
    <w:p>
      <w:r>
        <w:t>补充要点：述职报告要突出管理思维。作为中层管理者，领导关心的不是你个人干了多少活，而是你带领团队干成了什么。所以述职的时候多讲团队建设、目标管理、流程优化，少讲个人具体事务。讲重点项目的时候，突出你作为负责人是怎么定目标、分任务、抓进度、保结果的。</w:t>
      </w:r>
    </w:p>
    <w:p>
      <w:r>
        <w:t>补充要点：述职报告的时间分配很重要。十五到二十分钟的述职，讲成绩占七成时间，讲不足和计划占三成。不要在不足上花太多时间，点到为止。重点放在成绩和下一步思路上。PPT不要做太多页，十到十五页足够。每页一个核心观点，数据用图表展示。</w:t>
      </w:r>
    </w:p>
    <w:p>
      <w:r>
        <w:t>补充要点：述职的时候要有互动感。不要照着PPT念，要看着领导的眼睛讲。重点内容放慢语速加重语气。讲完一个部分稍微停顿一下，给领导消化的时间。提前演练两三遍，掐好时间。如果领导中途提问，停下来认真回答，不要急着往下讲。</w:t>
      </w:r>
    </w:p>
    <w:p>
      <w:r>
        <w:t>补充写作要点：述职报告不同于工作总结，核心是围绕岗位职责讲履职情况。开头先亮明岗位和职责范围，让听的人知道你这个岗位该干什么。然后分块讲你在各个职责上做了什么、达到了什么效果。不要写成流水账，要挑重点讲。</w:t>
      </w:r>
    </w:p>
    <w:p>
      <w:r>
        <w:t>补充写作要点：成绩部分一定要用数据支撑。比如全年营收五百万完成目标百分之一百一十、利润同比增长百分之十五、客户满意度百分之九十八、团队流失率百分之五。数字让考核者直观看到你的产出。如果没有精确数字，用大概数也行，比如覆盖了上百家客户、服务了上千人次。</w:t>
      </w:r>
    </w:p>
    <w:p>
      <w:r>
        <w:t>补充写作要点：重点工作要展开讲。挑两到三件最有分量的工作，讲清楚背景是什么、你扮演什么角色、遇到什么困难、怎么解决的、最终结果如何。这部分展示你的管理思路和解决问题能力，是述职报告的得分点。比如你牵头一个重点项目，就把怎么定目标、怎么组队、怎么推进、怎么验收这一串讲下来。</w:t>
      </w:r>
    </w:p>
    <w:p>
      <w:r>
        <w:t>补充写作要点：不足部分写发展性问题。比如战略视野有待拓宽、人才培养力度需要加强、创新驱动不足。写完不足一定要跟上改进计划，比如明年重点推进人才梯队建设、引入数字化工具提升效率。问题加对策形成闭环，体现你是有思考的。</w:t>
      </w:r>
    </w:p>
    <w:p>
      <w:r>
        <w:t>补充写作要点：下一步思路要清晰具体。要有目标、有重点、有举措。比如明年聚焦经营目标力争营收增长百分之十、推进新项目在相关领域实现突破、加强人才梯队建设培养后备骨干。述职报告一般两千到三千字，汇报十五到二十分钟。PPT十到十五页，每页一个核心观点，数据用图表展示。Word完整版是中层管理者通用范文，下载后结合岗位职责修改使用。</w:t>
      </w:r>
    </w:p>
    <w:p>
      <w:r>
        <w:t>补充说明：述职的时候如果领导提问，不要慌，先想两秒再回答。回答要条理清晰，先说结论再说理由。如果遇到确实答不上来的问题，坦诚说这个问题我回去研究一下再汇报，不要不懂装懂乱答。</w:t>
      </w:r>
    </w:p>
    <w:p>
      <w:r>
        <w:t>补充说明：述职结束后，主动找领导聊一聊，听听领导的反馈和建议。这是很好的沟通机会，不要述职完就跑了。领导对你的印象分，很多时候就取决于述职后这几分钟的交流。</w:t>
      </w:r>
    </w:p>
    <w:p>
      <w:r>
        <w:t>Word完整版范文是中层管理者通用版本，小陈整理，涵盖岗位职责、经营成效、团队建设、体会思考、不足改进、下一步思路六大板块。附写作要点提示，下载后结合自己岗位修改使用。</w:t>
      </w:r>
    </w:p>
    <w:p>
      <w:r>
        <w:t>本述职报告范文Word完整版共六大板块，含写作要点提示。中层管理者通用版本，下载后结合岗位职责修改使用。祝述职顺利！</w:t>
      </w:r>
    </w:p>
    <w:p>
      <w:r>
        <w:t>本范文由小陈整理，中层管理者通用版本，六大板块含写作要点提示。Word完整版下载后结合岗位职责修改使用。祝述职顺利！</w:t>
      </w:r>
    </w:p>
    <w:p>
      <w:r>
        <w:t>本文由网友投稿整理，仅供参考使用。祝大家工作顺心！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