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房屋租赁合同标准版（含条款说明，租房必备）</w:t>
      </w:r>
    </w:p>
    <w:p>
      <w:r>
        <w:t>房屋租赁合同标准版（含条款说明，租房必备）</w:t>
      </w:r>
    </w:p>
    <w:p>
      <w:r>
        <w:t>出租方（甲方）：________________　身份证号：________________</w:t>
      </w:r>
    </w:p>
    <w:p>
      <w:r>
        <w:t>承租方（乙方）：________________　身份证号：________________</w:t>
      </w:r>
    </w:p>
    <w:p>
      <w:r>
        <w:t>根据民法典及相关法律法规，甲乙双方在平等自愿协商一致基础上，就房屋租赁事宜达成如下协议：</w:t>
      </w:r>
    </w:p>
    <w:p>
      <w:r>
        <w:t>第一条 房屋基本情况：甲方将位于____的房屋出租给乙方，建筑面积约__平方米。附属设施详见附件清单。</w:t>
      </w:r>
    </w:p>
    <w:p>
      <w:r>
        <w:t>第二条 租赁期限：自____年__月__日起至____年__月__日止。续租提前三十日通知。</w:t>
      </w:r>
    </w:p>
    <w:p>
      <w:r>
        <w:t>第三条 租金及支付：月租金____元，按__支付。银行转账保留凭证。</w:t>
      </w:r>
    </w:p>
    <w:p>
      <w:r>
        <w:t>第四条 押金：签约时支付押金____元。退租时费用结清后__个工作日内全额无息退还。</w:t>
      </w:r>
    </w:p>
    <w:p>
      <w:r>
        <w:t>第五条 费用承担：水电燃气物业网络等因乙方使用产生的费用由乙方承担。</w:t>
      </w:r>
    </w:p>
    <w:p>
      <w:r>
        <w:t>第六条 修缮使用：自然损耗甲方维修，使用不当乙方负责。不得擅自转租。</w:t>
      </w:r>
    </w:p>
    <w:p>
      <w:r>
        <w:t>第七条 合同解除：协商一致可解除。乙方欠租转租的甲方可解除；甲方逾期交房的乙方可解除。</w:t>
      </w:r>
    </w:p>
    <w:p>
      <w:r>
        <w:t>第八条 违约责任：逾期租金每日按__%付违约金。提前解约付__个月租金违约金。</w:t>
      </w:r>
    </w:p>
    <w:p>
      <w:r>
        <w:t>第九条 争议解决：协商不成向房屋所在地法院起诉。</w:t>
      </w:r>
    </w:p>
    <w:p>
      <w:r>
        <w:t>第十条 其他：补充协议同具效力。本合同一式两份双方各执一份。</w:t>
      </w:r>
    </w:p>
    <w:p>
      <w:r>
        <w:t>甲方签字：____________　乙方签字：____________　日期：____</w:t>
      </w:r>
    </w:p>
    <w:p>
      <w:r>
        <w:t>【注意事项】查验房产证原件；物品清单拍照签字；水电气表底数抄录签字；建议办理租赁登记备案。</w:t>
      </w:r>
    </w:p>
    <w:p>
      <w:r>
        <w:t>补充说明：关于租金支付方式，建议尽量选择月付或季付，不要一次性付半年或一年。因为一旦房屋出现问题需要退租，提前付了大笔租金会很被动。另外租金一定要通过银行转账支付，不要给现金，转账备注里写明是哪几个月的房租。保留好转账记录，以后有纠纷就是证据。</w:t>
      </w:r>
    </w:p>
    <w:p>
      <w:r>
        <w:t>补充说明：关于房屋维修责任，租客有义务在发现问题后及时通知房东。如果租客没有及时通知导致问题扩大，扩大部分的维修费用可能需要租客承担。所以发现水管漏水、电器故障等问题，第一时间拍照发给房东，保留通知记录。</w:t>
      </w:r>
    </w:p>
    <w:p>
      <w:r>
        <w:t>补充说明：关于提前退租，最好在合同里约定一个双方都能接受的违约金数额，一般是半个月到一个月租金。这样不管哪一方提前解约，都有明确的赔偿标准，不会漫天要价。另外建议合同里写清楚：租客提前退租但找到了新的租客续租，房东应退还押金和剩余租金。</w:t>
      </w:r>
    </w:p>
    <w:p>
      <w:r>
        <w:t>补充说明：租房合同签完以后，建议双方各拿一份纸质版，同时拍照存档电子版。如果条件允许，去街道办事处办理租赁登记备案，虽然要跑一趟，但办了以后双方权益都更有保障。特别是对于租客来说，备案记录是合法居住的证明，以后办居住证、孩子上学都用得上。</w:t>
      </w:r>
    </w:p>
    <w:p>
      <w:r>
        <w:t>补充说明：签订房屋租赁合同的时候，双方应当仔细阅读合同每一条款，有不明白的地方当场提出当场解决。不要签空白合同，所有空白处要么填写完整要么划斜线标注。合同修改的地方双方都要签字确认。签完合同以后双方各执一份原件，拍照存档电子版。</w:t>
      </w:r>
    </w:p>
    <w:p>
      <w:r>
        <w:t>补充说明：关于房屋内物品清单，建议制作一份详细的附件，列明每件物品的名称、品牌、数量、新旧程度。交房的时候双方对照清单逐一检查，在清单上签字确认。如果物品有损坏或不能正常使用，当场写清楚。这样退租的时候就有对照依据，不会产生争议。</w:t>
      </w:r>
    </w:p>
    <w:p>
      <w:r>
        <w:t>补充说明：关于租金调整，合同期内房东不得单方面涨房租。如果合同到期后续租，双方可以协商新的租金标准。建议在合同里写明租赁期间租金保持不变，避免房东中途提价。</w:t>
      </w:r>
    </w:p>
    <w:p>
      <w:r>
        <w:t>补充说明：关于违约责任，合同里要写清楚双方违约各自承担什么责任。租客违约包括逾期付租金、擅自转租、损坏房屋、提前退租等。房东违约包括未按约定交房、房屋存在安全隐患不维修、单方面涨租、提前赶人走等。违约赔偿标准要写具体数额或计算方式，不要模糊处理。</w:t>
      </w:r>
    </w:p>
    <w:p>
      <w:r>
        <w:t>补充说明：合同争议解决方式，一般先协商解决，协商不成可以找居委会或街道调解，调解不成再向法院起诉。建议在合同里约定向房屋所在地人民法院起诉，这样对双方都方便。</w:t>
      </w:r>
    </w:p>
    <w:p>
      <w:r>
        <w:t>补充说明：签订合同的时候，双方都要出示身份证原件并互相留存复印件。如果房东已婚，建议让夫妻双方都签字确认，避免以后另一方说不知道出租这件事产生纠纷。</w:t>
      </w:r>
    </w:p>
    <w:p>
      <w:r>
        <w:t>补充说明：关于装修和改善，如果租客想在墙上钉钉子、装窗帘杆、换灯具等小改动，最好提前跟房东沟通同意。退租的时候如果房东要求恢复原状，租客要负责恢复。这些细节合同里写清楚省得以后扯皮。</w:t>
      </w:r>
    </w:p>
    <w:p>
      <w:r>
        <w:t>Word完整版合同包含完整十条条款加使用说明，下载后填写空白处即可使用。建议打印两份双方各执一份签字按手印。</w:t>
      </w:r>
    </w:p>
    <w:p>
      <w:r>
        <w:t>本合同Word完整版共十条条款附使用说明。签订前查验房产证原件，交房时抄表拍照留证。建议办理租赁登记备案。祝大家租房顺利！</w:t>
      </w:r>
    </w:p>
    <w:p>
      <w:r>
        <w:t>本合同由王姐参考民法典和各地房管部门示范文本整理，共十条核心条款附使用说明。Word完整版可直接打印填写，租房前对照着签，押金退得顺、维修不扯皮。祝大家租房顺利，住得舒心！</w:t>
      </w:r>
    </w:p>
    <w:p>
      <w:r>
        <w:t>本文由网友投稿整理，仅供参考使用。签约前建议咨询专业律师。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