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辞职申请书范文（标准版，职场人得体离职必备）</w:t>
      </w:r>
    </w:p>
    <w:p>
      <w:r>
        <w:t>辞职申请书范文（标准版，职场人得体离职必备）</w:t>
      </w:r>
    </w:p>
    <w:p>
      <w:r>
        <w:t>尊敬的公司领导：您好！感谢公司给予我在部门工作的宝贵机会。经过慎重考虑，我正式向公司提出辞职申请。</w:t>
      </w:r>
    </w:p>
    <w:p>
      <w:r>
        <w:t>一、辞职原因：基于个人职业规划和家庭综合考虑。在公司工作积累了宝贵经验取得了一定成绩，但个人发展方向和家庭实际情况需要做出调整。这是深思熟虑的决定。</w:t>
      </w:r>
    </w:p>
    <w:p>
      <w:r>
        <w:t>二、感谢：感谢领导给予信任和成长空间，让我有机会参与重点项目。感谢同事们协作帮助。公司务实进取的企业文化让我受益匪浅。</w:t>
      </w:r>
    </w:p>
    <w:p>
      <w:r>
        <w:t>三、交接安排：整理工作清单进度说明，移交项目资料文档权限，配合接替人员讲解直到能独立操作。站好最后一班岗确保交接清晰。</w:t>
      </w:r>
    </w:p>
    <w:p>
      <w:r>
        <w:t>四、结尾：祝愿公司事业蒸蒸日上！恳请领导批准辞职。此致敬礼！申请人：XXX　日期：____</w:t>
      </w:r>
    </w:p>
    <w:p>
      <w:r>
        <w:t>补充说明：辞职后社保公积金处理建议。离职当月公司停缴社保，下家入职后续上。医保断缴次月不能用，没有马上找到下家可以灵活就业身份缴纳。公积金外地户口离职后可凭离职证明提取。具体政策咨询当地社保局。</w:t>
      </w:r>
    </w:p>
    <w:p>
      <w:r>
        <w:t>离职证明务必拿到，下家入职需要。原单位应在十五天内出具。如拖延可向劳动监察投诉。辞职理由写职业规划和家庭原因即可，不要写负面评价，好聚好散。</w:t>
      </w:r>
    </w:p>
    <w:p>
      <w:r>
        <w:t>补充说明：辞职申请书提交之后，一定要保留好提交证据。建议同时提交纸质版和电子版：纸质版打印出来签字，交给直接领导并请领导签收；电子版发一封邮件给领导，同时抄送人力资源部。邮件发送记录和纸质版签收记录都是提前三十天通知的证据。</w:t>
      </w:r>
    </w:p>
    <w:p>
      <w:r>
        <w:t>补充说明：离职交接的时候，一定要列一份交接清单。清单上写清楚你交接了哪些工作、哪些文件资料、哪些物品、系统权限等。接手人、监交人、交接人三方都要在清单上签字确认。这份交接清单既是你的工作交接证明，也可以避免以后出现说不清楚的纠纷。</w:t>
      </w:r>
    </w:p>
    <w:p>
      <w:r>
        <w:t>补充说明：离职前要跟HR确认清楚几个问题：最后一个月工资怎么算、加班费有没有结清、未休年假折算成工资怎么算、社保公积金交到哪个月、离职证明什么时候能拿到。这些事情提前问清楚，免得离职后还要来回跑。</w:t>
      </w:r>
    </w:p>
    <w:p>
      <w:r>
        <w:t>补充说明：虽然人要走了，但最后一个月还是要认真工作。站好最后一班岗，把交接工作做扎实。不要觉得反正要走了就敷衍了事，职场圈子很小，你的口碑大家都看在眼里。好聚好散，以后说不定还有合作的机会。</w:t>
      </w:r>
    </w:p>
    <w:p>
      <w:r>
        <w:t>补充说明：辞职申请按照劳动合同法规定需要提前三十天以书面形式通知用人单位。试用期提前三天。提交日期要留好证据，建议纸质版签字交给领导同时发邮件抄送HR。三十天期满后不管领导批不批，你都可以合法离职。</w:t>
      </w:r>
    </w:p>
    <w:p>
      <w:r>
        <w:t>补充说明：辞职理由写个人职业规划和家庭原因就够了，不要写对公司或领导的不满。辞职信是要存入人事档案的，写了负面评价以后背景调查会有影响。好聚好散，职场圈子很小，以后说不定还会碰到。</w:t>
      </w:r>
    </w:p>
    <w:p>
      <w:r>
        <w:t>补充说明：工作交接是辞职过程中最重要的环节。一定要列清楚交接清单，包括正在进行的工作、待办事项、项目资料、文件文档、系统账号权限、对接的客户和同事联系方式等。接手人、监交人、交接人三方签字确认。</w:t>
      </w:r>
    </w:p>
    <w:p>
      <w:r>
        <w:t>补充说明：离职前要跟HR确认清楚几个问题：最后一个月工资怎么算到哪一天、加班费有没有结清、未休年假折算成工资、社保公积金交到哪个月、离职证明什么时候能拿到。这些事情提前问清楚，免得离职后还要来回跑。</w:t>
      </w:r>
    </w:p>
    <w:p>
      <w:r>
        <w:t>补充说明：离职证明一定要拿到。下一家公司入职一般都要求提供上一家的离职证明。原单位有义务在离职十五天内出具。如果拖着不给，可以向劳动监察部门投诉。社保转移手续也要问清楚怎么办理，特别是医保断缴的影响要重视。</w:t>
      </w:r>
    </w:p>
    <w:p>
      <w:r>
        <w:t>补充说明：虽然人要走了，最后一个月还是要认真工作。站好最后一班岗，交接做扎实。不要觉得反正要走了就敷衍了事。职场口碑很重要，好聚好散大家都方便。Word完整版是标准辞职申请书范文，附详细注意事项和实操建议，下载后填上个人信息即可使用。</w:t>
      </w:r>
    </w:p>
    <w:p>
      <w:r>
        <w:t>补充说明：辞职的时候领导可能会挽留，说给你加薪升职。这时候你要想清楚，当初为什么想走。如果是因为发展空间，加薪留得住一时留不住长久。如果是因为跟领导合不来，换个岗位可能还是尴尬。决定要走就坚定一点，不要被挽留动摇。</w:t>
      </w:r>
    </w:p>
    <w:p>
      <w:r>
        <w:t>补充说明：离职那天跟同事们打个招呼，请关系好的同事喝杯咖啡吃个饭。职场人脉是宝贵财富，以后跳槽、找工作、办事情都可能用得上。加个微信保持联系，不要走了就断了。</w:t>
      </w:r>
    </w:p>
    <w:p>
      <w:r>
        <w:t>补充说明：离职后原公司的东西不要带走，包括客户资料、内部文档、工作电脑里的文件。这些都是公司财产，带走了以后可能惹麻烦。自己的个人物品收拾干净就行。</w:t>
      </w:r>
    </w:p>
    <w:p>
      <w:r>
        <w:t>Word完整版是内蒙老铁整理的标准辞职申请书范文，附详细注意事项和实操建议，下载后填上个人信息即可使用。祝大家离职顺利，前程似锦！</w:t>
      </w:r>
    </w:p>
    <w:p>
      <w:r>
        <w:t>本辞职申请书范文Word完整版含完整正文和注意事项。下载后填上个人信息打印签字即可使用。好聚好散祝前程似锦！</w:t>
      </w:r>
    </w:p>
    <w:p>
      <w:r>
        <w:t>本申请书由内蒙老铁整理，标准版含完整正文和注意事项。Word完整版下载后填上个人信息打印签字即可使用。好聚好散，祝大家前程似锦，下一份工作更好！</w:t>
      </w:r>
    </w:p>
    <w:p>
      <w:r>
        <w:t>本文由网友投稿整理，仅供参考使用。祝大家一切顺利！</w:t>
      </w:r>
    </w:p>
    <w:p>
      <w:r>
        <w:t>祝大家前程似锦！</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