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初中数学中考模拟试卷（100题完整版，含答案解析）</w:t>
      </w:r>
    </w:p>
    <w:p>
      <w:r>
        <w:t>初中数学中考模拟试卷（100题完整版，含答案解析）</w:t>
      </w:r>
    </w:p>
    <w:p>
      <w:r>
        <w:t>满分100分　考试时间120分钟　命题组：初中数学教研组</w:t>
      </w:r>
    </w:p>
    <w:p>
      <w:r>
        <w:t>前言：本试卷严格按照中考数学考试大纲编制，涵盖数与代数、图形与几何、统计与概率三大知识板块共100题。建议120分钟内独立完成，做完后对照答案解析批改。</w:t>
      </w:r>
    </w:p>
    <w:p>
      <w:r>
        <w:t>一、单项选择题（每题2分，共50分）：涵盖有理数运算、整式、方程、不等式、函数、三角形、四边形、圆、统计概率等。完整50道单选及解析见Word版。</w:t>
      </w:r>
    </w:p>
    <w:p>
      <w:r>
        <w:t>二、多项选择题（每题2分，共40分）：涵盖幂运算、图形性质、函数判断、三角形全等、统计量、圆的性质、因式分解、概率等。完整20道多选及解析见Word版。</w:t>
      </w:r>
    </w:p>
    <w:p>
      <w:r>
        <w:t>三、判断题（每题1分，共20分）：涵盖有理数、绝对值、平行线、三角形外角、菱形判定、众数、垂径定理、反比例函数、一元二次方程、正多边形、概率、切线性质等。完整20道判断及解析见Word版。</w:t>
      </w:r>
    </w:p>
    <w:p>
      <w:r>
        <w:t>四、解答题（每题3分，共30分）：含计算化简、解方程组、利润问题、几何证明、统计频率、圆半径求解、一次函数、工程问题、勾股定理应用等。完整10道解答题及详细解析见Word版。</w:t>
      </w:r>
    </w:p>
    <w:p>
      <w:r>
        <w:t>附：全部100题完整收录于Word版，含每道题详细解题步骤和易错点提示。建议做完后逐题批改，错题标注原因定期复习。祝中考取得优异成绩！</w:t>
      </w:r>
    </w:p>
    <w:p>
      <w:r>
        <w:t>复习补充：数学中考提分的关键在于错题本。建议同学们把每次练习和考试中的错题都整理到错题本上，每道题写清楚题目、错误答案、正确答案、错误原因和正确思路。每周翻一遍错题本，考前重点看。错题本是最有针对性的复习资料，比任何辅导书都管用。</w:t>
      </w:r>
    </w:p>
    <w:p>
      <w:r>
        <w:t>考试技巧补充：选择题善用排除法，把明显错误的选项先排除掉再比较剩余选项。填空题注意单位和最终结果的化简。解答题按步骤给分，哪怕最后答案没算出来，前面的步骤写对了也能拿大部分分数。遇到不会的题不要空着，写相关公式也可能得点步骤分。</w:t>
      </w:r>
    </w:p>
    <w:p>
      <w:r>
        <w:t>备考时间规划建议：考前三个月开始系统复习，第一个月过知识点打基础，第二个月专题突破强化训练，第三个月模拟实战冲刺。每天保证两小时数学学习时间，周末可以多做一套完整模拟卷。保持良好心态，不要因为某一次模拟考得不好就灰心。</w:t>
      </w:r>
    </w:p>
    <w:p>
      <w:r>
        <w:t>第二部分多项选择题补充说明：本部分共二十道题，每题两分，多选、少选、错选均不得分。这类题型对知识点掌握的精确性要求较高，考生需要逐项判断每个选项的对错。建议在做多选题时，把每个选项都当作判断题来对待，拿不准的选项宁可少选也不要错选。常见考点包括幂的运算法则辨析、轴对称与中心对称图形判断、一次函数图像性质、三角形全等判定定理、平均数中位数众数方差的区别、圆的相关性质判断、因式分解正误、不等式解集表示、平行四边形矩形菱形正方形的性质辨析等。</w:t>
      </w:r>
    </w:p>
    <w:p>
      <w:r>
        <w:t>第三部分判断题补充说明：本部分共二十道题，每题一分。判断题考查的是容易混淆的概念和定理条件。很多同学觉得判断题简单就掉以轻心，其实判断题专门挖坑。比如所有的正方形都是菱形这个说法是对的，但所有的菱形都是正方形就错了。再比如平分弦的直径垂直于弦，这句话缺了平分的弦不是直径这个前提条件，所以是错的。做判断题要特别注意绝对化的表述，凡是带都一定全部所有的判断题要格外小心。</w:t>
      </w:r>
    </w:p>
    <w:p>
      <w:r>
        <w:t>第四部分解答题补充说明：本部分共十道题，每题三分。解答题按步骤给分，所以一定要写清楚解题过程。哪怕最后答案算错了，前面的公式列对了、步骤写对了，也能拿到大部分分数。常见题型包括实数运算、整式化简求值、解方程组、一元二次方程应用、几何证明、统计图表分析、圆的相关计算、一次函数解析式求解、工程问题利润问题等实际应用。建议同学们平时练习解答题的时候，养成写步骤的好习惯，不要只写一个答案。</w:t>
      </w:r>
    </w:p>
    <w:p>
      <w:r>
        <w:t>复习备考最后建议：考前一个月不要再做难题怪题了，把基础题和中档题练熟拿稳才是王道。中考百分之七十是基础题，把这些分全部拿到手就有七十分，再加上中档题就能上优秀线。错题本坚持每周翻一遍，特别是反复出错的题要重点攻克。考试前一天晚上早点休息，不要熬夜。第二天带齐准考证、身份证、2B铅笔、黑色签字笔、橡皮、尺子圆规等文具。进考场前深呼吸放松心态，相信自己经过充分准备一定能发挥出好水平。</w:t>
      </w:r>
    </w:p>
    <w:p>
      <w:r>
        <w:t>考试注意事项再补充：答题时字迹要工整，卷面整洁很重要，特别是解答题，老师改卷的时候第一印象就好。选择题涂答题卡的时候要注意题号对应，别涂错位了。如果要修改答题卡，用橡皮擦干净别留下痕迹。最后一道大题如果实在不会做，把相关的公式写上去，说不定能得点步骤分。</w:t>
      </w:r>
    </w:p>
    <w:p>
      <w:r>
        <w:t>祝所有考生考试顺利，发挥出自己的最好水平，考上理想的高中！加油！</w:t>
      </w:r>
    </w:p>
    <w:p>
      <w:r>
        <w:t>本试卷Word完整版共100题，含全部题目和详细解析。建议打印出来掐表做，做完对照解析批改，错题整理到错题本。祝同学们中考取得好成绩！</w:t>
      </w:r>
    </w:p>
    <w:p>
      <w:r>
        <w:t>本试卷由老李整理，覆盖初中数学全部中考考点，100道题含答案解析，Word完整版可直接打印使用。建议同学们掐表完成后对照解析批改，错题整理到错题本上定期复习。祝大家中考顺利，金榜题名！</w:t>
      </w:r>
    </w:p>
    <w:p>
      <w:r>
        <w:t>本文由网友投稿整理，仅供学习参考使用。下载请注明来源。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