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年终工作总结范文（通用完整版，职场人直接套用）</w:t>
      </w:r>
    </w:p>
    <w:p>
      <w:r>
        <w:t>年终工作总结范文（通用完整版，职场人直接套用）</w:t>
      </w:r>
    </w:p>
    <w:p>
      <w:r>
        <w:t>尊敬的各位领导各位同事：大家好！时光飞逝2026年即将过去。现将全年工作情况总结如下：</w:t>
      </w:r>
    </w:p>
    <w:p>
      <w:r>
        <w:t>一、思想学习方面：认真参加各项学习活动，持续加强政治理论和业务知识学习。积极参加培训考取证书，做到学以致用。</w:t>
      </w:r>
    </w:p>
    <w:p>
      <w:r>
        <w:t>二、主要工作完成情况：常规工作扎实推进，按时保质完成。重点项目圆满完成，全程跟进获得好评。工作效率持续提升，主动优化流程。</w:t>
      </w:r>
    </w:p>
    <w:p>
      <w:r>
        <w:t>三、亮点收获：沟通协调能力增强，文案写作水平提升，团队协作意识牢固，抗压能力得到锻炼。</w:t>
      </w:r>
    </w:p>
    <w:p>
      <w:r>
        <w:t>四、不足反思：创新意识待加强，专业知识深度不够，时间管理需提升。</w:t>
      </w:r>
    </w:p>
    <w:p>
      <w:r>
        <w:t>五、明年计划：加强业务学习考取证书，提升创新能力落实举措，提高工作标准精益求精，加强团队协作，改进工作方法。</w:t>
      </w:r>
    </w:p>
    <w:p>
      <w:r>
        <w:t>以上是年度工作总结，不足之处恳请批评指正。谢谢大家！</w:t>
      </w:r>
    </w:p>
    <w:p>
      <w:r>
        <w:t>补充说明：写年终总结的几个实用技巧。一是多用数据少用形容词，完成多少任务、增长多少百分比比认真负责有说服力。二是突出亮点事件，重要项目单独展开写。三是不足写发展性问题，配上改进计划。四是明年计划要具体可执行。五是写完放一晚上再读，修改两到三遍。</w:t>
      </w:r>
    </w:p>
    <w:p>
      <w:r>
        <w:t>常见误区提醒：不要写成流水账罗列全年工作，重点不突出；不要通篇形容词没有具体事例；不要写假大空的不足比如太追求完美；不要忘记结尾感谢领导和同事。</w:t>
      </w:r>
    </w:p>
    <w:p>
      <w:r>
        <w:t>补充写作技巧：写年终总结最忌讳流水账。很多人从一月份开始写，每个月干了什么都列一遍，写了两三千字但领导看完不知道你到底干成了什么事。正确的做法是：把全年工作分成三到五个模块，每个模块挑最重要的两三件事展开写，每件事写清楚背景、做了什么、取得了什么结果。其他日常工作一句话带过。</w:t>
      </w:r>
    </w:p>
    <w:p>
      <w:r>
        <w:t>补充写作技巧：数据是总结的灵魂。你说你工作做得好，怎么好？拿数据出来。全年完成了多少任务、比去年增长了多少、用户满意度多少、节约了多少成本。用数据说话，领导扫一眼就知道你的分量。如果实在没有精确数据，用大概数字也行，比如处理了上百件事项、服务了上千人次。</w:t>
      </w:r>
    </w:p>
    <w:p>
      <w:r>
        <w:t>补充写作技巧：不足部分要写得有讲究。不能写原则性的问题，比如工作不认真、经常出错。要写发展性的、可以改进的问题，比如专业知识深度不够、创新意识有待加强。关键是写完不足一定要跟上改进措施和明年计划，这样领导看到的是你的上进心而不是你的缺点。</w:t>
      </w:r>
    </w:p>
    <w:p>
      <w:r>
        <w:t>补充写作技巧：明年计划要具体到可衡量的目标。不要写努力工作、再创佳绩这种空话。要写计划考取什么证书、完成什么项目、提升什么指标。比如明年计划考取PMP证书、推进某某系统上线、将客户满意度提升到百分之九十五。这样写出来的计划才显得你是认真思考过的。</w:t>
      </w:r>
    </w:p>
    <w:p>
      <w:r>
        <w:t>补充写作指导：年终总结一般分为五个部分。第一部分思想政治学习，写参加了什么学习活动，三四百字即可。第二部分主要工作，这是全文重点，占一半篇幅，分条列项写做了什么取得了什么成绩。第三部分亮点收获，写通过工作有什么成长和感悟。第四部分存在不足，写发展性问题不写原则性问题。第五部分明年计划，写具体可衡量的目标。</w:t>
      </w:r>
    </w:p>
    <w:p>
      <w:r>
        <w:t>补充写作指导：写成绩的时候要用数据说话。不要写认真完成各项工作，要写全年完成报表四十八份、数据统计十二期、文件起草三十六篇、季度考核连续三个季度优秀。数字是最有说服力的。如果做了重点项目，单独拿出来写一段，讲清楚项目背景、你的角色、推进过程、最终成果。</w:t>
      </w:r>
    </w:p>
    <w:p>
      <w:r>
        <w:t>补充写作指导：不足部分要写得有分寸。不能写工作不认真、经常出错这种原则性问题。要写创新意识有待加强、专业知识深度不够、时间管理需要提升这种发展性问题。写完不足一定要跟上改进措施，比如计划参加培训考取证书、建立工作台账优化流程等。这样领导看到的是你的上进心。</w:t>
      </w:r>
    </w:p>
    <w:p>
      <w:r>
        <w:t>补充写作指导：明年计划要具体。不要写努力工作再创佳绩这种空话。要写计划考取什么证书、推进什么项目、提升什么指标。比如明年计划完成三项重点工作：推进某某项目第二季度验收、考取某某专业证书、优化某某流程提升效率百分之二十。这样写出来的计划才显得有思考有规划。</w:t>
      </w:r>
    </w:p>
    <w:p>
      <w:r>
        <w:t>补充写作指导：年终总结语气要谦虚但不卑微，自信但不自满。结尾一定要感谢领导的指导和同事的帮助，这是职场基本礼数。全文一般两千到三千字。写完以后自己先读两遍，检查错别字和语句通顺。Word完整版范文结构完整措辞规范，下载后替换成自己的实际工作内容即可使用。</w:t>
      </w:r>
    </w:p>
    <w:p>
      <w:r>
        <w:t>补充说明：年终总结写完以后，可以根据不同对象调整侧重点。给直属领导看的可以写得详细一点，把工作中的思考和困惑也写上；给大领导看的重点写成绩和亮点。如果有多个版本，注意不要发错了。</w:t>
      </w:r>
    </w:p>
    <w:p>
      <w:r>
        <w:t>补充说明：总结里的数字要跟部门年度统计数据对得上，不要自己编数字。年底人事会核对每个人的总结数据，编数字被查出来就尴尬了。拿不准的数字找部门内勤或者统计岗同事确认一下。</w:t>
      </w:r>
    </w:p>
    <w:p>
      <w:r>
        <w:t>本年终总结范文Word完整版共五大板块，结构完整措辞规范。下载后替换实际工作内容即可使用。祝大家年终总结顺利！</w:t>
      </w:r>
    </w:p>
    <w:p>
      <w:r>
        <w:t>本范文由刘哥整理，五大板块结构完整，下载替换实际工作内容即可。祝年终总结顺利！</w:t>
      </w:r>
    </w:p>
    <w:p>
      <w:r>
        <w:t>本文由网友投稿整理，仅供参考使用。祝大家工作顺利！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