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表扬信感谢信范文（单位表彰/感谢客户医护老师多场景）Word下载</w:t>
      </w:r>
    </w:p>
    <w:p>
      <w:r>
        <w:t>表扬信感谢信范文（单位表彰/感谢客户医护老师多场景）Word下载</w:t>
      </w:r>
    </w:p>
    <w:p>
      <w:r>
        <w:t>【范文一：单位内部表扬信】</w:t>
      </w:r>
    </w:p>
    <w:p>
      <w:r>
        <w:t>表扬信</w:t>
      </w:r>
    </w:p>
    <w:p>
      <w:r>
        <w:t>公司各部门：</w:t>
      </w:r>
    </w:p>
    <w:p>
      <w:r>
        <w:t>我部门职工XXX同志，在今年X月XX日突发的XX任务（火情/客户突发问题/紧急抢修）中，临危不乱、冲锋在前，第一时间赶到现场妥善处置，为公司挽回了经济损失，也避免了事态扩大，受到客户和周边群众的一致称赞。</w:t>
      </w:r>
    </w:p>
    <w:p>
      <w:r>
        <w:t>XXX同志平时工作就勤勤恳恳、任劳任怨，这次更是用实际行动展现了过硬的业务素质和强烈的责任担当。为表彰先进、树立榜样，经公司研究决定：对XXX同志予以全公司通报表扬，并奖励人民币____元。</w:t>
      </w:r>
    </w:p>
    <w:p>
      <w:r>
        <w:t>希望全体职工以XXX同志为榜样，立足岗位、勇于担当，共同为公司发展贡献力量。</w:t>
      </w:r>
    </w:p>
    <w:p>
      <w:r>
        <w:t>特此表扬。</w:t>
      </w:r>
    </w:p>
    <w:p>
      <w:r>
        <w:t>XX公司（盖章）</w:t>
      </w:r>
    </w:p>
    <w:p>
      <w:r>
        <w:t>____年__月__日</w:t>
      </w:r>
    </w:p>
    <w:p/>
    <w:p>
      <w:r>
        <w:t>【范文二：致客户/合作方感谢信】</w:t>
      </w:r>
    </w:p>
    <w:p>
      <w:r>
        <w:t>感谢信</w:t>
      </w:r>
    </w:p>
    <w:p>
      <w:r>
        <w:t>尊敬的XX公司（XX先生/女士）：</w:t>
      </w:r>
    </w:p>
    <w:p>
      <w:r>
        <w:t>您好！</w:t>
      </w:r>
    </w:p>
    <w:p>
      <w:r>
        <w:t>值此我公司XX项目圆满完成（新办公楼落成/周年庆）之际，谨向贵公司及您本人致以最诚挚的感谢！</w:t>
      </w:r>
    </w:p>
    <w:p>
      <w:r>
        <w:t>在过去的一年里，贵公司在项目合作中给予了我们大力支持，无论是在产品交付的关键时刻，还是在遇到技术难题时，贵方团队都总能及时响应、鼎力相助。正是有了这样可靠的合作伙伴，我们才能顺利渡过一个又一个难关。这份信任与支持，我们铭记于心。</w:t>
      </w:r>
    </w:p>
    <w:p>
      <w:r>
        <w:t>展望未来，我们期待与贵公司继续深化合作、携手并进，共同开创更加美好的明天。</w:t>
      </w:r>
    </w:p>
    <w:p>
      <w:r>
        <w:t>再次向贵公司及全体同仁表示衷心的感谢！祝贵公司事业蒸蒸日上、再创辉煌！</w:t>
      </w:r>
    </w:p>
    <w:p>
      <w:r>
        <w:t>XX公司（盖章）</w:t>
      </w:r>
    </w:p>
    <w:p>
      <w:r>
        <w:t>____年__月__日</w:t>
      </w:r>
    </w:p>
    <w:p/>
    <w:p>
      <w:r>
        <w:t>【范文三：致医护人员感谢信】</w:t>
      </w:r>
    </w:p>
    <w:p>
      <w:r>
        <w:t>感谢信</w:t>
      </w:r>
    </w:p>
    <w:p>
      <w:r>
        <w:t>尊敬的XX医院XX科室全体医护人员：</w:t>
      </w:r>
    </w:p>
    <w:p>
      <w:r>
        <w:t>我是患者XXX的家属。我母亲因XX疾病于X月XX日入住贵院XX科室。住院期间，科室的医生们医术精湛、耐心细致，反复核对治疗方案；护士们更是日夜悉心照料，无论多晚都随叫随到，用温柔和专业抚平了我们一家人的焦虑。</w:t>
      </w:r>
    </w:p>
    <w:p>
      <w:r>
        <w:t>现在老人已康复出院，我们全家心里充满感激。在这个医患关系敏感的时代，是你们用实际行动让我们重新看到了医者仁心的光芒。千言万语汇成一句：谢谢你们，你们辛苦了！</w:t>
      </w:r>
    </w:p>
    <w:p>
      <w:r>
        <w:t>祝全体医护人员工作顺利、身体健康、阖家幸福！</w:t>
      </w:r>
    </w:p>
    <w:p>
      <w:r>
        <w:t>患者家属：XXX</w:t>
      </w:r>
    </w:p>
    <w:p>
      <w:r>
        <w:t>____年__月__日</w:t>
      </w:r>
    </w:p>
    <w:p/>
    <w:p>
      <w:r>
        <w:t>【范文四：学生致老师感谢信】</w:t>
      </w:r>
    </w:p>
    <w:p>
      <w:r>
        <w:t>感谢信</w:t>
      </w:r>
    </w:p>
    <w:p>
      <w:r>
        <w:t>尊敬的XX老师：</w:t>
      </w:r>
    </w:p>
    <w:p>
      <w:r>
        <w:t>您好！</w:t>
      </w:r>
    </w:p>
    <w:p>
      <w:r>
        <w:t>我是您班上的学生XXX。马上就要毕业（或期末考试结束）了，我想借这封信，对您说一声谢谢。</w:t>
      </w:r>
    </w:p>
    <w:p>
      <w:r>
        <w:t>这一年里，我曾经因为成绩下滑而一蹶不振，是您找我谈心，帮我分析原因、制定计划；我家里出困难的时候，也是您默默地关心我、鼓励我。您不仅教给我知识，更教会我怎样做一个自信、努力的人。您在作业本上写下的每一句评语，我都一直记得。</w:t>
      </w:r>
    </w:p>
    <w:p>
      <w:r>
        <w:t>老师，谢谢您没有放弃我。今后我会带着您的期望继续努力，不辜负您的栽培。祝您工作顺利、桃李满天下！</w:t>
      </w:r>
    </w:p>
    <w:p>
      <w:r>
        <w:t>您的学生：XXX</w:t>
      </w:r>
    </w:p>
    <w:p>
      <w:r>
        <w:t>____年__月__日</w:t>
      </w:r>
    </w:p>
    <w:p/>
    <w:p>
      <w:r>
        <w:t>【范文五：致社区/物业/民警感谢信】</w:t>
      </w:r>
    </w:p>
    <w:p>
      <w:r>
        <w:t>感谢信</w:t>
      </w:r>
    </w:p>
    <w:p>
      <w:r>
        <w:t>尊敬的XX社区居委会（物业公司/派出所）：</w:t>
      </w:r>
    </w:p>
    <w:p>
      <w:r>
        <w:t>我是本小区X号楼XXX室的居民。X月X日晚我家中老人突发急病，情急之下不知如何是好。是社区网格员XXX（物业保安/值班民警）第一时间赶到，帮忙联系救护车、协助送医，并一直忙到深夜才离开，让我们一家人在最慌乱的时候感受到了实实在在的温暖。</w:t>
      </w:r>
    </w:p>
    <w:p>
      <w:r>
        <w:t>事情虽然过去，但这份负责任、有担当的服务态度我们一直记在心里。现特致信表示感谢，也希望贵单位对XXX同志予以表扬。</w:t>
      </w:r>
    </w:p>
    <w:p>
      <w:r>
        <w:t>祝全体工作人员工作顺利、万事如意！</w:t>
      </w:r>
    </w:p>
    <w:p>
      <w:r>
        <w:t>居民：XXX</w:t>
      </w:r>
    </w:p>
    <w:p>
      <w:r>
        <w:t>____年__月__日</w:t>
      </w:r>
    </w:p>
    <w:p/>
    <w:p>
      <w:r>
        <w:t>【表扬信与感谢信写作要点】</w:t>
      </w:r>
    </w:p>
    <w:p>
      <w:r>
        <w:t>1.表扬信、感谢信都要写清“因为什么事、感谢/表扬谁、对方做了什么、带来什么效果、表达什么心情”这几个要素。</w:t>
      </w:r>
    </w:p>
    <w:p>
      <w:r>
        <w:t>2.事情要具体，不要只说“您好、感谢您”，要写出一两件真实感人的细节，才显得真诚不空洞。</w:t>
      </w:r>
    </w:p>
    <w:p>
      <w:r>
        <w:t>3.表扬信面向单位或公开场合，语气庄重、可附奖励决定和号召；感谢信可私人可公开，重在真情实感。</w:t>
      </w:r>
    </w:p>
    <w:p>
      <w:r>
        <w:t>4.结尾表达祝愿或号召，落款写清楚写信人（单位）姓名和日期；对公信件建议加盖公章。</w:t>
      </w:r>
    </w:p>
    <w:p>
      <w:r>
        <w:t>5.感谢信送给医护、老师，可搭配锦旗；表扬信发给单位，建议同时抄送对方上级或在公告栏张贴。</w:t>
      </w:r>
    </w:p>
    <w:p>
      <w:r>
        <w:t>6.数字和时间要准确，避免夸大其词；通篇语气诚恳朴实，比堆砌华丽辞藻更打动人。</w:t>
      </w:r>
    </w:p>
    <w:p/>
    <w:p>
      <w:r>
        <w:t>【常见问题解答】</w:t>
      </w:r>
    </w:p>
    <w:p>
      <w:r>
        <w:t>问：表扬信和奖金能同时给吗？</w:t>
      </w:r>
    </w:p>
    <w:p>
      <w:r>
        <w:t>答：可以，而且很常见。表扬信公开肯定事迹，奖金或荣誉证书是物质和精神双重激励，二者不冲突，反而效果更好。</w:t>
      </w:r>
    </w:p>
    <w:p>
      <w:r>
        <w:t>问：感谢信要手写还是打印？</w:t>
      </w:r>
    </w:p>
    <w:p>
      <w:r>
        <w:t>答：感谢医护、老师这类私人情谊，手写一封更显真诚；感谢客户、合作方这类对公场合，打印盖章更正式。也可以手写正文+打印落款。</w:t>
      </w:r>
    </w:p>
    <w:p>
      <w:r>
        <w:t>问：感谢信寄给谁？</w:t>
      </w:r>
    </w:p>
    <w:p>
      <w:r>
        <w:t>答：感谢医护可寄到医院办公室或护理部，并注明科室；感谢客户可发对方公司对接人并抄送其领导；表扬信建议在本单位公告栏张贴并存档。</w:t>
      </w:r>
    </w:p>
    <w:p>
      <w:r>
        <w:t>问：写感谢信要不要提具体困难？</w:t>
      </w:r>
    </w:p>
    <w:p>
      <w:r>
        <w:t>答：要。把当时多着急、对方怎么帮你一步步解决的写出来，真实的过程最打动人；但不要过度诉苦，重点落在对方的帮助上。</w:t>
      </w:r>
    </w:p>
    <w:p>
      <w:r>
        <w:t>问：可以在表扬信里同时表扬多个人吗？</w:t>
      </w:r>
    </w:p>
    <w:p>
      <w:r>
        <w:t>答：可以。如果是一个团队共同完成的好事，就把主要成员都写上，分述各自分工和表现，不要只提一个人，否则会让其他当事人寒心。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