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倡议书范文大全（学雷锋/光盘行动/文明出行/垃圾分类多场景）Word下载</w:t>
      </w:r>
    </w:p>
    <w:p>
      <w:r>
        <w:t>倡议书范文大全（学雷锋/光盘行动/文明出行/垃圾分类多场景）Word下载</w:t>
      </w:r>
    </w:p>
    <w:p>
      <w:r>
        <w:t>【范文一：学雷锋志愿服务倡议书】</w:t>
      </w:r>
    </w:p>
    <w:p>
      <w:r>
        <w:t>学雷锋志愿服务倡议书</w:t>
      </w:r>
    </w:p>
    <w:p>
      <w:r>
        <w:t>亲爱的老师们、同学们：</w:t>
      </w:r>
    </w:p>
    <w:p>
      <w:r>
        <w:t>三月春风暖，雷锋精神传。五十多年来，雷锋这个名字早已成为热心公益、乐于助人、无私奉献的代名词。为进一步弘扬雷锋精神，营造“我为人人、人人为我”的校园风尚，学校团委向全体师生发出如下倡议：</w:t>
      </w:r>
    </w:p>
    <w:p>
      <w:r>
        <w:t>一、学习雷锋，做一颗永不生锈的螺丝钉。立足本职，认真上好每一堂课、做好每一次值日，把平凡的小事做到极致，就是对雷锋精神最好的践行。</w:t>
      </w:r>
    </w:p>
    <w:p>
      <w:r>
        <w:t>二、奉献爱心，积极投身志愿服务。主动参加校园清扫、关爱孤寡老人、义务献血、帮扶困难同学等公益活动，用点滴行动传递温暖。</w:t>
      </w:r>
    </w:p>
    <w:p>
      <w:r>
        <w:t>三、传递温暖，从身边做起。主动给有困难的同学搭把手，捡起地上的一片纸屑，向遇到的师长问声好，让文明之花绽放在校园每个角落。</w:t>
      </w:r>
    </w:p>
    <w:p>
      <w:r>
        <w:t>雷锋精神，人人可学；奉献爱心，处处可为。让我们携起手来，从现在做起、从点滴做起，让雷锋精神在新时代绽放更加璀璨的光芒！</w:t>
      </w:r>
    </w:p>
    <w:p>
      <w:r>
        <w:t>XX学校团委</w:t>
      </w:r>
    </w:p>
    <w:p>
      <w:r>
        <w:t>____年__月__日</w:t>
      </w:r>
    </w:p>
    <w:p/>
    <w:p>
      <w:r>
        <w:t>【范文二：光盘行动倡议书】</w:t>
      </w:r>
    </w:p>
    <w:p>
      <w:r>
        <w:t>光盘行动倡议书</w:t>
      </w:r>
    </w:p>
    <w:p>
      <w:r>
        <w:t>亲爱的同学们：</w:t>
      </w:r>
    </w:p>
    <w:p>
      <w:r>
        <w:t>一粥一饭，当思来之不易；半丝半缕，恒念物力维艰。据统计，我国每年浪费的粮食价值惊人，而世界上还有许多人在忍受饥饿。为弘扬勤俭节约的传统美德，我们向全体同学发出如下倡议：</w:t>
      </w:r>
    </w:p>
    <w:p>
      <w:r>
        <w:t>一、按需取餐，理性消费。在食堂就餐时根据饭量少量多次取餐，不挑食、不攀比、不剩饭，争取“盘盘光”。</w:t>
      </w:r>
    </w:p>
    <w:p>
      <w:r>
        <w:t>二、厉行节约，拒绝浪费。在外就餐吃不完主动打包，不搞“面子消费”，不超量点餐。</w:t>
      </w:r>
    </w:p>
    <w:p>
      <w:r>
        <w:t>三、互相监督，提醒身边人。看到浪费现象友善提醒，带动家人朋友一起加入“光盘一族”。</w:t>
      </w:r>
    </w:p>
    <w:p>
      <w:r>
        <w:t>节约粮食不是小气，而是尊重劳动、敬畏自然。让我们从此刻做起，向“舌尖上的浪费”说不！</w:t>
      </w:r>
    </w:p>
    <w:p>
      <w:r>
        <w:t>XX班级班委会</w:t>
      </w:r>
    </w:p>
    <w:p>
      <w:r>
        <w:t>____年__月__日</w:t>
      </w:r>
    </w:p>
    <w:p/>
    <w:p>
      <w:r>
        <w:t>【范文三：文明出行交通安全倡议书】</w:t>
      </w:r>
    </w:p>
    <w:p>
      <w:r>
        <w:t>文明出行倡议书</w:t>
      </w:r>
    </w:p>
    <w:p>
      <w:r>
        <w:t>广大市民朋友们：</w:t>
      </w:r>
    </w:p>
    <w:p>
      <w:r>
        <w:t>文明出行，关系到每一个人的生命安全，也体现着一座城市的文明程度。为营造安全、有序、文明的交通环境，我们发出如下倡议：</w:t>
      </w:r>
    </w:p>
    <w:p>
      <w:r>
        <w:t>一、遵守信号，不闯红灯。行人走斑马线、不翻越护栏；骑车戴头盔、不逆行、不闯红灯；驾车系安全带、不酒驾、不接打手机。</w:t>
      </w:r>
    </w:p>
    <w:p>
      <w:r>
        <w:t>二、有序通行，不加塞抢行。机动车主动礼让斑马线，公交车站依次排队，不乱停乱放。</w:t>
      </w:r>
    </w:p>
    <w:p>
      <w:r>
        <w:t>三、文明乘车，有序上下。主动为老弱病残孕让座，不携带易燃易爆物品上车。</w:t>
      </w:r>
    </w:p>
    <w:p>
      <w:r>
        <w:t>文明交通一小步，城市文明一大步。让我们共同遵守交通法规，让出行更安全、让城市更温暖！</w:t>
      </w:r>
    </w:p>
    <w:p>
      <w:r>
        <w:t>XX街道办事处</w:t>
      </w:r>
    </w:p>
    <w:p>
      <w:r>
        <w:t>____年__月__日</w:t>
      </w:r>
    </w:p>
    <w:p/>
    <w:p>
      <w:r>
        <w:t>【范文四：垃圾分类倡议书】</w:t>
      </w:r>
    </w:p>
    <w:p>
      <w:r>
        <w:t>垃圾分类倡议书</w:t>
      </w:r>
    </w:p>
    <w:p>
      <w:r>
        <w:t>亲爱的居民朋友们：</w:t>
      </w:r>
    </w:p>
    <w:p>
      <w:r>
        <w:t>垃圾分类一小步，绿色文明一大步。实行垃圾分类，关系广大人民群众生活环境，也是社会文明水平的重要体现。我们向全体居民发出如下倡议：</w:t>
      </w:r>
    </w:p>
    <w:p>
      <w:r>
        <w:t>一、认真学习分类知识。弄清可回收物、厨余垃圾、有害垃圾、其他垃圾四类标准，在家中备好分类垃圾桶。</w:t>
      </w:r>
    </w:p>
    <w:p>
      <w:r>
        <w:t>二、自觉分类投放。厨余垃圾沥干汤水再投放，有害垃圾单独收集投放到指定点，不混装、不乱倒。</w:t>
      </w:r>
    </w:p>
    <w:p>
      <w:r>
        <w:t>三、带动家庭和邻里。小手拉大手，把分类习惯带进家庭、传播给邻居，共同守护我们的家园。</w:t>
      </w:r>
    </w:p>
    <w:p>
      <w:r>
        <w:t>垃圾分类人人有责、人人受益。让我们立刻行动起来，为绿色低碳生活贡献自己的一份力量！</w:t>
      </w:r>
    </w:p>
    <w:p>
      <w:r>
        <w:t>XX社区居委会</w:t>
      </w:r>
    </w:p>
    <w:p>
      <w:r>
        <w:t>____年__月__日</w:t>
      </w:r>
    </w:p>
    <w:p/>
    <w:p>
      <w:r>
        <w:t>【范文五：节约用水用电倡议书】</w:t>
      </w:r>
    </w:p>
    <w:p>
      <w:r>
        <w:t>节约用水用电倡议书</w:t>
      </w:r>
    </w:p>
    <w:p>
      <w:r>
        <w:t>全校师生：</w:t>
      </w:r>
    </w:p>
    <w:p>
      <w:r>
        <w:t>水是生命之源，电是文明之光。勤俭节约是中华民族的传统美德。为建设节约型校园，我们向全体师生发出如下倡议：</w:t>
      </w:r>
    </w:p>
    <w:p>
      <w:r>
        <w:t>一、随手关灯，人走电断。教室、办公室、走廊无人时及时关灯，电脑、投影仪、饮水机用完及时关闭电源，杜绝长明灯、长待机。</w:t>
      </w:r>
    </w:p>
    <w:p>
      <w:r>
        <w:t>二、节约用水，杜绝跑冒滴漏。洗手后关紧水龙头，发现水管漏水及时报修；不向河道、湖泊乱扔垃圾，保护每一滴水。</w:t>
      </w:r>
    </w:p>
    <w:p>
      <w:r>
        <w:t>三、绿色低碳，物尽其用。纸张双面使用，教材笔记循环利用，少用一次性餐具和塑料袋，让节约成为一种习惯。</w:t>
      </w:r>
    </w:p>
    <w:p>
      <w:r>
        <w:t>节约无小事，字字见初心。让我们携手做绿色生活的倡导者、践行者，共同守护好我们的碧水蓝天！</w:t>
      </w:r>
    </w:p>
    <w:p>
      <w:r>
        <w:t>XX学校后勤处</w:t>
      </w:r>
    </w:p>
    <w:p>
      <w:r>
        <w:t>____年__月__日</w:t>
      </w:r>
    </w:p>
    <w:p/>
    <w:p>
      <w:r>
        <w:t>【倡议书写作要点】</w:t>
      </w:r>
    </w:p>
    <w:p>
      <w:r>
        <w:t>1.标题一般直接写“关于XX的倡议书”或“XX倡议书”，居中、醒目。</w:t>
      </w:r>
    </w:p>
    <w:p>
      <w:r>
        <w:t>2.称呼顶格写倡议对象（同学们、市民朋友们、全体居民），后加冒号。</w:t>
      </w:r>
    </w:p>
    <w:p>
      <w:r>
        <w:t>3.开头讲明为什么发倡议——背景、意义、相关数据，先把道理讲透、引发共鸣。</w:t>
      </w:r>
    </w:p>
    <w:p>
      <w:r>
        <w:t>4.主体分条列项写倡议的具体做法，每条一事、动词开头、清楚可行，让人一看就知道怎么干。</w:t>
      </w:r>
    </w:p>
    <w:p>
      <w:r>
        <w:t>5.结尾用富有号召力的短句发出号召，常用“从现在做起、从点滴做起”收束。</w:t>
      </w:r>
    </w:p>
    <w:p>
      <w:r>
        <w:t>6.落款写倡议单位全称+成文日期；以单位名义发的倡议建议加盖公章后张贴或转发。</w:t>
      </w:r>
    </w:p>
    <w:p>
      <w:r>
        <w:t>7.语言要热情、有感染力，多用短句和排比；避免空话套话，每一条都要落到具体行动上。</w:t>
      </w:r>
    </w:p>
    <w:p>
      <w:r>
        <w:t>8.同一份倡议书可根据对象微调：对学生语气亲切、对市民庄重、对职工正式，但结构不变。</w:t>
      </w:r>
    </w:p>
    <w:p/>
    <w:p>
      <w:r>
        <w:t>【常见问题解答】</w:t>
      </w:r>
    </w:p>
    <w:p>
      <w:r>
        <w:t>问：倡议书一般由谁来发？</w:t>
      </w:r>
    </w:p>
    <w:p>
      <w:r>
        <w:t>答：可以是单位、部门、学校、社区，也可以是几个热心人联名发起。以单位名义发更正式、号召力更强；个人或联名发起适合公益类活动。</w:t>
      </w:r>
    </w:p>
    <w:p>
      <w:r>
        <w:t>问：倡议书需要写多长？</w:t>
      </w:r>
    </w:p>
    <w:p>
      <w:r>
        <w:t>答：一般一页到两页，三百到八百字为宜。太长没人看完，太短又说不清楚。把背景讲透、做法列清即可。</w:t>
      </w:r>
    </w:p>
    <w:p>
      <w:r>
        <w:t>问：发出去之后没人响应怎么办？</w:t>
      </w:r>
    </w:p>
    <w:p>
      <w:r>
        <w:t>答：倡议书只是第一步，关键还要配套具体活动安排。比如发了学雷锋倡议，就要同时组织好志愿服务岗，让大家知道去哪报名、干什么事，倡议才能落地。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