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在职证明收入证明模板范文（贷款/签证/入职通用版）Word下载</w:t>
      </w:r>
    </w:p>
    <w:p>
      <w:r>
        <w:t>在职证明收入证明模板范文（贷款/签证/入职通用版）Word下载</w:t>
      </w:r>
    </w:p>
    <w:p>
      <w:r>
        <w:t>【范文一：在职证明】</w:t>
      </w:r>
    </w:p>
    <w:p>
      <w:r>
        <w:t>在 职 证 明</w:t>
      </w:r>
    </w:p>
    <w:p>
      <w:r>
        <w:t>兹证明XXX（身份证号码：XXXXXXXXXXXXXXXXXX），自____年__月起在我单位工作，现为我单位XX部门XX岗位职工，已连续在我单位工作__年。</w:t>
      </w:r>
    </w:p>
    <w:p>
      <w:r>
        <w:t>该员工在我单位工作期间表现良好，遵守单位规章制度，目前在职状态属实。</w:t>
      </w:r>
    </w:p>
    <w:p>
      <w:r>
        <w:t>本证明仅用于证明该员工在我单位的工作情况，不作为我单位对该员工任何形式的担保文件。</w:t>
      </w:r>
    </w:p>
    <w:p>
      <w:r>
        <w:t>特此证明。</w:t>
      </w:r>
    </w:p>
    <w:p>
      <w:r>
        <w:t>单位名称（盖章）：________________</w:t>
      </w:r>
    </w:p>
    <w:p>
      <w:r>
        <w:t>单位地址：________________</w:t>
      </w:r>
    </w:p>
    <w:p>
      <w:r>
        <w:t>联系人：________　联系电话：________</w:t>
      </w:r>
    </w:p>
    <w:p>
      <w:r>
        <w:t>____年__月__日</w:t>
      </w:r>
    </w:p>
    <w:p/>
    <w:p>
      <w:r>
        <w:t>【范文二：收入证明】</w:t>
      </w:r>
    </w:p>
    <w:p>
      <w:r>
        <w:t>收 入 证 明</w:t>
      </w:r>
    </w:p>
    <w:p>
      <w:r>
        <w:t>兹证明XXX（身份证号码：XXXXXXXXXXXXXXXXXX）系我单位正式职工，在我单位担任XX职务，已连续工作__年。</w:t>
      </w:r>
    </w:p>
    <w:p>
      <w:r>
        <w:t>该职工近一年度（____年__月至____年__月）在我单位的月均总收入为人民币______元（大写：______元整），其中工资、奖金、津贴等合计年收入约人民币______元（大写：______元整）。</w:t>
      </w:r>
    </w:p>
    <w:p>
      <w:r>
        <w:t>以上情况真实无误。本证明仅用于该职工办理____________（如：申请住房贷款/办理签证）之用，我单位对本证明的真实性负责，不作其他用途担保。</w:t>
      </w:r>
    </w:p>
    <w:p>
      <w:r>
        <w:t>特此证明。</w:t>
      </w:r>
    </w:p>
    <w:p>
      <w:r>
        <w:t>单位名称（盖章）：________________</w:t>
      </w:r>
    </w:p>
    <w:p>
      <w:r>
        <w:t>人事部门联系人：________　联系电话：________</w:t>
      </w:r>
    </w:p>
    <w:p>
      <w:r>
        <w:t>____年__月__日</w:t>
      </w:r>
    </w:p>
    <w:p/>
    <w:p>
      <w:r>
        <w:t>【范文三：离职证明】</w:t>
      </w:r>
    </w:p>
    <w:p>
      <w:r>
        <w:t>离 职 证 明</w:t>
      </w:r>
    </w:p>
    <w:p>
      <w:r>
        <w:t>兹证明XXX（身份证号码：XXXXXXXXXXXXXXXXXX），原系我单位XX部门XX岗位员工，劳动合同期限自____年__月__日至____年__月__日。</w:t>
      </w:r>
    </w:p>
    <w:p>
      <w:r>
        <w:t>该员工因个人原因（协商一致）于____年__月__日与我单位解除/终止劳动合同，已办理完毕全部工作交接手续，工资、社保等均已结清，双方无任何劳动争议。</w:t>
      </w:r>
    </w:p>
    <w:p>
      <w:r>
        <w:t>因解除劳动合同给您带来的不便敬请谅解。感谢该员工在职期间为我单位作出的贡献，祝愿其今后工作顺利。</w:t>
      </w:r>
    </w:p>
    <w:p>
      <w:r>
        <w:t>特此证明。</w:t>
      </w:r>
    </w:p>
    <w:p>
      <w:r>
        <w:t>单位名称（盖章）：________________</w:t>
      </w:r>
    </w:p>
    <w:p>
      <w:r>
        <w:t>____年__月__日</w:t>
      </w:r>
    </w:p>
    <w:p/>
    <w:p>
      <w:r>
        <w:t>【范文四：工作经历证明（实习/兼职）】</w:t>
      </w:r>
    </w:p>
    <w:p>
      <w:r>
        <w:t>工 作 经 历 证 明</w:t>
      </w:r>
    </w:p>
    <w:p>
      <w:r>
        <w:t>兹证明XXX（身份证号码：XXXXXXXXXXXXXXXXXX）于____年__月__日至____年__月__日在我单位XX部门实习（兼职），主要从事XX工作，任职期间工作认真、表现良好。</w:t>
      </w:r>
    </w:p>
    <w:p>
      <w:r>
        <w:t>实习（兼职）期间的工作内容包括：协助完成XX事务、整理XX资料、参与XX项目的辅助工作等。现实习（兼职）已满，顺利结束。</w:t>
      </w:r>
    </w:p>
    <w:p>
      <w:r>
        <w:t>特此证明。</w:t>
      </w:r>
    </w:p>
    <w:p>
      <w:r>
        <w:t>单位名称（盖章）：________________</w:t>
      </w:r>
    </w:p>
    <w:p>
      <w:r>
        <w:t>____年__月__日</w:t>
      </w:r>
    </w:p>
    <w:p/>
    <w:p>
      <w:r>
        <w:t>【范文五：居住证明】</w:t>
      </w:r>
    </w:p>
    <w:p>
      <w:r>
        <w:t>居 住 证 明</w:t>
      </w:r>
    </w:p>
    <w:p>
      <w:r>
        <w:t>兹证明XXX（身份证号码：XXXXXXXXXXXXXXXXXX），自____年__月起至今居住在我辖区XX小区X号楼X单元XXX室，属我社区（村）管辖范围。</w:t>
      </w:r>
    </w:p>
    <w:p>
      <w:r>
        <w:t>上述居住情况属实。本证明仅用于该居民办理____________（如：子女入学、居住证换领）使用，不作其他用途。</w:t>
      </w:r>
    </w:p>
    <w:p>
      <w:r>
        <w:t>特此证明。</w:t>
      </w:r>
    </w:p>
    <w:p>
      <w:r>
        <w:t>社区（村）居委会（盖章）：________________</w:t>
      </w:r>
    </w:p>
    <w:p>
      <w:r>
        <w:t>联系人：________　联系电话：________</w:t>
      </w:r>
    </w:p>
    <w:p>
      <w:r>
        <w:t>____年__月__日</w:t>
      </w:r>
    </w:p>
    <w:p/>
    <w:p>
      <w:r>
        <w:t>【开证明注意事项】</w:t>
      </w:r>
    </w:p>
    <w:p>
      <w:r>
        <w:t>1.各类证明必须加盖单位公章（或人事专用章）方为有效，复印章、业务章一般不被银行、使领馆认可。</w:t>
      </w:r>
    </w:p>
    <w:p>
      <w:r>
        <w:t>2.在职/收入证明上的单位联系电话要真实可核查，银行、签证常会电话回访核实，话术要与证明一致。</w:t>
      </w:r>
    </w:p>
    <w:p>
      <w:r>
        <w:t>3.收入证明应实事求是，不要为了多贷款虚开收入；虚开证明单位和个人都要承担相应法律风险。</w:t>
      </w:r>
    </w:p>
    <w:p>
      <w:r>
        <w:t>4.离职证明是新单位入职和社保转移的必备材料，离职时务必向原单位索取并妥善保管，丢失补办较麻烦。</w:t>
      </w:r>
    </w:p>
    <w:p>
      <w:r>
        <w:t>5.证明上一般要注明“本证明仅用于XX用途、不作担保”，既合规又能规避单位连带风险。</w:t>
      </w:r>
    </w:p>
    <w:p>
      <w:r>
        <w:t>6.办理签证、贷款所需证明有固定格式要求的，先问清对方模板，再按模板开具，避免来回重开。</w:t>
      </w:r>
    </w:p>
    <w:p>
      <w:r>
        <w:t>7.身份证号、姓名要与证件完全一致，数字用大写标注金额，日期写全年月日，不留空当。</w:t>
      </w:r>
    </w:p>
    <w:p/>
    <w:p>
      <w:r>
        <w:t>【常见问题解答】</w:t>
      </w:r>
    </w:p>
    <w:p>
      <w:r>
        <w:t>问：开证明一般找哪个部门？</w:t>
      </w:r>
    </w:p>
    <w:p>
      <w:r>
        <w:t>答：在职、收入、离职证明找本单位人事部门（或办公室）；居住证明找社区居委会或物业；实习证明找实习单位的指导部门。</w:t>
      </w:r>
    </w:p>
    <w:p>
      <w:r>
        <w:t>问：证明要开几份？</w:t>
      </w:r>
    </w:p>
    <w:p>
      <w:r>
        <w:t>答：建议多开一到两份备用。银行贷款、签证、新单位入职往往各要一份原件，复印件一般不被认可，提前问清楚需要几份。</w:t>
      </w:r>
    </w:p>
    <w:p>
      <w:r>
        <w:t>问：收入证明开多少合适？</w:t>
      </w:r>
    </w:p>
    <w:p>
      <w:r>
        <w:t>答：按实际收入开。银行会结合你的银行流水、社保缴纳记录交叉核对，开高了对不上流水照样批不下来，还涉嫌提供虚假材料。</w:t>
      </w:r>
    </w:p>
    <w:p>
      <w:r>
        <w:t>问：离职后原单位不给开离职证明怎么办？</w:t>
      </w:r>
    </w:p>
    <w:p>
      <w:r>
        <w:t>答：按劳动合同法，用人单位应当在解除劳动合同时出具离职证明。单位拒开的，可向劳动监察部门投诉，造成损失的还可要求赔偿。</w:t>
      </w:r>
    </w:p>
    <w:p>
      <w:r>
        <w:t>问：证明上的日期怎么写？</w:t>
      </w:r>
    </w:p>
    <w:p>
      <w:r>
        <w:t>答：写开具当天的日期，用阿拉伯数字写全年月日，不要留空。银行和使领馆通常要求证明在一个月内开具才有效。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