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小学一年级数学上册知识点汇总+口算练习（可打印）</w:t>
      </w:r>
    </w:p>
    <w:p>
      <w:pPr>
        <w:pStyle w:val="Heading1"/>
      </w:pPr>
      <w:r>
        <w:t>一、全册知识框架</w:t>
      </w:r>
    </w:p>
    <w:p>
      <w:r>
        <w:t>一年级上册数学是孩子正式学数学的起点，整本教材其实就九大块内容：数一数、比一比、1到5的认识和加减法、认识物体和图形、分类、6到10的认识和加减法、11到20各数的认识、认识钟表、20以内的进位加法。别看着单元多，核心就两件事：一是把20以内的数认熟、写对、会排顺序；二是把20以内的加减法算准、算快。后面真正拉开差距的，就是20以内进位加法的口算速度。</w:t>
      </w:r>
    </w:p>
    <w:p>
      <w:pPr>
        <w:pStyle w:val="Heading1"/>
      </w:pPr>
      <w:r>
        <w:t>二、各单元知识点逐条梳理</w:t>
      </w:r>
    </w:p>
    <w:p>
      <w:pPr>
        <w:pStyle w:val="Heading2"/>
      </w:pPr>
      <w:r>
        <w:t>1. 数一数</w:t>
      </w:r>
    </w:p>
    <w:p>
      <w:r>
        <w:t>这一单元就是让孩子对着图数物品，数到几就写几。重点是手口一致，手指一个嘴里数一个，不能跳着数。常见易错：数到5以后容易漏数或重复数。家长可以让孩子数家里的筷子、台阶、水果，练出感觉。</w:t>
      </w:r>
    </w:p>
    <w:p>
      <w:pPr>
        <w:pStyle w:val="Heading2"/>
      </w:pPr>
      <w:r>
        <w:t>2. 比一比</w:t>
      </w:r>
    </w:p>
    <w:p>
      <w:r>
        <w:t>比多少、比长短、比高矮。关键提醒：比长短要看一端对齐；比高矮要站在同一平面上；比多少用一一对应的方法，一个对一个，谁有多余谁就多。</w:t>
      </w:r>
    </w:p>
    <w:p>
      <w:pPr>
        <w:pStyle w:val="Heading2"/>
      </w:pPr>
      <w:r>
        <w:t>3. 1到5的认识和加减法</w:t>
      </w:r>
    </w:p>
    <w:p>
      <w:r>
        <w:t>会数、会读、会写1到5，知道几和第几的区别（这是考试最爱考的坑：从左数第3个和左边3个不一样）。掌握2到5的分与合，比如5可以分成1和4、2和3。加减法的含义要理解：合起来用加法，去掉一部分用减法。</w:t>
      </w:r>
    </w:p>
    <w:p>
      <w:pPr>
        <w:pStyle w:val="Heading2"/>
      </w:pPr>
      <w:r>
        <w:t>4. 认识物体和图形</w:t>
      </w:r>
    </w:p>
    <w:p>
      <w:r>
        <w:t>长方体、正方体、圆柱、球四种立体图形，以及长方形、正方形、三角形、圆四种平面图形。易错点：球能滚动，正方体六个面都一样大，圆柱上下两个面是圆。让孩子拿实物摸一摸最直观。</w:t>
      </w:r>
    </w:p>
    <w:p>
      <w:pPr>
        <w:pStyle w:val="Heading2"/>
      </w:pPr>
      <w:r>
        <w:t>5. 分类</w:t>
      </w:r>
    </w:p>
    <w:p>
      <w:r>
        <w:t>按形状、颜色、用途把物品分成几类。难点是同一组物品可以有不同的分类标准，分类前要先说清楚按什么分。</w:t>
      </w:r>
    </w:p>
    <w:p>
      <w:pPr>
        <w:pStyle w:val="Heading2"/>
      </w:pPr>
      <w:r>
        <w:t>6. 6到10的认识和加减法</w:t>
      </w:r>
    </w:p>
    <w:p>
      <w:r>
        <w:t>这是上册的重点。熟练掌握6到10的分与合，能口算10以内的加减法，学会一图四式（两个加法两个减法）。连加连减、加减混合要从左往右依次算。</w:t>
      </w:r>
    </w:p>
    <w:p>
      <w:pPr>
        <w:pStyle w:val="Heading2"/>
      </w:pPr>
      <w:r>
        <w:t>7. 11到20各数的认识</w:t>
      </w:r>
    </w:p>
    <w:p>
      <w:r>
        <w:t>知道10个一是1个十，数位从右往左是个位、十位。11到20的读法写法，十几就是1个十和几个一组成。20以内不进位加法和不退位减法要会算。</w:t>
      </w:r>
    </w:p>
    <w:p>
      <w:pPr>
        <w:pStyle w:val="Heading2"/>
      </w:pPr>
      <w:r>
        <w:t>8. 认识钟表</w:t>
      </w:r>
    </w:p>
    <w:p>
      <w:r>
        <w:t>认识整时和半时。分针指着12是整时，时针指着几就是几时；分针指着6是半时，时针过了几就是几时半。易错：快到整时和刚过整时的判断。</w:t>
      </w:r>
    </w:p>
    <w:p>
      <w:pPr>
        <w:pStyle w:val="Heading2"/>
      </w:pPr>
      <w:r>
        <w:t>9. 20以内的进位加法</w:t>
      </w:r>
    </w:p>
    <w:p>
      <w:r>
        <w:t>全册重中之重。核心方法是凑十法：看大数，分小数，凑成十，加剩数。比如9加4，把4分成1和3，9加1等于10，10加3等于13。要求开学后练到脱口而出。</w:t>
      </w:r>
    </w:p>
    <w:p>
      <w:pPr>
        <w:pStyle w:val="Heading1"/>
      </w:pPr>
      <w:r>
        <w:t>三、口算天天练（可直接打印）</w:t>
      </w:r>
    </w:p>
    <w:p>
      <w:pPr>
        <w:pStyle w:val="Heading2"/>
      </w:pPr>
      <w:r>
        <w:t>第一组（10以内加法）</w:t>
      </w:r>
    </w:p>
    <w:p>
      <w:r>
        <w:t>2+3=    4+1=    5+2=    3+3=    1+8=    6+3=    4+4=    2+5=    7+2=    3+6=</w:t>
      </w:r>
    </w:p>
    <w:p>
      <w:r>
        <w:t>5+4=    1+9=    4+5=    2+7=    6+2=    3+5=    0+8=    7+1=    4+3=    5+5=</w:t>
      </w:r>
    </w:p>
    <w:p>
      <w:pPr>
        <w:pStyle w:val="Heading2"/>
      </w:pPr>
      <w:r>
        <w:t>第二组（10以内减法）</w:t>
      </w:r>
    </w:p>
    <w:p>
      <w:r>
        <w:t>5-2=    7-4=    9-3=    6-5=    8-2=    10-4=    7-3=    9-6=    8-5=    10-7=</w:t>
      </w:r>
    </w:p>
    <w:p>
      <w:r>
        <w:t>6-2=    4-1=    9-5=    8-3=    10-6=    7-2=    5-4=    9-7=    8-4=    10-3=</w:t>
      </w:r>
    </w:p>
    <w:p>
      <w:pPr>
        <w:pStyle w:val="Heading2"/>
      </w:pPr>
      <w:r>
        <w:t>第三组（20以内进位加法，凑十法）</w:t>
      </w:r>
    </w:p>
    <w:p>
      <w:r>
        <w:t>9+2=    9+5=    9+7=    8+3=    8+6=    8+5=    7+4=    7+6=    6+5=    6+6=</w:t>
      </w:r>
    </w:p>
    <w:p>
      <w:r>
        <w:t>9+4=    8+4=    7+5=    6+9=    5+7=    4+8=    3+9=    7+7=    8+8=    9+9=</w:t>
      </w:r>
    </w:p>
    <w:p>
      <w:pPr>
        <w:pStyle w:val="Heading1"/>
      </w:pPr>
      <w:r>
        <w:t>四、家长使用建议</w:t>
      </w:r>
    </w:p>
    <w:p>
      <w:r>
        <w:t>每天坚持练口算5到10分钟，比做一张卷子管用。先练准确率，再提速度。错题让孩子说一说怎么算的，把思路讲出来，比单纯订正更有效。本资料可以直接打印出来给孩子做，建议口算部分用铅笔，方便擦掉重做。</w:t>
      </w:r>
    </w:p>
    <w:p>
      <w:pPr>
        <w:pStyle w:val="Heading2"/>
      </w:pPr>
      <w:r>
        <w:t>第四组（20以内进位加法 continued）</w:t>
      </w:r>
    </w:p>
    <w:p>
      <w:r>
        <w:t>9+6=    8+7=    7+8=    6+7=    5+8=    4+7=    3+8=    2+9=    9+3=    8+9=</w:t>
      </w:r>
    </w:p>
    <w:p>
      <w:r>
        <w:t>7+9=    6+8=    5+9=    4+9=    9+8=    8+3=    7+3=    6+4=    5+6=    4+6=</w:t>
      </w:r>
    </w:p>
    <w:p>
      <w:pPr>
        <w:pStyle w:val="Heading2"/>
      </w:pPr>
      <w:r>
        <w:t>第五组（20以内不退位减法）</w:t>
      </w:r>
    </w:p>
    <w:p>
      <w:r>
        <w:t>15-3=    17-5=    18-6=    14-2=    16-4=    19-7=    13-1=    12-2=    18-8=    17-4=</w:t>
      </w:r>
    </w:p>
    <w:p>
      <w:pPr>
        <w:pStyle w:val="Heading1"/>
      </w:pPr>
      <w:r>
        <w:t>五、常见易错点提醒</w:t>
      </w:r>
    </w:p>
    <w:p>
      <w:r>
        <w:t>1. 几和第几分不清：排队问题里，'从前往后数第5个'和'前面有5个人'是两回事，前者含本人，后者不含。</w:t>
      </w:r>
    </w:p>
    <w:p>
      <w:r>
        <w:t>2. 比大小别光看数字：要先算出两边结果再比，比如3+4和9-2，先都算成7再判断。</w:t>
      </w:r>
    </w:p>
    <w:p>
      <w:r>
        <w:t>3. 看图列式要看问号在哪：问号在大括号下面求总数用加法，问号在一部分上面求部分用减法。</w:t>
      </w:r>
    </w:p>
    <w:p>
      <w:r>
        <w:t>4. 钟表题：分针指着12才是整时，分针指着6是半时，别把时针分针看反。</w:t>
      </w:r>
    </w:p>
    <w:p>
      <w:r>
        <w:t>5. 凑十法拆小数：比如8加5，把5拆成2和3，8加2等于10，10加3等于13，拆的时候要对着大数缺几拆几。</w:t>
      </w:r>
    </w:p>
    <w:p>
      <w:pPr>
        <w:pStyle w:val="Heading1"/>
      </w:pPr>
      <w:r>
        <w:t>六、家长辅导小贴士</w:t>
      </w:r>
    </w:p>
    <w:p>
      <w:r>
        <w:t>一年级孩子坐不住，口算练习可以分成两次，每次五分钟，比一次练半小时效果好。孩子做错题别急着批评，让他用小棒或者手指摆一摆，理解数量关系比算对答案更重要。本资料口算部分建议打印两到三份，反复练。</w:t>
      </w:r>
    </w:p>
    <w:p>
      <w:pPr>
        <w:pStyle w:val="Heading1"/>
      </w:pPr>
      <w:r>
        <w:t>十三、附加口算综合练习（附答案）</w:t>
      </w:r>
    </w:p>
    <w:p>
      <w:r>
        <w:t>第六组（20以内加减混合，可直接打印给孩子计时练）：</w:t>
      </w:r>
    </w:p>
    <w:p>
      <w:r>
        <w:t>9+4=    8+5=    7+6=    6+7=    5+8=    4+9=    3+8=    2+9=    9+7=    8+6=</w:t>
      </w:r>
    </w:p>
    <w:p>
      <w:r>
        <w:t>15-6=    14-8=    13-5=    12-7=    11-4=    16-9=    17-8=    18-9=    14-6=    15-7=</w:t>
      </w:r>
    </w:p>
    <w:p>
      <w:r>
        <w:t>参考答案：第一行依次是13、13、13、13、13、13、11、11、16、14；第二行依次是9、6、8、5、7、7、9、9、8、8。家长可以遮住答案让孩子先做，做完对照批改，错题抄到错题本周末再算一遍。</w:t>
      </w:r>
    </w:p>
    <w:p>
      <w:r>
        <w:t>练习建议：这一组要求孩子在五分钟内完成二十道题，正确率先保证九成以上，再慢慢提速。每天练一组，坚持两周，口算速度会有明显提高。一年级打基础阶段，口算天天练比做卷子管用，家长别偷懒，陪着孩子一起坚持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