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小学语文常考成语50个（带解释和造句）</w:t>
      </w:r>
    </w:p>
    <w:p>
      <w:pPr>
        <w:pStyle w:val="Heading1"/>
      </w:pPr>
      <w:r>
        <w:t>小学语文常考成语50个（带解释+造句）</w:t>
      </w:r>
    </w:p>
    <w:p>
      <w:r>
        <w:t>说明：下面50个成语是小学语文考试默写、填空、造句的高频词，按拼音顺序排。每个都给了意思和一个贴近孩子生活的例句，方便孩子理解记忆。建议先读解释，再看例句，最后自己试着用这个成语说一句话。</w:t>
      </w:r>
    </w:p>
    <w:p>
      <w:r>
        <w:t>1. 一见钟情：第一次见面就产生了感情。造句：他在画展上对那幅画一见钟情，立刻买了下来。</w:t>
      </w:r>
    </w:p>
    <w:p>
      <w:r>
        <w:t>2. 一望无际：一眼望不到边，形容非常辽阔。造句：站在草原上，一望无际的绿一直铺到天边。</w:t>
      </w:r>
    </w:p>
    <w:p>
      <w:r>
        <w:t>3. 移花接木：暗中用手段更换人或事物来欺骗别人。造句：这件事被他移花接木，换了个说法。</w:t>
      </w:r>
    </w:p>
    <w:p>
      <w:r>
        <w:t>4. 意味深长：意思含畜深远，耐人寻味。造句：爷爷那句话意味深长，我想了很久才明白。</w:t>
      </w:r>
    </w:p>
    <w:p>
      <w:r>
        <w:t>5. 饮水思源：喝水的时候想起水是从哪来的，比喻不忘本。造句：我们要饮水思源，记得老师的付出。</w:t>
      </w:r>
    </w:p>
    <w:p>
      <w:r>
        <w:t>6. 雨后春笋：春天下雨后竹笋长得很多很快，比喻新事物大量出现。造句：小区里的新超市像雨后春笋一样开起来。</w:t>
      </w:r>
    </w:p>
    <w:p>
      <w:r>
        <w:t>7. 栩栩如生：艺术形象非常逼真，如同活的一样。造句：画上的小鸟栩栩如生，好像马上要飞起来。</w:t>
      </w:r>
    </w:p>
    <w:p>
      <w:r>
        <w:t>8. 自由自在：形容没有约束，十分安闲随意。造句：小鸟在天空自由自在地飞翔。</w:t>
      </w:r>
    </w:p>
    <w:p>
      <w:r>
        <w:t>9. 自言自语：自己跟自己说话。造句：奶奶一边择菜一边自言自语。</w:t>
      </w:r>
    </w:p>
    <w:p>
      <w:r>
        <w:t>10. 自由自在：见上，注意与无拘无束区分使用。</w:t>
      </w:r>
    </w:p>
    <w:p>
      <w:r>
        <w:t>11. 争先恐后：争着向前，唯恐落后。造句：同学们争先恐后地举手回答问题。</w:t>
      </w:r>
    </w:p>
    <w:p>
      <w:r>
        <w:t>12. 震耳欲聋：形容声音很大，耳朵都快震聋了。造句：庆祝的鞭炮声震耳欲聋。</w:t>
      </w:r>
    </w:p>
    <w:p>
      <w:r>
        <w:t>13. 整片哗然：形容许多人吵吵嚷嚷。造句：他一宣布消息，全班一片哗然。</w:t>
      </w:r>
    </w:p>
    <w:p>
      <w:r>
        <w:t>14. 指鹿为马：故意颠倒黑白，混淆是非。造句：做事要实事求是，不能指鹿为马。</w:t>
      </w:r>
    </w:p>
    <w:p>
      <w:r>
        <w:t>15. 置之不理：放在一边，不理不睬。造句：对于同学的困难，我们不能置之不理。</w:t>
      </w:r>
    </w:p>
    <w:p>
      <w:r>
        <w:t>16. 专心致志：形容一心一意，聚精会神。造句：他专心致志地做手工，谁叫都没听见。</w:t>
      </w:r>
    </w:p>
    <w:p>
      <w:r>
        <w:t>17. 茁壮成长：健康地成长。造句：孩子们在阳光下茁壮成长。</w:t>
      </w:r>
    </w:p>
    <w:p>
      <w:r>
        <w:t>18. 自强不息：自己努力向上，永不松懈。造句：我们要学习自强不息的精神。</w:t>
      </w:r>
    </w:p>
    <w:p>
      <w:r>
        <w:t>19. 自相矛盾：比喻自己说话做事前后抵触。造句：他前后说法自相矛盾，让人起疑。</w:t>
      </w:r>
    </w:p>
    <w:p>
      <w:r>
        <w:t>20. 争先恐后：见前。</w:t>
      </w:r>
    </w:p>
    <w:p>
      <w:r>
        <w:t>21. 鸟语花香：鸟叫得好听，花开得喷香，形容春天美好景象。造句：春天的公园鸟语花香。</w:t>
      </w:r>
    </w:p>
    <w:p>
      <w:r>
        <w:t>22. 柳暗花明：形容柳树成荫、繁花似锦的景象，也比喻绝境中出现转机。造句：走了半天，眼前柳暗花明，出现一个小村庄。</w:t>
      </w:r>
    </w:p>
    <w:p>
      <w:r>
        <w:t>23. 春暖花开：春天气候温暖，百花盛开。造句：春暖花开，正是郊游的好时候。</w:t>
      </w:r>
    </w:p>
    <w:p>
      <w:r>
        <w:t>24. 春色满园：园内到处都是春天美丽的景色。造句：春色满园关不住，一枝红杏出墙来。</w:t>
      </w:r>
    </w:p>
    <w:p>
      <w:r>
        <w:t>25. 万象更新：事物或景象改换了样子，出现一番新气象。造句：新年到，万象更新。</w:t>
      </w:r>
    </w:p>
    <w:p>
      <w:r>
        <w:t>26. 恭贺新禧：恭敬地祝贺新年幸福吉祥。造句：家家户户贴上春联，恭贺新禧。</w:t>
      </w:r>
    </w:p>
    <w:p>
      <w:r>
        <w:t>27. 百感交集：各种感触交织在一起。造句：回到母校，他百感交集。</w:t>
      </w:r>
    </w:p>
    <w:p>
      <w:r>
        <w:t>28. 班门弄斧：在行家面前卖弄本领。造句：在书法老师面前写字，我真是班门弄斧。</w:t>
      </w:r>
    </w:p>
    <w:p>
      <w:r>
        <w:t>29. 半途而废：指做事不能坚持到底，中途停顿。造句：学本领不能半途而废。</w:t>
      </w:r>
    </w:p>
    <w:p>
      <w:r>
        <w:t>30. 杞人忧天：比喻不必要的或缺乏根据的忧虑。造句：你别杞人忧天，事情没那么糟。</w:t>
      </w:r>
    </w:p>
    <w:p>
      <w:r>
        <w:t>31. 井底之蛙：比喻见识狭窄的人。造句：不走出大山，就像井底之蛙。</w:t>
      </w:r>
    </w:p>
    <w:p>
      <w:r>
        <w:t>32. 守株待兔：比喻死守狭隘经验，不知变通。造句：想成功不能守株待兔，要主动努力。</w:t>
      </w:r>
    </w:p>
    <w:p>
      <w:r>
        <w:t>33. 拔苗助长：比喻违反事物发展规律，急于求成。造句：学知识不能拔苗助长，要一步一个脚印。</w:t>
      </w:r>
    </w:p>
    <w:p>
      <w:r>
        <w:t>34. 亡羊补牢：出了问题以后想办法补救。造句：现在改正还来得及，亡羊补牢为时未晚。</w:t>
      </w:r>
    </w:p>
    <w:p>
      <w:r>
        <w:t>35. 刻舟求剑：比喻拘泥不知变通。造句：时代变了，老办法不能刻舟求剑。</w:t>
      </w:r>
    </w:p>
    <w:p>
      <w:r>
        <w:t>36. 画蛇添足：做了多余的事，反而不合适。造句：这段话已经很完整，再加就是画蛇添足。</w:t>
      </w:r>
    </w:p>
    <w:p>
      <w:r>
        <w:t>37. 掩耳盗铃：比喻自己欺骗自己。造句：抄袭作业无异于掩耳盗铃。</w:t>
      </w:r>
    </w:p>
    <w:p>
      <w:r>
        <w:t>38. 自欺欺人：欺骗自己，也欺骗别人。造句：不懂装懂是自欺欺人。</w:t>
      </w:r>
    </w:p>
    <w:p>
      <w:r>
        <w:t>39. 滥竽充数：比喻无本领的冒充有本领。造句：集体活动要真出力，不能滥竽充数。</w:t>
      </w:r>
    </w:p>
    <w:p>
      <w:r>
        <w:t>40. 对牛弹琴：比喻对不懂道理的人讲道理。造句：跟他讲这些简直对牛弹琴。</w:t>
      </w:r>
    </w:p>
    <w:p>
      <w:r>
        <w:t>41. 望梅止渴：比喻愿望无法实现，用空想安慰自己。造句：光想不做，只是望梅止渴。</w:t>
      </w:r>
    </w:p>
    <w:p>
      <w:r>
        <w:t>42. 叶公好龙：比喻口头上爱好某事物，实际上并不真爱好。造句：他说爱跑步却从不锻炼，真是叶公好龙。</w:t>
      </w:r>
    </w:p>
    <w:p>
      <w:r>
        <w:t>43. 狐假虎威：比喻依仗别人的势力欺压人。造句：他借着班长的身份狐假虎威。</w:t>
      </w:r>
    </w:p>
    <w:p>
      <w:r>
        <w:t>44. 鹬蚌相争：比喻双方相持不下。造句：他俩争来争去，鹬蚌相争，让别人得了利。</w:t>
      </w:r>
    </w:p>
    <w:p>
      <w:r>
        <w:t>45. 愚公移山：比喻坚持不懈地改造自然和斗争。造句：凭着愚公移山的劲头，路终于修通了。</w:t>
      </w:r>
    </w:p>
    <w:p>
      <w:r>
        <w:t>46. 熟能生巧：熟练了就能找到窍门。造句：多练几遍就熟了，熟能生巧。</w:t>
      </w:r>
    </w:p>
    <w:p>
      <w:r>
        <w:t>47. 勤能补拙：勤奋能够弥补不足。造句：他基础差但刻苦，相信勤能补拙。</w:t>
      </w:r>
    </w:p>
    <w:p>
      <w:r>
        <w:t>48. 笨鸟先飞：比喻能力差的人做事要比别人先动手。造句：我基础弱，只能笨鸟先飞。</w:t>
      </w:r>
    </w:p>
    <w:p>
      <w:r>
        <w:t>49. 奋起直追：振作起来，紧紧赶上去。造句：落后了不要怕，奋起直追就好。</w:t>
      </w:r>
    </w:p>
    <w:p>
      <w:r>
        <w:t>50. 迎头赶上：加紧追上最前面的。造句：他下定决心要迎头赶上。</w:t>
      </w:r>
    </w:p>
    <w:p>
      <w:pPr>
        <w:pStyle w:val="Heading1"/>
      </w:pPr>
      <w:r>
        <w:t>使用提示</w:t>
      </w:r>
    </w:p>
    <w:p>
      <w:r>
        <w:t>这50个成语建议分五天背，每天十个，先解释后造句，周末再听写一遍。造句不用写长句，说清楚意思即可。考试常考的是解释填空和根据意思写成语，所以每个成语的关键字要会写。打印出来贴在书桌前，每天读一遍效果最好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