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初中英语核心语法要点汇总</w:t>
      </w:r>
    </w:p>
    <w:p>
      <w:pPr>
        <w:pStyle w:val="Heading1"/>
      </w:pPr>
      <w:r>
        <w:t>初中英语核心语法要点汇总</w:t>
      </w:r>
    </w:p>
    <w:p>
      <w:r>
        <w:t>这份资料把初中三年英语语法的主干捋了一遍，不是面面俱到抄书，而是把考试真正考的、学生真正容易混的点挑出来讲。建议配合课本单元复习使用，考前过一遍特别管用。</w:t>
      </w:r>
    </w:p>
    <w:p>
      <w:pPr>
        <w:pStyle w:val="Heading1"/>
      </w:pPr>
      <w:r>
        <w:t>一、名词</w:t>
      </w:r>
    </w:p>
    <w:p>
      <w:r>
        <w:t>可数名词复数变化规则：一般加s；以s,x,ch,sh结尾加es；以辅音字母加y结尾，变y为i加es（city-cities）；以o结尾的有生命加es（tomato-tomato, potato-potato），无生命加s（photo-photos）；不规则变化要单记，如man-men, woman-women, child-children, foot-feet, tooth-teeth, mouse-mice, sheep-sheep。名词所有格：单数加's（Tom's book），复数以s结尾加'（the students' books），两人共有只在最后一个加's，分别拥有各自加's。</w:t>
      </w:r>
    </w:p>
    <w:p>
      <w:pPr>
        <w:pStyle w:val="Heading1"/>
      </w:pPr>
      <w:r>
        <w:t>二、代词</w:t>
      </w:r>
    </w:p>
    <w:p>
      <w:r>
        <w:t>人称代词分主格和宾格，主格作主语放动词前，宾格作宾语放动词或介词后。形容词性物主代词后面必须加名词（my book），名词性物主代词本身等于形容词性物主代词加名词（mine=my book）。反身代词常用搭配：enjoy oneself, teach oneself, help oneself to, by oneself。不定代词some/any：some多用于肯定句和表示请求建议的疑问句，any多用于否定句和疑问句。不定代词作主语视为单数，形容词修饰不定代词要后置（something important）。</w:t>
      </w:r>
    </w:p>
    <w:p>
      <w:pPr>
        <w:pStyle w:val="Heading1"/>
      </w:pPr>
      <w:r>
        <w:t>三、冠词</w:t>
      </w:r>
    </w:p>
    <w:p>
      <w:r>
        <w:t>不定冠词a/an表泛指，a用于辅音音素开头的词前，an用于元音音素开头的词前，注意看发音不看字母，如an hour, a university。定冠词the表特指，用在世界上独一无二的事物、序数词最高级、乐器、江河海洋山脉、姓氏复数前。零冠词用在三餐、球类、学科、节假日、称呼语前。</w:t>
      </w:r>
    </w:p>
    <w:p>
      <w:pPr>
        <w:pStyle w:val="Heading1"/>
      </w:pPr>
      <w:r>
        <w:t>四、八大时态</w:t>
      </w:r>
    </w:p>
    <w:p>
      <w:r>
        <w:t>一般现在时：经常性动作或客观真理，动词用原形，第三人称单数加s/es。否定疑问借助do/does。现在进行时：be加doing，表正在进行。一般过去时：动词过去式，规则加ed，不规则单记。过去进行时：was/were加doing，表过去某时刻正在进行。一般将来时：will加动词原形，或be going to加动词原形。现在完成时：have/has加过去分词，表过去动作对现在的影响，常与already, yet, just, ever, never, since, for连用。过去完成时：had加过去分词，表过去的过去。过去将来时：would加动词原形。</w:t>
      </w:r>
    </w:p>
    <w:p>
      <w:r>
        <w:t>现在完成时是初中最大难点。have been to表去过已回，have gone to表去了未回，have been in表在某地待了多久。since加时间点，for加时间段。</w:t>
      </w:r>
    </w:p>
    <w:p>
      <w:pPr>
        <w:pStyle w:val="Heading1"/>
      </w:pPr>
      <w:r>
        <w:t>五、被动语态</w:t>
      </w:r>
    </w:p>
    <w:p>
      <w:r>
        <w:t>结构be加过去分词，时态体现在be上。一般现在时am/is/are done，一般过去时was/were done，一般将来时will be done，情态动词加be done。主动变被动：宾语提前作主语，动词变be done，主语加by放后面。</w:t>
      </w:r>
    </w:p>
    <w:p>
      <w:pPr>
        <w:pStyle w:val="Heading1"/>
      </w:pPr>
      <w:r>
        <w:t>六、三大从句</w:t>
      </w:r>
    </w:p>
    <w:p>
      <w:r>
        <w:t>宾语从句用陈述语序，即引导词后是主语加动词。时态呼应：主句过去时，从句用相应过去时态；从句是客观真理仍用一般现在时。引导词that可省，if/whether表是否，特殊疑问词保留。状语从句：时间、条件、让步、原因、结果、目的。主将从现原则：时间和条件状语从句中，主句将来时，从句用一般现在时表将来。定语从句修饰名词，关系代词who指人、which指物、that指人或物，作宾语时可省略。</w:t>
      </w:r>
    </w:p>
    <w:p>
      <w:pPr>
        <w:pStyle w:val="Heading1"/>
      </w:pPr>
      <w:r>
        <w:t>七、非谓语动词</w:t>
      </w:r>
    </w:p>
    <w:p>
      <w:r>
        <w:t>后接动名词的常见动词：enjoy, finish, mind, practice, keep, give up, be busy, be worth, feel like。后接不定式的：want, hope, wish, decide, plan, would like, agree, refuse。既可接to do又可接doing但意思不同的：stop to do停下来去做别的事，stop doing停止正在做的事；remember to do记得要做，remember doing记得做过；forget to do忘记要做，forget doing忘记做过。</w:t>
      </w:r>
    </w:p>
    <w:p>
      <w:pPr>
        <w:pStyle w:val="Heading1"/>
      </w:pPr>
      <w:r>
        <w:t>八、易混点速记</w:t>
      </w:r>
    </w:p>
    <w:p>
      <w:r>
        <w:t>spend主语是人，spend time/money on sth或(in) doing sth；cost主语是物；take用it takes sb time to do；pay主语是人，pay for。too much加不可数名词，much too加形容词副词。already用于肯定句，yet用于否定疑问。in加年月季节，on加具体某天，at加时刻。borrow借入，lend借出，keep延续。bring带来，take带走，fetch去取来。</w:t>
      </w:r>
    </w:p>
    <w:p>
      <w:pPr>
        <w:pStyle w:val="Heading1"/>
      </w:pPr>
      <w:r>
        <w:t>复习建议</w:t>
      </w:r>
    </w:p>
    <w:p>
      <w:r>
        <w:t>语法不要死背规则，要结合句子记。每条规则后面自己造两个句子，写在笔记本上。错题分类整理，时态题专门用一个本子。考前把本资料过两遍，重点看时态和从句。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