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高中化学方程式大全（按元素分类）</w:t>
      </w:r>
    </w:p>
    <w:p>
      <w:pPr>
        <w:pStyle w:val="Heading1"/>
      </w:pPr>
      <w:r>
        <w:t>高中化学方程式大全（按元素分类）</w:t>
      </w:r>
    </w:p>
    <w:p>
      <w:r>
        <w:t>高中化学方程式多到头疼，其实按元素串起来背就轻松多了。这份资料按钠、铝、铁、氯、硫、氮、硅、有机几条线整理，每条线从单质到化合物，反应条件和现象都标了，考前集中过一遍。</w:t>
      </w:r>
    </w:p>
    <w:p>
      <w:pPr>
        <w:pStyle w:val="Heading1"/>
      </w:pPr>
      <w:r>
        <w:t>一、钠及其化合物</w:t>
      </w:r>
    </w:p>
    <w:p>
      <w:r>
        <w:t>钠在空气中燃烧：2Na+O2=点燃=Na2O2，黄色火焰，生成淡黄色固体。钠与水反应：2Na+2H2O=2NaOH+H2↑，现象是浮、熔、游、响、红。过氧化钠与水：2Na2O2+2H2O=4NaOH+O2↑。过氧化钠与二氧化碳：2Na2O2+2CO2=2Na2CO3+O2，用于呼吸面具。碳酸氢钠受热分解：2NaHCO3=Δ=Na2CO3+H2O+CO2↑。碳酸钠溶液通二氧化碳：Na2CO3+CO2+H2O=2NaHCO3。</w:t>
      </w:r>
    </w:p>
    <w:p>
      <w:pPr>
        <w:pStyle w:val="Heading1"/>
      </w:pPr>
      <w:r>
        <w:t>二、铝及其化合物</w:t>
      </w:r>
    </w:p>
    <w:p>
      <w:r>
        <w:t>铝与氧气：4Al+3O2=2Al2O3。铝与盐酸：2Al+6HCl=2AlCl3+3H2↑。铝与氢氧化钠溶液：2Al+2NaOH+2H2O=2NaAlO2+3H2↑，铝是两性金属。氧化铝两性：Al2O3+6HCl=2AlCl3+3H2O；Al2O3+2NaOH=2NaAlO2+H2O。氢氧化铝两性：Al(OH)3+3HCl=AlCl3+3H2O；Al(OH)3+NaOH=NaAlO2+2H2O。氢氧化铝制备：AlCl3+3NH3·H2O=Al(OH)3↓+3NH4Cl，不用强碱因过量会溶解。铝热反应：2Al+Fe2O3=高温=Al2O3+2Fe，焊接钢轨。</w:t>
      </w:r>
    </w:p>
    <w:p>
      <w:pPr>
        <w:pStyle w:val="Heading1"/>
      </w:pPr>
      <w:r>
        <w:t>三、铁及其化合物</w:t>
      </w:r>
    </w:p>
    <w:p>
      <w:r>
        <w:t>铁与氯气：2Fe+3Cl2=点燃=2FeCl3，棕褐色烟。铁与硫：Fe+S=Δ=FeS。铁与水蒸气：3Fe+4H2O(g)=高温=Fe3O4+4H2。氧化铁被还原：Fe2O3+3CO=高温=2Fe+3CO2。氯化亚铁与氯气：2FeCl2+Cl2=2FeCl3，浅绿色变黄。氯化铁与铁：2FeCl3+Fe=3FeCl2。氯化铁与铜：2FeCl3+Cu=2FeCl2+CuCl2，刻蚀印刷电路板。氢氧化亚铁变氢氧化铁：4Fe(OH)2+O2+2H2O=4Fe(OH)3，白色沉淀迅速变灰绿最后变红褐。</w:t>
      </w:r>
    </w:p>
    <w:p>
      <w:pPr>
        <w:pStyle w:val="Heading1"/>
      </w:pPr>
      <w:r>
        <w:t>四、氯及其化合物</w:t>
      </w:r>
    </w:p>
    <w:p>
      <w:r>
        <w:t>氯气与铁、铜、氢气反应。氯气与水：Cl2+H2O=HCl+HClO，次氯酸有漂白性，见光分解2HClO=光照=2HCl+O2↑。氯气与氢氧化钠：Cl2+2NaOH=NaCl+NaClO+H2O，制漂白液。制漂白粉：2Cl2+2Ca(OH)2=CaCl2+Ca(ClO)2+2H2O。实验室制氯气：MnO2+4HCl(浓)=Δ=MnCl2+Cl2↑+2H2O。氯离子检验：先加稀硝酸酸化，再加硝酸银，产生不溶于硝酸的白色沉淀。</w:t>
      </w:r>
    </w:p>
    <w:p>
      <w:pPr>
        <w:pStyle w:val="Heading1"/>
      </w:pPr>
      <w:r>
        <w:t>五、硫及其化合物</w:t>
      </w:r>
    </w:p>
    <w:p>
      <w:r>
        <w:t>二氧化硫与水：SO2+H2O⇌H2SO3。二氧化硫催化氧化：2SO2+O2⇌催化剂Δ=2SO3。三氧化硫与水：SO3+H2O=H2SO4。铜与浓硫酸：Cu+2H2SO4(浓)=Δ=CuSO4+SO2↑+2H2O。碳与浓硫酸：C+2H2SO4(浓)=Δ=CO2↑+2SO2↑+2H2O。浓硫酸特性：吸水性、脱水性、强氧化性。硫酸根检验：先加稀盐酸无现象，再加氯化钡产生白色沉淀。</w:t>
      </w:r>
    </w:p>
    <w:p>
      <w:pPr>
        <w:pStyle w:val="Heading1"/>
      </w:pPr>
      <w:r>
        <w:t>六、氮及其化合物</w:t>
      </w:r>
    </w:p>
    <w:p>
      <w:r>
        <w:t>氮气与氧气：N2+O2=放电=2NO。一氧化氮变二氧化氮：2NO+O2=2NO2。二氧化氮与水：3NO2+H2O=2HNO3+NO。工业合成氨：N2+3H2⇌高温高压催化剂=2NH3。氨与水：NH3+H2O⇌NH3·H2O。氨催化氧化：4NH3+5O2=催化剂Δ=4NO+6H2O。铵盐受热分解，与碱反应放氨气。实验室制氨：2NH4Cl+Ca(OH)2=Δ=CaCl2+2NH3↑+2H2O。铜与浓硝酸：Cu+4HNO3(浓)=Cu(NO3)2+2NO2↑+2H2O。铜与稀硝酸：3Cu+8HNO3(稀)=3Cu(NO3)2+2NO↑+4H2O。</w:t>
      </w:r>
    </w:p>
    <w:p>
      <w:pPr>
        <w:pStyle w:val="Heading1"/>
      </w:pPr>
      <w:r>
        <w:t>七、硅及其化合物</w:t>
      </w:r>
    </w:p>
    <w:p>
      <w:r>
        <w:t>硅与氧气：Si+O2=Δ=SiO2。二氧化硅与氢氧化钠：SiO2+2NaOH=Na2SiO3+H2O，所以碱液不能用玻璃塞制。二氧化硅与氢氟酸：SiO2+4HF=SiF4↑+2H2O，氢氟酸腐蚀玻璃。制硅酸：Na2SiO3+2HCl=H2SiO3↓+2NaCl。</w:t>
      </w:r>
    </w:p>
    <w:p>
      <w:pPr>
        <w:pStyle w:val="Heading1"/>
      </w:pPr>
      <w:r>
        <w:t>八、有机基础</w:t>
      </w:r>
    </w:p>
    <w:p>
      <w:r>
        <w:t>甲烷燃烧：CH4+2O2=点燃=CO2+2H2O。甲烷取代：CH4+Cl2=光照=CH3Cl+HCl。乙烯加成：CH2=CH2+Br2→CH2BrCH2Br，使溴水褪色。乙烯加聚。乙醇与钠：2C2H5OH+2Na→2C2H5ONa+H2↑。乙醇催化氧化：2C2H5OH+O2=CuΔ=2CH3CHO+2H2O。乙酸与碳酸钠：2CH3COOH+Na2CO3→2CH3COONa+H2O+CO2↑。酯化反应：CH3COOH+C2H5OH⇌浓硫酸Δ=CH3COOC2H5+H2O。</w:t>
      </w:r>
    </w:p>
    <w:p>
      <w:pPr>
        <w:pStyle w:val="Heading1"/>
      </w:pPr>
      <w:r>
        <w:t>背诵建议</w:t>
      </w:r>
    </w:p>
    <w:p>
      <w:r>
        <w:t>不要按方程式孤立背，按元素主线背，每学一个物质就把它的上下游反应连起来。反应条件一定要记准，点燃、加热、高温、催化剂、可逆号，写错就扣分。建议自己动手抄一遍，边抄边念。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