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大学高数（上）期末复习提纲</w:t>
      </w:r>
    </w:p>
    <w:p>
      <w:pPr>
        <w:pStyle w:val="Heading1"/>
      </w:pPr>
      <w:r>
        <w:t>大学高数（上）期末复习提纲</w:t>
      </w:r>
    </w:p>
    <w:p>
      <w:r>
        <w:t>期末临近，高数是挂科大户。这份提纲按同济版高数上册章节整理，把期末必考的知识点和题型列出来，不抄书、只抓重点。复习顺序建议先过知识点，再做课后例题，最后刷两套往年题。</w:t>
      </w:r>
    </w:p>
    <w:p>
      <w:pPr>
        <w:pStyle w:val="Heading1"/>
      </w:pPr>
      <w:r>
        <w:t>一、函数、极限与连续</w:t>
      </w:r>
    </w:p>
    <w:p>
      <w:pPr>
        <w:pStyle w:val="Heading2"/>
      </w:pPr>
      <w:r>
        <w:t>1. 函数</w:t>
      </w:r>
    </w:p>
    <w:p>
      <w:r>
        <w:t>定义域求法：分母不为零、偶次根号下非负、对数真数大于零、反三角函数定义域。奇偶性判断：f(-x)与f(x)关系。复合函数分解。反函数求法。</w:t>
      </w:r>
    </w:p>
    <w:p>
      <w:pPr>
        <w:pStyle w:val="Heading2"/>
      </w:pPr>
      <w:r>
        <w:t>2. 极限</w:t>
      </w:r>
    </w:p>
    <w:p>
      <w:r>
        <w:t>数列极限与函数极限定义。极限四则运算法则。两个重要极限：lim(x→0) sinx/x=1；lim(x→∞)(1+1/x)^x=e，或lim(t→0)(1+t)^(1/t)=e。无穷小量比较：高阶、同阶、等价。常用等价无穷小（x→0）：sinx~x，tanx~x，arcsinx~x，arctanx~x，ln(1+x)~x，e^x-1~x，1-cosx~x²/2，(1+x)^a-1~ax。</w:t>
      </w:r>
    </w:p>
    <w:p>
      <w:r>
        <w:t>求极限方法总结：代入法、因式分解约零因子、有理化、等价无穷小替换、洛必达法则、两个重要极限、夹逼准则、泰勒公式。</w:t>
      </w:r>
    </w:p>
    <w:p>
      <w:pPr>
        <w:pStyle w:val="Heading2"/>
      </w:pPr>
      <w:r>
        <w:t>3. 连续与间断</w:t>
      </w:r>
    </w:p>
    <w:p>
      <w:r>
        <w:t>连续定义：lim(x→x0)f(x)=f(x0)。间断点分类：第一类间断点（左右极限都存在）分可去间断点和跳跃间断点；第二类间断点含无穷间断点和振荡间断点。闭区间上连续函数性质：最大值最小值定理、有界性定理、零点定理、介值定理。零点定理是证明题高频考点。</w:t>
      </w:r>
    </w:p>
    <w:p>
      <w:pPr>
        <w:pStyle w:val="Heading1"/>
      </w:pPr>
      <w:r>
        <w:t>二、导数与微分</w:t>
      </w:r>
    </w:p>
    <w:p>
      <w:r>
        <w:t>导数定义f'(x0)=lim(Δx→0)[f(x0+Δx)-f(x0)]/Δx。几何意义是切线斜率。基本求导公式与四则运算。复合函数链式求导。隐函数求导：两边对x求导，遇到y当作x的函数。参数方程求导：dy/dx=(dy/dt)/(dx/dt)。高阶导数。微分dy=f'(x)dx。</w:t>
      </w:r>
    </w:p>
    <w:p>
      <w:pPr>
        <w:pStyle w:val="Heading1"/>
      </w:pPr>
      <w:r>
        <w:t>三、微分中值定理与导数应用</w:t>
      </w:r>
    </w:p>
    <w:p>
      <w:r>
        <w:t>罗尔定理、拉格朗日中值定理、柯西中值定理。洛必达法则求0/0型和∞/∞型极限，注意使用条件。函数单调性判定：f'(x)&gt;0单调增。极值判定：第一充分条件看两侧导数变号，第二充分条件用二阶导数。曲线凹凸性：f''(x)&gt;0凹，f''(x)&lt;0凸，拐点是凹凸性改变的点。渐近线：水平渐近线、垂直渐近线、斜渐近线。曲率公式。</w:t>
      </w:r>
    </w:p>
    <w:p>
      <w:r>
        <w:t>证明题套路：证不等式常用单调性或拉格朗日；证存在性常用罗尔定理或零点定理。</w:t>
      </w:r>
    </w:p>
    <w:p>
      <w:pPr>
        <w:pStyle w:val="Heading1"/>
      </w:pPr>
      <w:r>
        <w:t>四、不定积分</w:t>
      </w:r>
    </w:p>
    <w:p>
      <w:r>
        <w:t>原函数与不定积分概念。基本积分表要背熟：∫x^n dx=x^(n+1)/(n+1)+C，∫1/x dx=ln|x|+C，∫e^x dx=e^x+C，∫sinx dx=-cosx+C，∫cosx dx=sinx+C，∫1/(1+x²)dx=arctanx+C，∫1/√(1-x²)dx=arcsinx+C。</w:t>
      </w:r>
    </w:p>
    <w:p>
      <w:r>
        <w:t>积分方法：第一类换元法（凑微分）；第二类换元法（三角代换、根式代换）；分部积分法∫u dv=uv-∫v du。分部积分选u的口诀：反对幂指三，靠前的选作u。</w:t>
      </w:r>
    </w:p>
    <w:p>
      <w:pPr>
        <w:pStyle w:val="Heading1"/>
      </w:pPr>
      <w:r>
        <w:t>五、定积分及其应用</w:t>
      </w:r>
    </w:p>
    <w:p>
      <w:r>
        <w:t>定积分定义与几何意义。牛顿莱布尼茨公式：∫(a到b)f(x)dx=F(b)-F(a)。变上限积分求导：d/dx∫(a到x)f(t)dt=f(x)。定积分换元法注意换元必换限。定积分分部积分。反常积分：无穷限反常积分和无界函数反常积分。</w:t>
      </w:r>
    </w:p>
    <w:p>
      <w:r>
        <w:t>定积分应用：求平面图形面积（直角坐标、极坐标）；求旋转体体积V=π∫[f(x)]²dx；求平行截面面积已知的立体体积；求平面曲线弧长。物理应用：变力做功、水压力、引力。</w:t>
      </w:r>
    </w:p>
    <w:p>
      <w:pPr>
        <w:pStyle w:val="Heading1"/>
      </w:pPr>
      <w:r>
        <w:t>六、微分方程</w:t>
      </w:r>
    </w:p>
    <w:p>
      <w:r>
        <w:t>可分离变量方程：移项分离两边积分。齐次方程：令u=y/x。一阶线性方程：y'+P(x)y=Q(x)，通解公式y=e^(-∫Pdx)[∫Q e^(∫Pdx)dx+C]。可降阶高阶方程：y''=f(x)型、y''=f(x,y')型、y''=f(y,y')型。二阶常系数齐次线性方程：特征方程r²+pr+q=0，按根的情况写通解（两不等实根、两相等实根、共轭复根）。二阶常系数非齐次：齐次通解加特解，特解形式按右边自由项设。</w:t>
      </w:r>
    </w:p>
    <w:p>
      <w:pPr>
        <w:pStyle w:val="Heading1"/>
      </w:pPr>
      <w:r>
        <w:t>复习节奏建议</w:t>
      </w:r>
    </w:p>
    <w:p>
      <w:r>
        <w:t>第一周过知识点，每章看完做课后例题；第二周刷往年期末题，按题型归类；考前两天专攻错题。高数没有捷径，但抓题型比死磕难题性价比高。本提纲对应教材例题位置已标注，建议配合课本使用。</w:t>
      </w:r>
    </w:p>
    <w:p>
      <w:pPr>
        <w:pStyle w:val="Heading1"/>
      </w:pPr>
      <w:r>
        <w:t>七、典型例题精选</w:t>
      </w:r>
    </w:p>
    <w:p>
      <w:r>
        <w:t>例1（求极限）：求lim(x→0) tan3x/sin5x。解：x→0时tan3x~3x，sin5x~5x，原式=3x/5x=3/5。</w:t>
      </w:r>
    </w:p>
    <w:p>
      <w:r>
        <w:t>例2（求极限）：求lim(x→∞)(1+2/x)^x。解：令t=x/2，则x=2t，原式=lim(t→∞)[(1+1/t)^t]²=e²。</w:t>
      </w:r>
    </w:p>
    <w:p>
      <w:r>
        <w:t>例3（导数应用）：求f(x)=x³-3x的极值。解：f'(x)=3x²-3=3(x-1)(x+1)，令f'(x)=0得x=±1。x&lt;-1时f'&gt;0，-1&lt;x&lt;1时f'&lt;0，x&gt;1时f'&gt;0。故x=-1取极大值f(-1)=2，x=1取极小值f(1)=-2。</w:t>
      </w:r>
    </w:p>
    <w:p>
      <w:r>
        <w:t>例4（不定积分）：求∫x e^x dx。解：分部积分，取u=x，dv=e^x dx，du=dx，v=e^x。原式=x e^x-∫e^x dx=x e^x-e^x+C。</w:t>
      </w:r>
    </w:p>
    <w:p>
      <w:r>
        <w:t>例5（定积分应用）：求由y=x²与y=x围成图形的面积。解：交点x²=x得x=0和x=1，面积S=∫(0到1)(x-x²)dx=[x²/2-x³/3]₀¹=1/2-1/3=1/6。</w:t>
      </w:r>
    </w:p>
    <w:p>
      <w:pPr>
        <w:pStyle w:val="Heading1"/>
      </w:pPr>
      <w:r>
        <w:t>八、考场答题注意</w:t>
      </w:r>
    </w:p>
    <w:p>
      <w:r>
        <w:t>极限题先判断类型，0/0型优先洛必达或等价替换；大题写清步骤，跳步会扣分。积分题注意换元必换限、分部积分选对u。应用题先画图标清区域，再列公式。证明题写清定理条件再下结论。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