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考研英语作文万能模板（图画+图表）</w:t>
      </w:r>
    </w:p>
    <w:p>
      <w:pPr>
        <w:pStyle w:val="Heading1"/>
      </w:pPr>
      <w:r>
        <w:t>考研英语作文万能模板（图画作文+图表作文）</w:t>
      </w:r>
    </w:p>
    <w:p>
      <w:r>
        <w:t>考研英语作文分小作文（应用文10分）和大作文（图画或图表20分）。这份资料重点给大作文两套万能模板，加小作文常考格式。模板不是死背，是让你考场上有骨架、不慌，再把具体话题词填进去。</w:t>
      </w:r>
    </w:p>
    <w:p>
      <w:pPr>
        <w:pStyle w:val="Heading1"/>
      </w:pPr>
      <w:r>
        <w:t>一、大作文三段式万能结构</w:t>
      </w:r>
    </w:p>
    <w:p>
      <w:pPr>
        <w:pStyle w:val="Heading2"/>
      </w:pPr>
      <w:r>
        <w:t>第一段：描述图画</w:t>
      </w:r>
    </w:p>
    <w:p>
      <w:r>
        <w:t>As is vividly revealed in the picture, （描述图画内容，谁在做什么）. The picture conveys a clear message that （点明寓意）. What the drawing intends to explain is that such a phenomenon is worth our careful consideration.</w:t>
      </w:r>
    </w:p>
    <w:p>
      <w:r>
        <w:t>描述图画常用句：In the cartoon, we can see that... / There is a person who is doing... / The caption below the picture reads: ...。</w:t>
      </w:r>
    </w:p>
    <w:p>
      <w:pPr>
        <w:pStyle w:val="Heading2"/>
      </w:pPr>
      <w:r>
        <w:t>第二段：分析意义/原因</w:t>
      </w:r>
    </w:p>
    <w:p>
      <w:r>
        <w:t>Several factors, I believe, can account for this phenomenon. First and foremost, （理由一）. In addition, （理由二）. A recent study conducted by researchers shows that （数据/调查）. Furthermore, （理由三）. It is not hard to notice that （引申）.</w:t>
      </w:r>
    </w:p>
    <w:p>
      <w:pPr>
        <w:pStyle w:val="Heading2"/>
      </w:pPr>
      <w:r>
        <w:t>第三段：总结+建议</w:t>
      </w:r>
    </w:p>
    <w:p>
      <w:r>
        <w:t>Based on the above analysis, it is imperative that we should take some measures. On the one hand, we should （个人层面怎么做）. On the other hand, the authorities are expected to （社会层面怎么做）. Only in this way can we （美好展望）.</w:t>
      </w:r>
    </w:p>
    <w:p>
      <w:pPr>
        <w:pStyle w:val="Heading1"/>
      </w:pPr>
      <w:r>
        <w:t>二、话题作文常用主题词替换</w:t>
      </w:r>
    </w:p>
    <w:p>
      <w:pPr>
        <w:pStyle w:val="Heading2"/>
      </w:pPr>
      <w:r>
        <w:t>品质类（坚持、合作、乐观、诚信）</w:t>
      </w:r>
    </w:p>
    <w:p>
      <w:r>
        <w:t>perseverance, cooperation, optimism, honesty, diligence, self-confidence, positive attitude。</w:t>
      </w:r>
    </w:p>
    <w:p>
      <w:pPr>
        <w:pStyle w:val="Heading2"/>
      </w:pPr>
      <w:r>
        <w:t>现象类（手机依赖、环境污染、文化传承、家庭教育）</w:t>
      </w:r>
    </w:p>
    <w:p>
      <w:r>
        <w:t>mobile phone addiction, environmental pollution, cultural inheritance, family education, the aging of population。</w:t>
      </w:r>
    </w:p>
    <w:p>
      <w:pPr>
        <w:pStyle w:val="Heading2"/>
      </w:pPr>
      <w:r>
        <w:t>万能替换</w:t>
      </w:r>
    </w:p>
    <w:p>
      <w:r>
        <w:t>important替换为vital/crucial/indispensable；many替换为a host of/numerous；think替换为hold/maintain/argue；more and more替换为an increasing number of。</w:t>
      </w:r>
    </w:p>
    <w:p>
      <w:pPr>
        <w:pStyle w:val="Heading1"/>
      </w:pPr>
      <w:r>
        <w:t>三、小作文格式模板</w:t>
      </w:r>
    </w:p>
    <w:p>
      <w:pPr>
        <w:pStyle w:val="Heading2"/>
      </w:pPr>
      <w:r>
        <w:t>1. 辞职信</w:t>
      </w:r>
    </w:p>
    <w:p>
      <w:r>
        <w:t>Dear Sir or Madam, I am writing to inform you about my decision to resign from my current position. The reasons are as follows. First, I find it difficult to balance my work and study. Second, the salary has proved to be less than I expected. I sincerely hope you can approve my resignation. I apologize for any inconvenience caused. Yours sincerely, Li Ming.</w:t>
      </w:r>
    </w:p>
    <w:p>
      <w:pPr>
        <w:pStyle w:val="Heading2"/>
      </w:pPr>
      <w:r>
        <w:t>2. 建议信</w:t>
      </w:r>
    </w:p>
    <w:p>
      <w:r>
        <w:t>Dear X, I am a student who is （身份）. I am writing to offer some practical suggestions on （话题）. In my humble opinion, you'd better （建议一）. In addition, it would be beneficial if （建议二）. I hope you will find these suggestions helpful. Yours, Li Ming.</w:t>
      </w:r>
    </w:p>
    <w:p>
      <w:pPr>
        <w:pStyle w:val="Heading2"/>
      </w:pPr>
      <w:r>
        <w:t>3. 邀请信/通知/告示</w:t>
      </w:r>
    </w:p>
    <w:p>
      <w:r>
        <w:t>Notice: To enrich students' after-school life, （活动） will be held in （地点） at （时间）. Those who are interested are welcome to sign up before （截止日期）. For further information, please contact （联系方式）. The Students' Union.</w:t>
      </w:r>
    </w:p>
    <w:p>
      <w:pPr>
        <w:pStyle w:val="Heading1"/>
      </w:pPr>
      <w:r>
        <w:t>四、高分过渡词</w:t>
      </w:r>
    </w:p>
    <w:p>
      <w:pPr>
        <w:pStyle w:val="Heading2"/>
      </w:pPr>
      <w:r>
        <w:t>表递进</w:t>
      </w:r>
    </w:p>
    <w:p>
      <w:r>
        <w:t>furthermore, moreover, in addition, besides, what's more, apart from this。</w:t>
      </w:r>
    </w:p>
    <w:p>
      <w:pPr>
        <w:pStyle w:val="Heading2"/>
      </w:pPr>
      <w:r>
        <w:t>表转折</w:t>
      </w:r>
    </w:p>
    <w:p>
      <w:r>
        <w:t>however, nevertheless, on the contrary, conversely。</w:t>
      </w:r>
    </w:p>
    <w:p>
      <w:pPr>
        <w:pStyle w:val="Heading2"/>
      </w:pPr>
      <w:r>
        <w:t>表总结</w:t>
      </w:r>
    </w:p>
    <w:p>
      <w:r>
        <w:t>in conclusion, to sum up, in a word, all in all, from what has been mentioned above。</w:t>
      </w:r>
    </w:p>
    <w:p>
      <w:pPr>
        <w:pStyle w:val="Heading2"/>
      </w:pPr>
      <w:r>
        <w:t>表举例</w:t>
      </w:r>
    </w:p>
    <w:p>
      <w:r>
        <w:t>for instance, take...as an example, a case in point is。</w:t>
      </w:r>
    </w:p>
    <w:p>
      <w:pPr>
        <w:pStyle w:val="Heading1"/>
      </w:pPr>
      <w:r>
        <w:t>五、考场提醒</w:t>
      </w:r>
    </w:p>
    <w:p>
      <w:r>
        <w:t>大作文160到200词，小作文100词左右。先审题判断是正面寓意还是反面现象，第二段分析方向不同：正面讲意义，反面讲原因加对策。字迹工整，字数写够，别跑题。模板考前至少默写三遍，形成肌肉记忆。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