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年度工作总结范文（机关事业单位通用版）</w:t>
      </w:r>
    </w:p>
    <w:p>
      <w:pPr>
        <w:pStyle w:val="Heading1"/>
      </w:pPr>
      <w:r>
        <w:t>年度工作总结范文（机关事业单位通用版）</w:t>
      </w:r>
    </w:p>
    <w:p>
      <w:pPr>
        <w:pStyle w:val="Heading2"/>
      </w:pPr>
      <w:r>
        <w:t>（使用提示：本文为完整范文，括号内为替换提示，正式提交时删掉括号说明，把岗位、数据换成自己的实际情况。涉及金额、指标处用'以实际为准'或填真实数据，不要照抄范文数字。）</w:t>
      </w:r>
    </w:p>
    <w:p>
      <w:pPr>
        <w:pStyle w:val="Heading1"/>
      </w:pPr>
      <w:r>
        <w:t>2025年度个人工作总结</w:t>
      </w:r>
    </w:p>
    <w:p>
      <w:r>
        <w:t>2025年，在单位领导的关心指导和同事们的支持配合下，我紧紧围绕年度工作目标，立足本职岗位，认真履行职责，较好地完成了各项工作任务。现将一年来的工作情况总结如下。</w:t>
      </w:r>
    </w:p>
    <w:p>
      <w:pPr>
        <w:pStyle w:val="Heading1"/>
      </w:pPr>
      <w:r>
        <w:t>一、加强学习，不断提升政治素养和业务能力</w:t>
      </w:r>
    </w:p>
    <w:p>
      <w:r>
        <w:t>一年来，我坚持把学习放在首位，认真参加单位组织的各项集中学习和主题教育活动，系统学习了相关政策文件和业务知识，努力把学习成果转化为推动工作的实际能力。在业务方面，我主动向老同志请教，利用业余时间学习与岗位相关的新知识、新技能，特别是在（某项业务，如公文写作、信息化系统操作、政策法规）方面有了明显提高，能够独立处理日常工作中遇到的常见问题。</w:t>
      </w:r>
    </w:p>
    <w:p>
      <w:pPr>
        <w:pStyle w:val="Heading1"/>
      </w:pPr>
      <w:r>
        <w:t>二、立足本职，扎实完成各项工作任务</w:t>
      </w:r>
    </w:p>
    <w:p>
      <w:pPr>
        <w:pStyle w:val="Heading2"/>
      </w:pPr>
      <w:r>
        <w:t>（一）日常工作有序推进。</w:t>
      </w:r>
    </w:p>
    <w:p>
      <w:r>
        <w:t>一年来，我认真做好（岗位日常事务，如文件收发、数据统计、会议组织、窗口服务等），做到件件有落实、事事有回音。累计办理各类事项（数量以实际为准），未出现重大差错。在材料起草方面，认真撰写各类通知、报告、总结等文字材料，力求准确规范。</w:t>
      </w:r>
    </w:p>
    <w:p>
      <w:pPr>
        <w:pStyle w:val="Heading2"/>
      </w:pPr>
      <w:r>
        <w:t>（二）重点任务圆满完成。</w:t>
      </w:r>
    </w:p>
    <w:p>
      <w:r>
        <w:t>围绕单位中心工作，我积极参与（某项重点工作，如专项检查、迎检准备、阶段性攻坚任务）。在这项工作中，我主要负责（具体职责，如资料收集、现场协调、数据汇总），期间克服了（时间紧、任务重等实际困难），按时保质完成了交办任务，得到了领导和同事的认可。</w:t>
      </w:r>
    </w:p>
    <w:p>
      <w:pPr>
        <w:pStyle w:val="Heading2"/>
      </w:pPr>
      <w:r>
        <w:t>（三）服务意识持续增强。</w:t>
      </w:r>
    </w:p>
    <w:p>
      <w:r>
        <w:t>面对服务对象（办事群众、业务科室、基层单位），我坚持耐心细致，能一次办好的不让对方跑第二趟。对咨询的问题，属于职责范围内的当场解答，不属于的主动帮助联系对接。全年未收到有效投诉。</w:t>
      </w:r>
    </w:p>
    <w:p>
      <w:pPr>
        <w:pStyle w:val="Heading1"/>
      </w:pPr>
      <w:r>
        <w:t>三、存在的不足</w:t>
      </w:r>
    </w:p>
    <w:p>
      <w:r>
        <w:t>回顾一年工作，对照更高标准，我也清醒认识到自身还存在一些不足：一是理论学习还不够系统深入，有时满足于学过看过，联系实际思考不够；二是工作创新意识不强，习惯于按老办法办事，主动谋划、超前谋划不够；三是业务能力还有短板，面对新情况新问题时办法不多，应急处理能力有待提高。</w:t>
      </w:r>
    </w:p>
    <w:p>
      <w:pPr>
        <w:pStyle w:val="Heading1"/>
      </w:pPr>
      <w:r>
        <w:t>四、下一步努力方向</w:t>
      </w:r>
    </w:p>
    <w:p>
      <w:r>
        <w:t>新的一年，我将针对上述不足认真加以改进。一是进一步加强学习，把政策学深、把业务学精，做到学用结合；二是进一步强化责任担当，主动思考工作，多出主意、多想办法；三是进一步改进工作作风，提高工作效率和质量，以更加饱满的热情完成好各项任务，不辜负领导和同事们的信任。</w:t>
      </w:r>
    </w:p>
    <w:p>
      <w:r>
        <w:t>以上总结，不当之处请批评指正。</w:t>
      </w:r>
    </w:p>
    <w:p>
      <w:pPr>
        <w:pStyle w:val="Heading1"/>
      </w:pPr>
      <w:r>
        <w:t>附：使用提示</w:t>
      </w:r>
    </w:p>
    <w:p>
      <w:r>
        <w:t>1. 结构上按'学习—工作—不足—方向'四段式，这是机关事业单位最稳妥的写法，领导看着顺眼。</w:t>
      </w:r>
    </w:p>
    <w:p>
      <w:r>
        <w:t>2. 成绩部分要写具体事，别光喊口号，哪怕写一件参与的重点工作也比空泛叙述强。</w:t>
      </w:r>
    </w:p>
    <w:p>
      <w:r>
        <w:t>3. 不足要写得真诚但不致命，选那些'改进空间型'的问题，不要写'责任心不强'这类硬伤。</w:t>
      </w:r>
    </w:p>
    <w:p>
      <w:r>
        <w:t>4. 数据一定要真实，范文里的数量都是占位，换成自己单位的实际数，没有准确数就写'较好完成''顺利完成'，别编数字。</w:t>
      </w:r>
    </w:p>
    <w:p>
      <w:r>
        <w:t>5. 语言要平实，少用华丽辞藻，工作总结是写实不是写散文。</w:t>
      </w:r>
    </w:p>
    <w:p>
      <w:pPr>
        <w:pStyle w:val="Heading1"/>
      </w:pPr>
      <w:r>
        <w:t>（续）工作亮点</w:t>
      </w:r>
    </w:p>
    <w:p>
      <w:r>
        <w:t>回顾全年，有几件事让我印象比较深。一件是年中那次集中攻坚，时间紧、标准高，我和科室几位同事连续加班两周，最终按时交出成果，没有拖整体后腿。另一件是窗口接待中遇到一位对政策不理解的办事群众，我没有简单回绝，而是耐心把政策一条条讲清楚，又帮他对照自身情况梳理材料，最后他顺利办成，专门来电表示感谢。这件事让我体会到，服务工作不在于话说得多漂亮，而在于有没有真正站在对方角度想问题。</w:t>
      </w:r>
    </w:p>
    <w:p>
      <w:r>
        <w:t>在文字材料方面，我坚持写每一份材料都先问自己：这件事的重点是什么、领导想看什么、基层能照着做什么。全年起草的各类材料，经过几轮修改后基本能一次性通过，返工率比年初下降不少。</w:t>
      </w:r>
    </w:p>
    <w:p>
      <w:pPr>
        <w:pStyle w:val="Heading1"/>
      </w:pPr>
      <w:r>
        <w:t>（续）思想认识</w:t>
      </w:r>
    </w:p>
    <w:p>
      <w:r>
        <w:t>一年来，我深刻体会到，岗位虽平凡，但责任不轻。每一份文件、每一次接待、每一组数据，背后连着的都是具体的事、具体的人。只有把小事当回事，才能把工作做到位。我也更加明白，学习不是一阵子的事，而是一辈子的事，政策在更新、要求在提高，不学习就跟不上节奏。</w:t>
      </w:r>
    </w:p>
    <w:p>
      <w:r>
        <w:t>新的一年，我将继续保持谦虚谨慎的态度，多向领导请教、多向同事学习，把工作做得更扎实，不辜负组织的培养和信任。</w:t>
      </w:r>
    </w:p>
    <w:p>
      <w:pPr>
        <w:pStyle w:val="Heading1"/>
      </w:pPr>
      <w:r>
        <w:t>五、加强团结协作</w:t>
      </w:r>
    </w:p>
    <w:p>
      <w:r>
        <w:t>一年来，我注重和同事们搞好配合。工作中遇到交叉事项，主动沟通、不推诿；别人需要搭把手时，也尽力支持。科室里几次集中任务，都是大家分工协作完成的，我深刻体会到，一个人走得再快，也不如一个团队走得远。</w:t>
      </w:r>
    </w:p>
    <w:p>
      <w:r>
        <w:t>我也注意摆正自己的位置，不越位、不缺位，该请示的请示，该汇报的汇报，该自己承担的绝不推给别人。对待领导交办的事，做到件件有回音；对待同事配合的事，做到事事有回应。</w:t>
      </w:r>
    </w:p>
    <w:p>
      <w:pPr>
        <w:pStyle w:val="Heading1"/>
      </w:pPr>
      <w:r>
        <w:t>六、廉洁自律方面</w:t>
      </w:r>
    </w:p>
    <w:p>
      <w:r>
        <w:t>在日常工作中，我严格遵守单位各项规章制度，严格要求自己，不碰红线、不越底线。在经手的事项中，坚持按程序办、按规矩来，不谋私利。一年来，没有发生任何违规违纪问题。</w:t>
      </w:r>
    </w:p>
    <w:p>
      <w:pPr>
        <w:pStyle w:val="Heading1"/>
      </w:pPr>
      <w:r>
        <w:t>七、结语</w:t>
      </w:r>
    </w:p>
    <w:p>
      <w:r>
        <w:t>总的来说，这一年是充实的一年，也是收获的一年。成绩属于过去，不足留给将来。新的一年，我将以更高标准要求自己，把工作做得更细更实，为单位发展贡献自己的一份力量。以上总结，请领导和同志们批评指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