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转正述职报告范文（新员工试用期满）</w:t>
      </w:r>
    </w:p>
    <w:p>
      <w:pPr>
        <w:pStyle w:val="Heading1"/>
      </w:pPr>
      <w:r>
        <w:t>转正述职报告范文（新员工试用期满）</w:t>
      </w:r>
    </w:p>
    <w:p>
      <w:pPr>
        <w:pStyle w:val="Heading2"/>
      </w:pPr>
      <w:r>
        <w:t>使用提示：括号内按自己实际岗位替换。本范文适用于三个月或六个月试用期转正答辩，正式提交时删除提示文字，时间、部门、数据按实际填写。</w:t>
      </w:r>
    </w:p>
    <w:p>
      <w:pPr>
        <w:pStyle w:val="Heading1"/>
      </w:pPr>
      <w:r>
        <w:t>转正述职报告</w:t>
      </w:r>
    </w:p>
    <w:p>
      <w:r>
        <w:t>尊敬的各位领导、各位同事：</w:t>
      </w:r>
    </w:p>
    <w:p>
      <w:r>
        <w:t>大家好！我叫（姓名），于（入职日期）加入公司，在（部门名称）担任（岗位名称）一职。至今试用期已满，现向各位领导和同事汇报试用期内的工作情况，请予审议。</w:t>
      </w:r>
    </w:p>
    <w:p>
      <w:pPr>
        <w:pStyle w:val="Heading1"/>
      </w:pPr>
      <w:r>
        <w:t>一、试用期工作回顾</w:t>
      </w:r>
    </w:p>
    <w:p>
      <w:pPr>
        <w:pStyle w:val="Heading2"/>
      </w:pPr>
      <w:r>
        <w:t>（一）快速融入，熟悉环境。</w:t>
      </w:r>
    </w:p>
    <w:p>
      <w:r>
        <w:t>刚入职时，我对公司的业务流程、规章制度和团队协作方式都比较陌生。在部门领导和带教师傅的帮助下，我用最短时间熟悉了公司组织架构、岗位职责和日常工作规范，顺利完成了从校园人（或前一份工作）到公司一员的角色转变。这段时间里，我认真参加新员工培训，主动认识各部门同事，尽快融入了团队。</w:t>
      </w:r>
    </w:p>
    <w:p>
      <w:pPr>
        <w:pStyle w:val="Heading2"/>
      </w:pPr>
      <w:r>
        <w:t>（二）虚心学习，掌握技能。</w:t>
      </w:r>
    </w:p>
    <w:p>
      <w:r>
        <w:t>围绕岗位要求，我系统学习了（岗位所需的知识、系统、工具，如业务流程、专业软件、产品知识）。通过听课、看文档、跟着做，我逐步掌握了（具体技能，如独立操作某系统、独立完成某项业务流程）。刚开始做（某项工作）时，我也曾出现（小失误，如对流程不熟悉导致返工），后来我把常见问题整理成笔记，遇到不确定的先查笔记再请教，明显减少了差错。</w:t>
      </w:r>
    </w:p>
    <w:p>
      <w:pPr>
        <w:pStyle w:val="Heading2"/>
      </w:pPr>
      <w:r>
        <w:t>（三）认真做事，完成任务。</w:t>
      </w:r>
    </w:p>
    <w:p>
      <w:r>
        <w:t>试用期内，我主要承担了（具体工作内容，如协助完成数据整理、参与项目执行、处理日常业务）。截至目前，累计完成（工作数量以实际为准），其中印象最深的是（举一件具体做成的事，简述背景、做法、结果）。这件事让我真正体会到岗位价值，也增强了信心。</w:t>
      </w:r>
    </w:p>
    <w:p>
      <w:pPr>
        <w:pStyle w:val="Heading1"/>
      </w:pPr>
      <w:r>
        <w:t>二、个人收获与体会</w:t>
      </w:r>
    </w:p>
    <w:p>
      <w:r>
        <w:t>试用期最大的收获，一是学会了用结果说话，做工作不仅要做完，还要做到位、能交付；二是懂得了团队协作的重要，很多事不是一个人能干成的，及时沟通、主动补位很关键；三是养成了复盘习惯，每天下班前花几分钟想想今天哪里做得好、哪里可以改进。</w:t>
      </w:r>
    </w:p>
    <w:p>
      <w:pPr>
        <w:pStyle w:val="Heading1"/>
      </w:pPr>
      <w:r>
        <w:t>三、存在的不足</w:t>
      </w:r>
    </w:p>
    <w:p>
      <w:r>
        <w:t>对照岗位更高要求，我也看到自己的差距：一是业务经验还比较浅，处理复杂问题时思路不够开阔；二是工作效率还有提升空间，对一些重复性工作还没找到更高效的方法；三是沟通表达有时不够简练，汇报工作还需要继续打磨。</w:t>
      </w:r>
    </w:p>
    <w:p>
      <w:pPr>
        <w:pStyle w:val="Heading1"/>
      </w:pPr>
      <w:r>
        <w:t>四、转正后的工作打算</w:t>
      </w:r>
    </w:p>
    <w:p>
      <w:r>
        <w:t>如果能够顺利转正，我将从以下几方面继续努力：第一，深耕业务，把岗位知识学透，争取半年内能独立扛起更多任务；第二，提高效率，主动总结工作方法，多向优秀同事取经；第三，增强主动性，不满足于完成交办的事，多思考还能为团队做什么。我会以更负责任的态度对待每一项工作，不辜负公司给予的机会。</w:t>
      </w:r>
    </w:p>
    <w:p>
      <w:r>
        <w:t>以上是我的转正述职，恳请各位领导、同事批评指正，谢谢大家！</w:t>
      </w:r>
    </w:p>
    <w:p>
      <w:pPr>
        <w:pStyle w:val="Heading1"/>
      </w:pPr>
      <w:r>
        <w:t>附：使用提示</w:t>
      </w:r>
    </w:p>
    <w:p>
      <w:r>
        <w:t>1. 转正报告核心是让领导看到你'来了以后成长了、能干活了、想长期干'。</w:t>
      </w:r>
    </w:p>
    <w:p>
      <w:r>
        <w:t>2. 一定要有具体事例，哪怕是小事，也比空说'我努力工作'强。</w:t>
      </w:r>
    </w:p>
    <w:p>
      <w:r>
        <w:t>3. 不足别写致命伤，选那种'经验不足、效率待提升'的成长型问题。</w:t>
      </w:r>
    </w:p>
    <w:p>
      <w:r>
        <w:t>4. 结尾表态要诚恳，不要写得像跳槽宣言。</w:t>
      </w:r>
    </w:p>
    <w:p>
      <w:r>
        <w:t>5. 答辩时控制在5分钟左右，留时间回答提问。</w:t>
      </w:r>
    </w:p>
    <w:p>
      <w:pPr>
        <w:pStyle w:val="Heading1"/>
      </w:pPr>
      <w:r>
        <w:t>（续）具体工作案例</w:t>
      </w:r>
    </w:p>
    <w:p>
      <w:r>
        <w:t>举一个让我成长最大的例子。入职第二周，带教师傅让我独立整理一份数据报表。我当时想当然地按自己的理解填了数，结果交上去被指出三处口径错误：有的数据统计范围不对，有的时间节点没对齐，还有一处把同比和环比弄混了。那次返工让我明白，数据工作最怕'差不多'。后来我养成习惯，动手前先问清口径，做完后自己交叉核对一遍再提交。从那以后，我交出去的材料出错率明显下降。</w:t>
      </w:r>
    </w:p>
    <w:p>
      <w:r>
        <w:t>还有一次部门临时接到紧急任务，需要当天出一份汇总。我主动留下来帮忙，和同事分工协作，整理数据、核对内容、排版打印，一直忙到晚上。虽然累，但看到任务按时交付，心里特别踏实。这件事让我感受到团队作战的力量，也让我明白关键时刻顶得上，才是真正融入团队。</w:t>
      </w:r>
    </w:p>
    <w:p>
      <w:pPr>
        <w:pStyle w:val="Heading1"/>
      </w:pPr>
      <w:r>
        <w:t>（续）对岗位的理解</w:t>
      </w:r>
    </w:p>
    <w:p>
      <w:r>
        <w:t>经过这几个月，我对这份工作有了更深的认识。它不只是完成交办的任务，更是要在岗位上发现问题、推动改进。我开始有意识地留意工作中哪些环节可以更顺、哪些重复劳动可以优化，并把想法记下来，找机会和带教师傅交流。我希望转正后，能从一个'执行的人'慢慢成长为一个'能主动担事的人'。</w:t>
      </w:r>
    </w:p>
    <w:p>
      <w:pPr>
        <w:pStyle w:val="Heading1"/>
      </w:pPr>
      <w:r>
        <w:t>五、对公司文化的感受</w:t>
      </w:r>
    </w:p>
    <w:p>
      <w:r>
        <w:t>几个月下来，我对公司的氛围有了切身体会。这里没有那种彼此提防的紧张感，遇到问题大家一起想办法；领导也不是只压任务，而是愿意花时间带新人。部门每周的例会，大家不光汇报工作，也分享踩过的坑，这种氛围让我很安心。</w:t>
      </w:r>
    </w:p>
    <w:p>
      <w:r>
        <w:t>我也看到身边优秀同事是怎么工作的：他们做事情有闭环，接到任务先确认目标，执行中及时反馈，完成后主动复盘。这些细节我都看在眼里，记在心上，努力在自己工作中模仿和实践。</w:t>
      </w:r>
    </w:p>
    <w:p>
      <w:pPr>
        <w:pStyle w:val="Heading1"/>
      </w:pPr>
      <w:r>
        <w:t>六、结语</w:t>
      </w:r>
    </w:p>
    <w:p>
      <w:r>
        <w:t>试用期不长，但足够让我看清：这是一家值得长期投入的公司，也是一个值得珍惜的团队。如果能够转正，我会把这里当成自己的事业来做，而不只是一份工作。感谢领导的包容，感谢同事的帮助。请大家继续监督我、帮助我。谢谢！</w:t>
      </w:r>
    </w:p>
    <w:p>
      <w:pPr>
        <w:pStyle w:val="Heading1"/>
      </w:pPr>
      <w:r>
        <w:t>七、最后一句话</w:t>
      </w:r>
    </w:p>
    <w:p>
      <w:r>
        <w:t>试用期这几个月，是我从校园（或上一段经历）走向职场的重要过渡。我感谢这个平台给我机会，也感谢每一位愿意教我的同事。转正对我来说不是终点，而是真正开始承担责任的起点。我会用行动证明，大家的选择没有错。再次谢谢各位领导和同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