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竞选班长演讲稿范文</w:t>
      </w:r>
    </w:p>
    <w:p>
      <w:pPr>
        <w:pStyle w:val="Heading1"/>
      </w:pPr>
      <w:r>
        <w:t>竞选班长演讲稿范文</w:t>
      </w:r>
    </w:p>
    <w:p>
      <w:pPr>
        <w:pStyle w:val="Heading2"/>
      </w:pPr>
      <w:r>
        <w:t>使用提示：本稿适合中学或大学班会竞选，括号内按实际情况替换。正式上台前通读两遍，改成自己说话的口气，别像背书。</w:t>
      </w:r>
    </w:p>
    <w:p>
      <w:r>
        <w:t>尊敬的老师、亲爱的同学们：</w:t>
      </w:r>
    </w:p>
    <w:p>
      <w:r>
        <w:t>大家好！</w:t>
      </w:r>
    </w:p>
    <w:p>
      <w:r>
        <w:t>今天站在这里，我有点紧张，但更多的是鼓起了勇气。我叫（姓名），今天想竞选的职位是咱们班的班长。</w:t>
      </w:r>
    </w:p>
    <w:p>
      <w:r>
        <w:t>也许有人会问，你凭什么当班长？说实话，我不是班里成绩最拔尖的那个，也不是最活跃的那个，但我觉得，当班长靠的不是成绩，也不是嗓门，而是一份愿意为大家跑腿、为班级操心的心。</w:t>
      </w:r>
    </w:p>
    <w:p>
      <w:r>
        <w:t>回想这一年多，我看到咱们班其实有不少优点：运动会上大家齐心协力，文艺汇演谁都不退缩，平时同学之间也很团结。但我也发现一些可以做得更好的地方：比如自习课纪律时好时坏；比如有些同学遇到困难不好意思开口，班干部也没及时发现；再比如班级活动大家参与度不够均衡，总是那几张脸忙前忙后。</w:t>
      </w:r>
    </w:p>
    <w:p>
      <w:r>
        <w:t>如果我有幸当选班长，我想做好这么几件事。</w:t>
      </w:r>
    </w:p>
    <w:p>
      <w:r>
        <w:t>第一，做好老师和同学之间的桥梁。老师布置的事，我会及时传达到位；大家有什么意见建议，我也会收集好、反映上去，不让大家的话石沉大海。</w:t>
      </w:r>
    </w:p>
    <w:p>
      <w:r>
        <w:t>第二，把班级日常管理做得更细。比如自习课安排轮流值日维护纪律，比如建立一个简单的班级备忘，谁哪天生日、谁最近状态不好，大家互相提个醒。</w:t>
      </w:r>
    </w:p>
    <w:p>
      <w:r>
        <w:t>第三，多组织大家喜欢的活动。不搞那种走形式的活动，而是真正问问大家想玩什么——是来一次班级团建，还是搞个学习小组，或者期末前组织一次答疑互助。</w:t>
      </w:r>
    </w:p>
    <w:p>
      <w:r>
        <w:t>第四，也是最重要的，我会一碗水端平。当班长不是当官，是服务。无论成绩好坏、性格内向还是外向，我都一视同仁，谁有困难我都愿意帮。</w:t>
      </w:r>
    </w:p>
    <w:p>
      <w:r>
        <w:t>我知道，班长这活儿不轻松，要占用不少时间，还可能两头受气。但我愿意试一把。就算最后没选上，我也不会泄气，照样会为咱们班出力。</w:t>
      </w:r>
    </w:p>
    <w:p>
      <w:r>
        <w:t>同学们，投我一票，我不会让大家失望。就算只给我一个学期，我也想让咱们班变得更温暖、更齐心。谢谢大家！</w:t>
      </w:r>
    </w:p>
    <w:p>
      <w:pPr>
        <w:pStyle w:val="Heading1"/>
      </w:pPr>
      <w:r>
        <w:t>附：使用提示</w:t>
      </w:r>
    </w:p>
    <w:p>
      <w:r>
        <w:t>1. 竞选稿要口语化，别用书面语堆砌，上台像聊天一样最打动人。</w:t>
      </w:r>
    </w:p>
    <w:p>
      <w:r>
        <w:t>2. 开头不要太长，30秒内进主题。</w:t>
      </w:r>
    </w:p>
    <w:p>
      <w:r>
        <w:t>3. 一定要说'当选后具体做什么'，空谈理想没人信。</w:t>
      </w:r>
    </w:p>
    <w:p>
      <w:r>
        <w:t>4. 结尾要有力量，干脆利落，别拖泥带水。</w:t>
      </w:r>
    </w:p>
    <w:p>
      <w:r>
        <w:t>5. 控制在3到5分钟，超时会显得啰嗦。</w:t>
      </w:r>
    </w:p>
    <w:p>
      <w:pPr>
        <w:pStyle w:val="Heading1"/>
      </w:pPr>
      <w:r>
        <w:t>（续）为什么是我</w:t>
      </w:r>
    </w:p>
    <w:p>
      <w:r>
        <w:t>可能有人会说，班里比我活跃、比我优秀的人多了去了，为什么要选我？我想说，当班长不是选学霸，也不是选文艺委员。当班长需要的是：愿意花时间、不怕麻烦、能听进不同意见、遇到矛盾不躲。这些我自信能做到。</w:t>
      </w:r>
    </w:p>
    <w:p>
      <w:r>
        <w:t>我性格不算最外向，但我有个特点——答应别人的事一定记在心上，说到做到。以前小组作业，都是我催进度、整理收尾；班里组织活动，我也主动搬过桌子、点过人数。这些事不大，但都是实实在在的付出。</w:t>
      </w:r>
    </w:p>
    <w:p>
      <w:pPr>
        <w:pStyle w:val="Heading1"/>
      </w:pPr>
      <w:r>
        <w:t>（续）如果没选上</w:t>
      </w:r>
    </w:p>
    <w:p>
      <w:r>
        <w:t>最后我想说一句心里话：如果这次大家没选我，我一点也不会气馁。我照样会是那个愿意为班级出力的人，照样会举手报名参加活动，照样会在同学需要时搭把手。因为我喜欢咱们这个班，这点不会因为选不选班长而改变。</w:t>
      </w:r>
    </w:p>
    <w:p>
      <w:r>
        <w:t>但我还是真心希望，大家能给我一个为全班服务的机会。投我一票，一个学期后，你们会看到一个更好的班集体。谢谢大家！</w:t>
      </w:r>
    </w:p>
    <w:p>
      <w:pPr>
        <w:pStyle w:val="Heading1"/>
      </w:pPr>
      <w:r>
        <w:t>（续）具体承诺</w:t>
      </w:r>
    </w:p>
    <w:p>
      <w:r>
        <w:t>在这里，我想给大家三个具体承诺。第一个承诺：班级群里的通知，我一定当天回复，不让重要信息沉底。第二个承诺：每月组织一次小型活动，可以是学习互助，可以是课间小游戏，听大家意见。第三个承诺：同学之间有矛盾，我愿意当那个中间协调的人，不偏不倚，把事情说开。</w:t>
      </w:r>
    </w:p>
    <w:p>
      <w:pPr>
        <w:pStyle w:val="Heading1"/>
      </w:pPr>
      <w:r>
        <w:t>（续）我理解的班长</w:t>
      </w:r>
    </w:p>
    <w:p>
      <w:r>
        <w:t>我理解的班长，不是老师的'传声筒'，也不是同学的'小警察'。班长应该是那个让大家觉得'有事儿找他'的人。考试前有人整理笔记，我愿意牵头；运动会有人报名犹豫，我愿意鼓励；班里谁情绪不对，我愿意多问一句。这些事都不大，但加起来，就是一个班的温度。</w:t>
      </w:r>
    </w:p>
    <w:p>
      <w:pPr>
        <w:pStyle w:val="Heading1"/>
      </w:pPr>
      <w:r>
        <w:t>（续）结尾</w:t>
      </w:r>
    </w:p>
    <w:p>
      <w:r>
        <w:t>同学们，一个班级的好，不是靠一个人撑起来的，但需要有人先站出来。今天我站出来了。不管最后结果如何，我都感谢大家听完我这番话。投我一票，让我们一起把咱们班建设得更好。谢谢大家！</w:t>
      </w:r>
    </w:p>
    <w:p>
      <w:pPr>
        <w:pStyle w:val="Heading1"/>
      </w:pPr>
      <w:r>
        <w:t>（续）一个小请求</w:t>
      </w:r>
    </w:p>
    <w:p>
      <w:r>
        <w:t>今天站在这里，我不想说太多空话。我就一个小请求：给我一个学期的时间。一个学期后，如果我做得不好，大家可以随时换我；如果我做得还过得去，请继续支持我。班级是我们每个人的，班长只是那个站出来服务的人。</w:t>
      </w:r>
    </w:p>
    <w:p>
      <w:pPr>
        <w:pStyle w:val="Heading1"/>
      </w:pPr>
      <w:r>
        <w:t>（续）结尾致敬</w:t>
      </w:r>
    </w:p>
    <w:p>
      <w:r>
        <w:t>最后，我想对老师说，谢谢您的信任；对同学们说，谢谢你们的聆听。不管结果如何，咱们班都会越来越好，因为我们是一群想把集体变好的人。我的演讲完了，谢谢大家！</w:t>
      </w:r>
    </w:p>
    <w:p>
      <w:r>
        <w:t>## （续）心里话</w:t>
      </w:r>
    </w:p>
    <w:p>
      <w:r>
        <w:t>其实准备这次竞选，我犹豫了很久。我怕自己做不好，怕大家笑话。但最后我想通了，哪怕失败，也是一次勇敢的尝试。我站在这里，不是因为我觉得自己最优秀，而是因为我真的想为这个班做些事。希望大家能给我这个机会，让我用一学期的行动来证明今天说的话。谢谢！</w:t>
      </w:r>
    </w:p>
    <w:p>
      <w:r>
        <w:t>## （续）为什么我们班值得更好</w:t>
      </w:r>
    </w:p>
    <w:p>
      <w:r>
        <w:t>我一直觉得，咱们班是有潜力的班。同学之间关系好，老师也负责，差的就是有人把这股劲儿拧成一股绳。如果我当选，我想做那个拧绳子的人。一学期后，希望大家说起咱们班，眼里是有光的。我的演讲到此结束，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