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新员工入职欢迎辞（部门领导讲话稿）</w:t>
      </w:r>
    </w:p>
    <w:p>
      <w:pPr>
        <w:pStyle w:val="Heading1"/>
      </w:pPr>
      <w:r>
        <w:t>新员工入职欢迎辞（部门领导讲话稿）</w:t>
      </w:r>
    </w:p>
    <w:p>
      <w:pPr>
        <w:pStyle w:val="Heading2"/>
      </w:pPr>
      <w:r>
        <w:t>使用提示：本稿用于部门迎接新员工时领导现场讲话，括号内按公司、部门实际替换。语气要真诚热情，不要念得像文件。</w:t>
      </w:r>
    </w:p>
    <w:p>
      <w:r>
        <w:t>各位新同事、各位小伙伴：</w:t>
      </w:r>
    </w:p>
    <w:p>
      <w:r>
        <w:t>大家上午好！</w:t>
      </w:r>
    </w:p>
    <w:p>
      <w:r>
        <w:t>今天，咱们部门又添了几张新面孔。首先，我代表部门全体同事，对各位新加入的小伙伴表示最热烈的欢迎！</w:t>
      </w:r>
    </w:p>
    <w:p>
      <w:r>
        <w:t>看到你们，我想起几年前自己刚入行的样子。既兴奋，又忐忑；对新环境充满期待，也免不了有几分不安。这种心情我特别理解。所以今天不讲大道理，就和大家说几句掏心窝子的话。</w:t>
      </w:r>
    </w:p>
    <w:p>
      <w:r>
        <w:t>第一句话，欢迎大家成为这个大家庭的一员。</w:t>
      </w:r>
    </w:p>
    <w:p>
      <w:r>
        <w:t>咱们部门人数不多，但氛围一直很好。这些年，我们一起扛过项目，一起加过班，也一起庆祝过成绩。大家像同事，更像战友。你们的到来，给这个团队注入了新鲜血液，我们真心高兴。</w:t>
      </w:r>
    </w:p>
    <w:p>
      <w:r>
        <w:t>第二句话，别怕犯错，就怕不问。</w:t>
      </w:r>
    </w:p>
    <w:p>
      <w:r>
        <w:t>刚入职，面对陌生的业务、陌生的系统、陌生的协作方式，不熟悉是正常的。遇到不懂的，大胆问，咱们部门没有'问错人'这回事。带教师傅会带你们，老同事也会帮你们。但我也想提醒一句：问之前先自己想一想、查一查，带着思考来问，成长会更快。同样的错误可以犯一次，但别反复犯，犯过要记在心上。</w:t>
      </w:r>
    </w:p>
    <w:p>
      <w:r>
        <w:t>第三句话，把基本功打扎实。</w:t>
      </w:r>
    </w:p>
    <w:p>
      <w:r>
        <w:t>任何岗位都一样，前半年别急着出大成绩，先把手头的小事做规范、做扎实。一份数据、一份报告、一次对接，看似平常，但能不能做到位，最能看出一个人的态度和潜力。我希望大家沉得住气，把根扎下去。</w:t>
      </w:r>
    </w:p>
    <w:p>
      <w:r>
        <w:t>第四句话，多沟通，多融入。</w:t>
      </w:r>
    </w:p>
    <w:p>
      <w:r>
        <w:t>工作上的事，及时说、及时问、及时反馈；生活上有困难，也别一个人扛，组织和同事都在。咱们部门定期有团建，中午一起吃饭，下班偶尔一起聚聚，希望大家尽快熟起来。一个人走得快，一群人走得远。</w:t>
      </w:r>
    </w:p>
    <w:p>
      <w:r>
        <w:t>最后，我也代表部门表个态：我们会给大家提供公平的成长空间，干得好就有回报，有想法就大胆提。希望三五年后回头看，你们会说，选择来这里，是对的。</w:t>
      </w:r>
    </w:p>
    <w:p>
      <w:r>
        <w:t>再次欢迎大家！今天中午，部门给各位新同事接风，咱们边吃边聊。谢谢！</w:t>
      </w:r>
    </w:p>
    <w:p>
      <w:pPr>
        <w:pStyle w:val="Heading1"/>
      </w:pPr>
      <w:r>
        <w:t>附：使用提示</w:t>
      </w:r>
    </w:p>
    <w:p>
      <w:r>
        <w:t>1. 欢迎辞重在温度，不要写成公司介绍，别念规章制度。</w:t>
      </w:r>
    </w:p>
    <w:p>
      <w:r>
        <w:t>2. 领导讲话控制在5到8分钟，太短显得敷衍，太长没人听。</w:t>
      </w:r>
    </w:p>
    <w:p>
      <w:r>
        <w:t>3. 多用'咱们''大家'，少用'你们'，拉近距离。</w:t>
      </w:r>
    </w:p>
    <w:p>
      <w:r>
        <w:t>4. 可以结合部门一个真实小故事，会更有感染力。</w:t>
      </w:r>
    </w:p>
    <w:p>
      <w:pPr>
        <w:pStyle w:val="Heading1"/>
      </w:pPr>
      <w:r>
        <w:t>（续）几个小故事</w:t>
      </w:r>
    </w:p>
    <w:p>
      <w:r>
        <w:t>给大家说个真事。几年前我们部门也招过一个年轻人，刚来时连打印机都用不利索，汇报工作紧张得结巴。但他有个优点，肯钻、肯问、不怕丢面子。半年后他独立扛起一块业务，现在已经是部门骨干。我讲这个故事，不是要大家和谁比，而是想告诉你们：起点不重要，重要的是接下来这几年怎么过。</w:t>
      </w:r>
    </w:p>
    <w:p>
      <w:r>
        <w:t>还有一件事。我们部门有个传统，谁遇到坎儿了，大家一起帮；谁做出成绩了，大家一起鼓掌。这种氛围不是凭空来的，是一茬一茬同事传下来的。我希望你们来了以后，既是受益者，将来也能成为传递这份温度的人。</w:t>
      </w:r>
    </w:p>
    <w:p>
      <w:pPr>
        <w:pStyle w:val="Heading1"/>
      </w:pPr>
      <w:r>
        <w:t>（续）对大家的期待</w:t>
      </w:r>
    </w:p>
    <w:p>
      <w:r>
        <w:t>我对新同事没有太高的要求，就三句话：第一，做事靠谱，答应的事有回音；第二，为人真诚，有话直说，别绕弯子；第三，保持学习，别两年后还和刚来时一样。做到这三点，你们在这个部门一定能站稳脚跟，也一定能找到属于自己的舞台。</w:t>
      </w:r>
    </w:p>
    <w:p>
      <w:r>
        <w:t>路还长，咱们一起走。再次欢迎大家！</w:t>
      </w:r>
    </w:p>
    <w:p>
      <w:pPr>
        <w:pStyle w:val="Heading1"/>
      </w:pPr>
      <w:r>
        <w:t>（续）关于成长</w:t>
      </w:r>
    </w:p>
    <w:p>
      <w:r>
        <w:t>我想特别说一句关于成长的话。刚入职的前半年，是打基础的关键期，也是最容易迷茫的时期。你们可能会觉得自己做的事很琐碎，看不到价值。这很正常。任何大树都是从根系开始长的，你们现在做的每一件小事，都是在扎根。</w:t>
      </w:r>
    </w:p>
    <w:p>
      <w:r>
        <w:t>我希望大家养成一个习惯：每周花半小时复盘，这周学会了什么、哪里做得不好、下周改进什么。坚持半年，你会发现自己脱胎换骨。</w:t>
      </w:r>
    </w:p>
    <w:p>
      <w:pPr>
        <w:pStyle w:val="Heading1"/>
      </w:pPr>
      <w:r>
        <w:t>（续）关于福利与保障</w:t>
      </w:r>
    </w:p>
    <w:p>
      <w:r>
        <w:t>公司在大家的成长投入上是舍得的。培训机会、导师带教、内部竞聘，这些通道都是敞开的。你们只要肯干，就有舞台。遇到不公平的事，也可以直接找我聊，我会认真听。</w:t>
      </w:r>
    </w:p>
    <w:p>
      <w:pPr>
        <w:pStyle w:val="Heading1"/>
      </w:pPr>
      <w:r>
        <w:t>（续）结语</w:t>
      </w:r>
    </w:p>
    <w:p>
      <w:r>
        <w:t>再次欢迎各位加入。未来的路，我们一起走。今天中午的接风宴，大家放开拘束，多认识认识身边的伙伴。祝你们在这里工作顺心、生活开心。谢谢大家！</w:t>
      </w:r>
    </w:p>
    <w:p>
      <w:pPr>
        <w:pStyle w:val="Heading1"/>
      </w:pPr>
      <w:r>
        <w:t>（续）结语补充</w:t>
      </w:r>
    </w:p>
    <w:p>
      <w:r>
        <w:t>我常跟部门同事说，我们这个岗位，既是管事，也是带人。事做不完可以慢慢来，人带出来了，团队才有未来。你们就是我们要带的人。希望三五年后，你们当中有人能独当一面，有人能成为新的带教老师，那就是我们最大的欣慰。</w:t>
      </w:r>
    </w:p>
    <w:p>
      <w:pPr>
        <w:pStyle w:val="Heading1"/>
      </w:pPr>
      <w:r>
        <w:t>（续）接风宴致辞结束</w:t>
      </w:r>
    </w:p>
    <w:p>
      <w:r>
        <w:t>好了，我就不多占用大家时间了。菜已经备好，咱们边吃边聊。再次欢迎各位新同事，祝大家在这里工作顺利、生活愉快。谢谢！</w:t>
      </w:r>
    </w:p>
    <w:p>
      <w:r>
        <w:t>## （续）最后嘱托</w:t>
      </w:r>
    </w:p>
    <w:p>
      <w:r>
        <w:t>最后再啰嗦一句。新工作头三个月，遇到任何问题都可以来找我，不用有顾虑。我们这个部门，不怕你问，就怕你不问、自己闷头做错。大胆干，有我们兜底。祝各位新同事在这里开启一段愉快的职业生涯。谢谢大家！</w:t>
      </w:r>
    </w:p>
    <w:p>
      <w:r>
        <w:t>## （续）结语</w:t>
      </w:r>
    </w:p>
    <w:p>
      <w:r>
        <w:t>欢迎仪式不长，情意却真。希望各位新同事把这里当成第二个家，工作顺心，生活愉快。遇到困难别客气，团队永远在你身后。今天的话就说到这里，咱们开席！谢谢大家！</w:t>
      </w:r>
    </w:p>
    <w:p>
      <w:r>
        <w:t>再次感谢大家选择我们部门，未来可期，一起加油！</w:t>
      </w:r>
    </w:p>
    <w:p>
      <w:r>
        <w:t>谢谢大家！</w:t>
      </w:r>
    </w:p>
    <w:p>
      <w:pPr>
        <w:pStyle w:val="Heading1"/>
      </w:pPr>
      <w:r>
        <w:t>附：接风宴流程说明</w:t>
      </w:r>
    </w:p>
    <w:p>
      <w:r>
        <w:t>今天中午的接风宴安排很简单：十二点在单位楼下餐厅包间集合，部门全体同事一起参加。先是我代表部门再讲两句欢迎话，然后大家举杯，接着边吃边聊。新同事可以轮流做个简单自我介绍，说说自己是哪里人、之前做什么、有什么兴趣爱好，方便大家互相认识。老同事也多照顾新同事，别让人家冷场。</w:t>
      </w:r>
    </w:p>
    <w:p>
      <w:r>
        <w:t>饭后大家各自回工位休息，下午正常上班。下周一开始，新同事就跟着带教师傅正式进入岗位学习。有任何问题，随时可以来找我，不用客气。部门的大门永远向大家敞开，希望你们在这里工作顺心、生活开心，和团队一起成长。再次欢迎各位新同事加入我们这个大家庭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