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通知的写法和范文</w:t>
      </w:r>
    </w:p>
    <w:p>
      <w:pPr>
        <w:pStyle w:val="Heading1"/>
      </w:pPr>
      <w:r>
        <w:t>通知的写法和范文</w:t>
      </w:r>
    </w:p>
    <w:p>
      <w:r>
        <w:t>通知是公文中最常用的一种，上到国家机关，下到小区物业，都在用。写通知看似简单，但格式不对、要素不全，就会闹笑话。这份资料讲清通知的标准写法，并给三种常用范文。</w:t>
      </w:r>
    </w:p>
    <w:p>
      <w:pPr>
        <w:pStyle w:val="Heading1"/>
      </w:pPr>
      <w:r>
        <w:t>一、通知的标准格式</w:t>
      </w:r>
    </w:p>
    <w:p>
      <w:r>
        <w:t>一份完整的通知由五部分组成：</w:t>
      </w:r>
    </w:p>
    <w:p>
      <w:r>
        <w:t>标题：一般写'关于+事由+的通知'，如《关于召开年度工作会议的通知》。紧急通知要标'紧急'。</w:t>
      </w:r>
    </w:p>
    <w:p>
      <w:r>
        <w:t>主送机关/对象：顶格写通知发给谁，如'各科室、各部门'或'全体居民'。</w:t>
      </w:r>
    </w:p>
    <w:p>
      <w:r>
        <w:t>正文：写清为什么发通知、通知什么事、有什么要求。正文开头先说目的依据，中间写事项，结尾写要求和联系方式。</w:t>
      </w:r>
    </w:p>
    <w:p>
      <w:r>
        <w:t>落款：发文单位和日期，右对齐。</w:t>
      </w:r>
    </w:p>
    <w:p>
      <w:r>
        <w:t>附件（如有）：正文后注明附件名称。</w:t>
      </w:r>
    </w:p>
    <w:p>
      <w:pPr>
        <w:pStyle w:val="Heading1"/>
      </w:pPr>
      <w:r>
        <w:t>二、写通知的五个要素（W要素）</w:t>
      </w:r>
    </w:p>
    <w:p>
      <w:r>
        <w:t>何人：谁来参加或谁需要做；何事：具体什么事；何时：时间精确到时分；何地：地点精确到房间；何要求：带什么材料、注意什么。缺一个都可能出问题。</w:t>
      </w:r>
    </w:p>
    <w:p>
      <w:pPr>
        <w:pStyle w:val="Heading1"/>
      </w:pPr>
      <w:r>
        <w:t>三、范文一：会议通知</w:t>
      </w:r>
    </w:p>
    <w:p>
      <w:r>
        <w:t>关于召开2025年度工作总结会议的通知</w:t>
      </w:r>
    </w:p>
    <w:p>
      <w:r>
        <w:t>各科室、各部门：</w:t>
      </w:r>
    </w:p>
    <w:p>
      <w:r>
        <w:t>为总结年度工作，部署下一阶段任务，经研究决定召开年度工作总结会议。现将有关事项通知如下：</w:t>
      </w:r>
    </w:p>
    <w:p>
      <w:r>
        <w:t>一、会议时间：2026年1月15日（星期四）上午9:00，会期半天。</w:t>
      </w:r>
    </w:p>
    <w:p>
      <w:r>
        <w:t>二、会议地点：机关三楼大会议室。</w:t>
      </w:r>
    </w:p>
    <w:p>
      <w:r>
        <w:t>三、参会人员：各科室负责人及全体干部职工。</w:t>
      </w:r>
    </w:p>
    <w:p>
      <w:r>
        <w:t>四、有关要求：1.请参会人员提前10分钟入场，按指定位置就座；2.确因特殊情况不能参会的，须提前向办公室书面请假；3.会议期间请将手机调至静音，保持会场纪律。</w:t>
      </w:r>
    </w:p>
    <w:p>
      <w:r>
        <w:t>联系人：张某某，联系电话：（略）。</w:t>
      </w:r>
    </w:p>
    <w:p>
      <w:r>
        <w:t>办公室</w:t>
      </w:r>
    </w:p>
    <w:p>
      <w:r>
        <w:t>2026年1月10日</w:t>
      </w:r>
    </w:p>
    <w:p>
      <w:pPr>
        <w:pStyle w:val="Heading1"/>
      </w:pPr>
      <w:r>
        <w:t>四、范文二：放假通知</w:t>
      </w:r>
    </w:p>
    <w:p>
      <w:r>
        <w:t>关于2026年春节放假安排的通知</w:t>
      </w:r>
    </w:p>
    <w:p>
      <w:r>
        <w:t>全体员工：</w:t>
      </w:r>
    </w:p>
    <w:p>
      <w:r>
        <w:t>根据国家法定节假日安排，结合公司实际，现将2026年春节放假安排通知如下：</w:t>
      </w:r>
    </w:p>
    <w:p>
      <w:r>
        <w:t>一、放假时间：2月15日至2月23日，共9天。2月24日（星期一）正常上班。</w:t>
      </w:r>
    </w:p>
    <w:p>
      <w:r>
        <w:t>二、放假前，请各部门做好安全检查，关闭电源、锁好门窗，妥善保管重要资料。</w:t>
      </w:r>
    </w:p>
    <w:p>
      <w:r>
        <w:t>三、值班人员按值班表到岗，遇突发事件及时上报。</w:t>
      </w:r>
    </w:p>
    <w:p>
      <w:r>
        <w:t>祝大家新春愉快，阖家幸福！</w:t>
      </w:r>
    </w:p>
    <w:p>
      <w:r>
        <w:t>综合管理部</w:t>
      </w:r>
    </w:p>
    <w:p>
      <w:r>
        <w:t>2026年2月10日</w:t>
      </w:r>
    </w:p>
    <w:p>
      <w:pPr>
        <w:pStyle w:val="Heading1"/>
      </w:pPr>
      <w:r>
        <w:t>五、范文三：活动通知</w:t>
      </w:r>
    </w:p>
    <w:p>
      <w:r>
        <w:t>关于开展春季健步走活动的通知</w:t>
      </w:r>
    </w:p>
    <w:p>
      <w:r>
        <w:t>全体职工：</w:t>
      </w:r>
    </w:p>
    <w:p>
      <w:r>
        <w:t>为丰富大家的业余生活，增强体质，单位工会决定组织春季健步走活动。</w:t>
      </w:r>
    </w:p>
    <w:p>
      <w:r>
        <w:t>一、活动时间：4月20日（星期六）上午8:30在公园南门集合。</w:t>
      </w:r>
    </w:p>
    <w:p>
      <w:r>
        <w:t>二、参加人员：全体职工及家属可自愿报名。</w:t>
      </w:r>
    </w:p>
    <w:p>
      <w:r>
        <w:t>三、报名方式：请于4月18日前到工会办公室报名。</w:t>
      </w:r>
    </w:p>
    <w:p>
      <w:r>
        <w:t>四、注意事项：请穿着舒适运动鞋服，注意天气变化，听从现场安排，中途如有不适及时告知工作人员。</w:t>
      </w:r>
    </w:p>
    <w:p>
      <w:r>
        <w:t>工会</w:t>
      </w:r>
    </w:p>
    <w:p>
      <w:r>
        <w:t>2026年4月15日</w:t>
      </w:r>
    </w:p>
    <w:p>
      <w:pPr>
        <w:pStyle w:val="Heading1"/>
      </w:pPr>
      <w:r>
        <w:t>六、写作要点提醒</w:t>
      </w:r>
    </w:p>
    <w:p>
      <w:r>
        <w:t>1. 时间地点一定要写具体，'明天上午''会议室'这种模糊表述最坑人。</w:t>
      </w:r>
    </w:p>
    <w:p>
      <w:r>
        <w:t>2. 语气要简明扼要，别绕弯子，一条一段，让人一眼看明白。</w:t>
      </w:r>
    </w:p>
    <w:p>
      <w:r>
        <w:t>3. 涉及时间节点、材料清单、联系方式，单独成条，方便对方对照。</w:t>
      </w:r>
    </w:p>
    <w:p>
      <w:r>
        <w:t>4. 正式通知用书面语，社区/物业通知可适当口语化，但别太随意。</w:t>
      </w:r>
    </w:p>
    <w:p>
      <w:r>
        <w:t>5. 发文前找人核对一遍时间地点电话，发出去再改就尴尬了。</w:t>
      </w:r>
    </w:p>
    <w:p>
      <w:pPr>
        <w:pStyle w:val="Heading1"/>
      </w:pPr>
      <w:r>
        <w:t>七、常见错误反面案例</w:t>
      </w:r>
    </w:p>
    <w:p>
      <w:r>
        <w:t>错误写法一：'请相关人员按时参加会议。'——谁是相关人员？没写清楚，等于没发。正确做法写具体范围，如'各科室负责人'。</w:t>
      </w:r>
    </w:p>
    <w:p>
      <w:r>
        <w:t>错误写法二：'下午开会。'——几点下午？哪里开会？都没说。正确做法精确到时分和地点。</w:t>
      </w:r>
    </w:p>
    <w:p>
      <w:r>
        <w:t>错误写法三：'收到请回复。'——回复给谁？怎么回复？正确做法写明联系人及方式。</w:t>
      </w:r>
    </w:p>
    <w:p>
      <w:r>
        <w:t>错误写法四：落款只写部门不写日期，或者日期写'即日'。正式通知要写全年月日。</w:t>
      </w:r>
    </w:p>
    <w:p>
      <w:pPr>
        <w:pStyle w:val="Heading1"/>
      </w:pPr>
      <w:r>
        <w:t>八、范文四：停水停电通知（物业类）</w:t>
      </w:r>
    </w:p>
    <w:p>
      <w:r>
        <w:t>停水通知</w:t>
      </w:r>
    </w:p>
    <w:p>
      <w:r>
        <w:t>尊敬的各位业主：</w:t>
      </w:r>
    </w:p>
    <w:p>
      <w:r>
        <w:t>因小区供水管道维修，本小区将于10月15日（星期三）8:00至18:00暂停供水。请大家提前储水，维修完成后水质可能短暂浑浊，放水片刻即可恢复正常。由此带来不便，敬请谅解。</w:t>
      </w:r>
    </w:p>
    <w:p>
      <w:r>
        <w:t>咨询电话：（略）</w:t>
      </w:r>
    </w:p>
    <w:p>
      <w:r>
        <w:t>物业服务中心</w:t>
      </w:r>
    </w:p>
    <w:p>
      <w:r>
        <w:t>2026年10月12日</w:t>
      </w:r>
    </w:p>
    <w:p>
      <w:pPr>
        <w:pStyle w:val="Heading1"/>
      </w:pPr>
      <w:r>
        <w:t>九、不同场景语气把握</w:t>
      </w:r>
    </w:p>
    <w:p>
      <w:r>
        <w:t>上行文通知（给上级报送）要谦逊规范；下行文通知（给基层）要明确具体；平行文通知（给兄弟单位）要客气协商；面向群众的通知要通俗易懂，少用专业术语，关键信息用加粗或换行突出。</w:t>
      </w:r>
    </w:p>
    <w:p>
      <w:pPr>
        <w:pStyle w:val="Heading1"/>
      </w:pPr>
      <w:r>
        <w:t>十、通知的排版要点</w:t>
      </w:r>
    </w:p>
    <w:p>
      <w:r>
        <w:t>正式通知标题用二号小标宋或黑体居中，正文用三号仿宋，一级标题用黑体，二级标题用楷体。行距一般固定值28到30磅。首行缩进两字符。这些格式细节，对内行文时要讲究；对外简单通知，整洁清晰即可，不必拘泥。</w:t>
      </w:r>
    </w:p>
    <w:p>
      <w:pPr>
        <w:pStyle w:val="Heading1"/>
      </w:pPr>
      <w:r>
        <w:t>十一、通知常见文种区分</w:t>
      </w:r>
    </w:p>
    <w:p>
      <w:r>
        <w:t>通知、通告、通报三者容易混。通知是告知事项并要求办理；通告是在一定范围内公布应当遵守或周知的事项；通报是表彰先进、批评错误、传达重要精神。别把通报写成通知，也别把通知写成通告。</w:t>
      </w:r>
    </w:p>
    <w:p>
      <w:pPr>
        <w:pStyle w:val="Heading1"/>
      </w:pPr>
      <w:r>
        <w:t>十二、发送与跟进</w:t>
      </w:r>
    </w:p>
    <w:p>
      <w:r>
        <w:t>通知发出后，重要事项要确认对方收到。会议通知可以在会前一天再提醒一次。涉及回执的，按时收集并汇总。通知不是发完就完事，跟进落实才是目的。</w:t>
      </w:r>
    </w:p>
    <w:p>
      <w:pPr>
        <w:pStyle w:val="Heading1"/>
      </w:pPr>
      <w:r>
        <w:t>十三、通知范文五：培训通知</w:t>
      </w:r>
    </w:p>
    <w:p>
      <w:r>
        <w:t>关于举办业务培训班的通知</w:t>
      </w:r>
    </w:p>
    <w:p>
      <w:r>
        <w:t>各科室：为提升业务能力，单位决定举办本年度业务培训班，时间10月20日至22日，地点在机关二楼会议室。参训人员为全体业务骨干，培训期间请自带笔记本，按时签到，不得无故缺席。培训结束后组织测试，成绩记入个人档案。联系人：（略）。办公室，2026年10月12日。</w:t>
      </w:r>
    </w:p>
    <w:p>
      <w:pPr>
        <w:pStyle w:val="Heading1"/>
      </w:pPr>
      <w:r>
        <w:t>十四、写通知的心态</w:t>
      </w:r>
    </w:p>
    <w:p>
      <w:r>
        <w:t>写通知最重要的是替看通知的人着想。对方最关心时间、地点、要做什么，这三点放在最显眼位置。写完后自己读一遍，假设你是第一次看到，能不能30秒内看明白。能，就合格了。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