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会议纪要模板（格式规范+完整范文）</w:t>
      </w:r>
    </w:p>
    <w:p>
      <w:pPr>
        <w:pStyle w:val="Heading1"/>
      </w:pPr>
      <w:r>
        <w:t>会议纪要模板（格式规范+完整范文）</w:t>
      </w:r>
    </w:p>
    <w:p>
      <w:r>
        <w:t>会议纪要是记载会议主要情况和议定事项的公文，和会议记录不是一回事：记录是流水账，纪要是提炼后的正式文件。这份资料讲清纪要写法，并给一份完整范文。</w:t>
      </w:r>
    </w:p>
    <w:p>
      <w:pPr>
        <w:pStyle w:val="Heading1"/>
      </w:pPr>
      <w:r>
        <w:t>一、会议纪要的标准格式</w:t>
      </w:r>
    </w:p>
    <w:p>
      <w:r>
        <w:t>标题：一般写'（会议名称）会议纪要'，如《年度工作例会会议纪要》。</w:t>
      </w:r>
    </w:p>
    <w:p>
      <w:r>
        <w:t>开头：写会议时间、地点、主持人、参会人员、记录人。</w:t>
      </w:r>
    </w:p>
    <w:p>
      <w:r>
        <w:t>正文：分两部分——会议议题/主要内容、议定事项/任务分工。</w:t>
      </w:r>
    </w:p>
    <w:p>
      <w:r>
        <w:t>结尾：报送、抄送单位（内部纪要可省略）。</w:t>
      </w:r>
    </w:p>
    <w:p>
      <w:pPr>
        <w:pStyle w:val="Heading1"/>
      </w:pPr>
      <w:r>
        <w:t>二、写纪要的三个关键</w:t>
      </w:r>
    </w:p>
    <w:p>
      <w:r>
        <w:t>第一，客观如实。纪要是会后执行依据，不能夹带个人观点，会上怎么定的就怎么记。</w:t>
      </w:r>
    </w:p>
    <w:p>
      <w:r>
        <w:t>第二，提炼归纳。不要把每个人的发言都记下来，要归纳成几个议题和结论。</w:t>
      </w:r>
    </w:p>
    <w:p>
      <w:r>
        <w:t>第三，明确责任。议定事项一定要写清谁来办、什么时间完成，否则纪要等于白写。</w:t>
      </w:r>
    </w:p>
    <w:p>
      <w:pPr>
        <w:pStyle w:val="Heading1"/>
      </w:pPr>
      <w:r>
        <w:t>三、完整范文</w:t>
      </w:r>
    </w:p>
    <w:p>
      <w:r>
        <w:t>部门周例会会议纪要</w:t>
      </w:r>
    </w:p>
    <w:p>
      <w:r>
        <w:t>会议时间：2026年10月12日（星期一）下午2:30</w:t>
      </w:r>
    </w:p>
    <w:p>
      <w:r>
        <w:t>会议地点：部门小会议室</w:t>
      </w:r>
    </w:p>
    <w:p>
      <w:r>
        <w:t>主 持 人：王主任</w:t>
      </w:r>
    </w:p>
    <w:p>
      <w:r>
        <w:t>参会人员：科室负责人张某某、李某某、赵某某及业务骨干若干</w:t>
      </w:r>
    </w:p>
    <w:p>
      <w:r>
        <w:t>记 录 人：小陈</w:t>
      </w:r>
    </w:p>
    <w:p>
      <w:pPr>
        <w:pStyle w:val="Heading1"/>
      </w:pPr>
      <w:r>
        <w:t>一、上周工作回顾</w:t>
      </w:r>
    </w:p>
    <w:p>
      <w:r>
        <w:t>会议听取了各科室上周工作进展汇报。综合科完成了三季度数据汇总和上报；业务科推进了专项检查前期准备，已完成资料收集；窗口服务方面，上周共受理事项若干，群众反馈总体良好，未发生投诉。</w:t>
      </w:r>
    </w:p>
    <w:p>
      <w:pPr>
        <w:pStyle w:val="Heading1"/>
      </w:pPr>
      <w:r>
        <w:t>二、本次会议议定事项</w:t>
      </w:r>
    </w:p>
    <w:p>
      <w:r>
        <w:t>（一）关于年度考核材料准备。会议决定，由综合科牵头，各科室配合，于10月25日前完成年度考核自评材料，重点梳理本年度重点任务完成情况和数据台账。责任人：张某某。</w:t>
      </w:r>
    </w:p>
    <w:p>
      <w:r>
        <w:t>（二）关于专项检查安排。会议原则同意业务科提交的检查方案，检查时间定于10月下旬，分两组进行。要求检查前再次核对名单和路线，检查中做好记录，检查后一周内形成通报。责任人：李某某。</w:t>
      </w:r>
    </w:p>
    <w:p>
      <w:r>
        <w:t>（三）关于窗口服务改进。针对近期反馈的排队等候问题，会议决定增设午间值班岗，由窗口科室轮流安排，保证工作日中午不间断服务。具体排班由窗口负责人本周内排出。责任人：赵某某。</w:t>
      </w:r>
    </w:p>
    <w:p>
      <w:r>
        <w:t>（四）关于学习培训。会议同意下月组织一次业务培训，主题为本年度新出台政策解读，由综合科联系讲师，各科室提前收集问题。责任人：张某某。</w:t>
      </w:r>
    </w:p>
    <w:p>
      <w:pPr>
        <w:pStyle w:val="Heading1"/>
      </w:pPr>
      <w:r>
        <w:t>三、下次会议安排</w:t>
      </w:r>
    </w:p>
    <w:p>
      <w:r>
        <w:t>下次周例会定于10月19日下午2:30召开，重点听取上述事项进展。</w:t>
      </w:r>
    </w:p>
    <w:p>
      <w:pPr>
        <w:pStyle w:val="Heading1"/>
      </w:pPr>
      <w:r>
        <w:t>写作要点提醒</w:t>
      </w:r>
    </w:p>
    <w:p>
      <w:r>
        <w:t>1. 纪要不是发言稿合集，要站在会议整体角度归纳。</w:t>
      </w:r>
    </w:p>
    <w:p>
      <w:r>
        <w:t>2. 议定事项逐条写，每条都要有责任人和时限。</w:t>
      </w:r>
    </w:p>
    <w:p>
      <w:r>
        <w:t>3. 有争议的问题，记'会议进行了讨论'即可，不要写谁反对谁赞成。</w:t>
      </w:r>
    </w:p>
    <w:p>
      <w:r>
        <w:t>4. 数字、时间、人名务必核对，纪要下发前请主持人过目。</w:t>
      </w:r>
    </w:p>
    <w:p>
      <w:r>
        <w:t>5. 纪要定稿后及时发送参会人员和相关科室，作为执行依据。</w:t>
      </w:r>
    </w:p>
    <w:p>
      <w:pPr>
        <w:pStyle w:val="Heading1"/>
      </w:pPr>
      <w:r>
        <w:t>（续）纪要与记录的区别</w:t>
      </w:r>
    </w:p>
    <w:p>
      <w:r>
        <w:t>很多人把会议纪要和会议记录混为一谈，其实差别很大。会议记录是把会上每个人的发言都记下来，是原始素材；会议纪要是在记录基础上，经过整理提炼，把会议的主要精神和议定事项系统化，是要下发执行的正式文件。记录要求全，纪要要求精。</w:t>
      </w:r>
    </w:p>
    <w:p>
      <w:pPr>
        <w:pStyle w:val="Heading1"/>
      </w:pPr>
      <w:r>
        <w:t>（续）写作注意事项</w:t>
      </w:r>
    </w:p>
    <w:p>
      <w:r>
        <w:t>一是客观中立，纪要不写'某某认为''某某强调'这种带感情色彩的话，直接写会议决定。二是定性准确，对有分歧的事，写'会议原则同意，待进一步研究后实施'，不要把争议过程写进纪要。三是可执行，议定事项要能落地，谁、做什么、什么时候完成，三要素缺一不可。</w:t>
      </w:r>
    </w:p>
    <w:p>
      <w:pPr>
        <w:pStyle w:val="Heading1"/>
      </w:pPr>
      <w:r>
        <w:t>（续）常见错误</w:t>
      </w:r>
    </w:p>
    <w:p>
      <w:r>
        <w:t>错误一：把纪要写成会议记录，大段引用发言。错误二：议定事项不写责任人和时限，事后无人跟进。错误三：遗漏重要决定，只记了热闹没记结果。错误四：人名职务写错，时间地点前后矛盾。避免这些错误的办法就是：纪要初稿写完后，先请主持人过目确认，再正式印发。</w:t>
      </w:r>
    </w:p>
    <w:p>
      <w:pPr>
        <w:pStyle w:val="Heading1"/>
      </w:pPr>
      <w:r>
        <w:t>（续）存档要求</w:t>
      </w:r>
    </w:p>
    <w:p>
      <w:r>
        <w:t>会议纪要定稿后，连同会议签到表、会议材料一起归档。电子版本按年度编号保存，纸质版装订成册。需要上报的，按主送、抄送范围及时送达。纪要执行情况，在下次例会时逐项核对，形成闭环。</w:t>
      </w:r>
    </w:p>
    <w:p>
      <w:pPr>
        <w:pStyle w:val="Heading1"/>
      </w:pPr>
      <w:r>
        <w:t>（续）纪要的印发范围</w:t>
      </w:r>
    </w:p>
    <w:p>
      <w:r>
        <w:t>会议纪要印发范围要根据内容确定。涉及全体执行的，发至全体相关人员；涉及部分事项的，只发相关责任科室；涉密内容按保密规定控制范围。印发时做好登记，电子版通过工作群发送，纸质版签收。</w:t>
      </w:r>
    </w:p>
    <w:p>
      <w:pPr>
        <w:pStyle w:val="Heading1"/>
      </w:pPr>
      <w:r>
        <w:t>（续）纪要实例补充（专题会议）</w:t>
      </w:r>
    </w:p>
    <w:p>
      <w:r>
        <w:t>关于办公区域改造专题会议纪要：会议时间、地点、主持人略。会议听取了改造方案汇报。议定：一、原则同意改造方案，预算控制在合理范围；二、施工期间做好临时安置，不影响正常办公；三、由后勤科牵头，本周内确定施工单位；四、改造完成后组织验收。</w:t>
      </w:r>
    </w:p>
    <w:p>
      <w:pPr>
        <w:pStyle w:val="Heading1"/>
      </w:pPr>
      <w:r>
        <w:t>（续）写好纪要的基本功</w:t>
      </w:r>
    </w:p>
    <w:p>
      <w:r>
        <w:t>写好纪要，平时功夫很重要。会前要了解议题背景，会上要抓重点记录，会后要趁热打铁整理。记录时不要逐字记，要抓观点、抓结论。整理时站在全局角度，把零散讨论归纳成条理清晰的几条。多写几次就有感觉了。</w:t>
      </w:r>
    </w:p>
    <w:p>
      <w:pPr>
        <w:pStyle w:val="Heading1"/>
      </w:pPr>
      <w:r>
        <w:t>（续）纪要示例结尾</w:t>
      </w:r>
    </w:p>
    <w:p>
      <w:r>
        <w:t>本纪要自印发之日起执行。各责任科室按照议定事项，按时推进落实，进展情况及时向办公室反馈。下次例会将逐项听取汇报。</w:t>
      </w:r>
    </w:p>
    <w:p>
      <w:pPr>
        <w:pStyle w:val="Heading1"/>
      </w:pPr>
      <w:r>
        <w:t>（续）写在最后</w:t>
      </w:r>
    </w:p>
    <w:p>
      <w:r>
        <w:t>会议纪要虽小，却是单位管理的重要工具。写好一份纪要，体现的是一个人的归纳能力和责任意识。希望这份模板能帮到刚接触公文写作的朋友。多写、多改、多对照正式文件，水平自然会提高。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