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应届生求职简历模板（标准版）</w:t>
      </w:r>
    </w:p>
    <w:p>
      <w:pPr>
        <w:pStyle w:val="Heading2"/>
      </w:pPr>
      <w:r>
        <w:t>使用说明</w:t>
      </w:r>
    </w:p>
    <w:p>
      <w:pPr>
        <w:ind w:firstLine="440"/>
      </w:pPr>
      <w:r>
        <w:t>本模板为 A4 一页标准版，下载后请直接替换括号内的占位文字。所有括号【】处均为需要你填写或删除的提示，正式投递前务必删干净。照片位置插入一寸正装照。</w:t>
      </w:r>
    </w:p>
    <w:p>
      <w:pPr>
        <w:pStyle w:val="Heading1"/>
      </w:pPr>
      <w:r>
        <w:t>个人信息</w:t>
      </w:r>
    </w:p>
    <w:p>
      <w:pPr>
        <w:ind w:firstLine="440"/>
      </w:pPr>
      <w:r>
        <w:t>姓名：【张三】    性别：【男/女】    年龄：【22】</w:t>
      </w:r>
    </w:p>
    <w:p>
      <w:pPr>
        <w:ind w:firstLine="440"/>
      </w:pPr>
      <w:r>
        <w:t>电话：【138-XXXX-XXXX】    邮箱：【zhangsan@example.com】</w:t>
      </w:r>
    </w:p>
    <w:p>
      <w:pPr>
        <w:ind w:firstLine="440"/>
      </w:pPr>
      <w:r>
        <w:t>所在城市：【呼和浩特市】    求职意向：【行政专员 / 销售代表 / 会计助理等，写清具体岗位】</w:t>
      </w:r>
    </w:p>
    <w:p>
      <w:pPr>
        <w:pStyle w:val="Heading1"/>
      </w:pPr>
      <w:r>
        <w:t>教育背景</w:t>
      </w:r>
    </w:p>
    <w:p>
      <w:pPr>
        <w:ind w:firstLine="440"/>
      </w:pPr>
      <w:r>
        <w:t>【内蒙古大学】    【行政管理】（本科）    【2022.09 - 2026.06】</w:t>
      </w:r>
    </w:p>
    <w:p>
      <w:pPr>
        <w:ind w:firstLine="440"/>
      </w:pPr>
      <w:r>
        <w:t>主修课程：【管理学原理、行政管理学、秘书实务、办公自动化、社会调查方法（挑与岗位相关的五六门即可）】</w:t>
      </w:r>
    </w:p>
    <w:p>
      <w:pPr>
        <w:ind w:firstLine="440"/>
      </w:pPr>
      <w:r>
        <w:t>GPA：【3.6/4.0，如分数低于 3.0 建议不写】</w:t>
      </w:r>
    </w:p>
    <w:p>
      <w:pPr>
        <w:pStyle w:val="Heading1"/>
      </w:pPr>
      <w:r>
        <w:t>实习 / 实践经历</w:t>
      </w:r>
    </w:p>
    <w:p>
      <w:pPr>
        <w:ind w:firstLine="440"/>
      </w:pPr>
      <w:r>
        <w:t>【XX 公司】  【行政部实习生】  【2025.07 - 2025.09】</w:t>
      </w:r>
    </w:p>
    <w:p>
      <w:pPr>
        <w:ind w:firstLine="440"/>
      </w:pPr>
      <w:r>
        <w:t>· 负责部门日常文件收发与归档，整理档案 300 余份，做到查阅当日可取；</w:t>
      </w:r>
    </w:p>
    <w:p>
      <w:pPr>
        <w:ind w:firstLine="440"/>
      </w:pPr>
      <w:r>
        <w:t>· 协助组织部门例会 8 次，负责会议记录与待办事项跟进，事项闭环率 100%；</w:t>
      </w:r>
    </w:p>
    <w:p>
      <w:pPr>
        <w:ind w:firstLine="440"/>
      </w:pPr>
      <w:r>
        <w:t>· 用 Excel 建立办公用品领用台账，将月度盘点时间由半天缩短至 1 小时。</w:t>
      </w:r>
    </w:p>
    <w:p>
      <w:pPr>
        <w:ind w:firstLine="440"/>
      </w:pPr>
      <w:r>
        <w:t>【XX 学院学生会】  【生活部干事】  【2023.09 - 2024.06】</w:t>
      </w:r>
    </w:p>
    <w:p>
      <w:pPr>
        <w:ind w:firstLine="440"/>
      </w:pPr>
      <w:r>
        <w:t>· 参与策划新生迎新晚会，负责场地联系与 50 名同学的分组协调；</w:t>
      </w:r>
    </w:p>
    <w:p>
      <w:pPr>
        <w:ind w:firstLine="440"/>
      </w:pPr>
      <w:r>
        <w:t>· 活动现场负责签到与秩序，当晚到场师生 400 余人，零安全事故。</w:t>
      </w:r>
    </w:p>
    <w:p>
      <w:pPr>
        <w:pStyle w:val="Heading1"/>
      </w:pPr>
      <w:r>
        <w:t>项目经历</w:t>
      </w:r>
    </w:p>
    <w:p>
      <w:pPr>
        <w:ind w:firstLine="440"/>
      </w:pPr>
      <w:r>
        <w:t>【大学生创新创业训练计划项目】  【项目成员】  【2024.03 - 2024.12】</w:t>
      </w:r>
    </w:p>
    <w:p>
      <w:pPr>
        <w:ind w:firstLine="440"/>
      </w:pPr>
      <w:r>
        <w:t>· 课题：【社区老年便民服务需求调查】，负责问卷设计与 60 份实地访谈；</w:t>
      </w:r>
    </w:p>
    <w:p>
      <w:pPr>
        <w:ind w:firstLine="440"/>
      </w:pPr>
      <w:r>
        <w:t>· 整理数据并撰写调查报告，项目获校级结项优秀评价。</w:t>
      </w:r>
    </w:p>
    <w:p>
      <w:pPr>
        <w:pStyle w:val="Heading1"/>
      </w:pPr>
      <w:r>
        <w:t>技能与证书</w:t>
      </w:r>
    </w:p>
    <w:p>
      <w:pPr>
        <w:ind w:firstLine="440"/>
      </w:pPr>
      <w:r>
        <w:t>· 外语：大学英语六级（480 分），可阅读基础英文资料；</w:t>
      </w:r>
    </w:p>
    <w:p>
      <w:pPr>
        <w:ind w:firstLine="440"/>
      </w:pPr>
      <w:r>
        <w:t>· 计算机：熟练使用 Word、Excel（函数/数据透视表）、PPT，持全国计算机二级证书；</w:t>
      </w:r>
    </w:p>
    <w:p>
      <w:pPr>
        <w:ind w:firstLine="440"/>
      </w:pPr>
      <w:r>
        <w:t>· 其他：C1 驾照，普通话二级甲等。</w:t>
      </w:r>
    </w:p>
    <w:p>
      <w:pPr>
        <w:pStyle w:val="Heading1"/>
      </w:pPr>
      <w:r>
        <w:t>获奖情况</w:t>
      </w:r>
    </w:p>
    <w:p>
      <w:pPr>
        <w:ind w:firstLine="440"/>
      </w:pPr>
      <w:r>
        <w:t>· 2024 年校级一等奖学金；</w:t>
      </w:r>
    </w:p>
    <w:p>
      <w:pPr>
        <w:ind w:firstLine="440"/>
      </w:pPr>
      <w:r>
        <w:t>· 2023 年校运动会男子 1500 米第三名；</w:t>
      </w:r>
    </w:p>
    <w:p>
      <w:pPr>
        <w:ind w:firstLine="440"/>
      </w:pPr>
      <w:r>
        <w:t>· 2024 年"挑战杯"校级铜奖。</w:t>
      </w:r>
    </w:p>
    <w:p>
      <w:pPr>
        <w:pStyle w:val="Heading1"/>
      </w:pPr>
      <w:r>
        <w:t>自我介绍（选填，三五行即可）</w:t>
      </w:r>
    </w:p>
    <w:p>
      <w:pPr>
        <w:ind w:firstLine="440"/>
      </w:pPr>
      <w:r>
        <w:t>【踏实、坐得住，行政类工作不怕琐碎。实习期间养成了当天事当天毕的习惯。希望从基础岗位做起，长期稳定发展。】</w:t>
      </w:r>
    </w:p>
    <w:p>
      <w:pPr>
        <w:pStyle w:val="Heading1"/>
      </w:pPr>
      <w:r>
        <w:t>附：千万别写的反面清单</w:t>
      </w:r>
    </w:p>
    <w:p>
      <w:pPr>
        <w:ind w:firstLine="440"/>
      </w:pPr>
      <w:r>
        <w:t>1. 不要写"性格开朗、吃苦耐劳、团结同学"这类空话，HR 看了十几年了，等于没说；</w:t>
      </w:r>
    </w:p>
    <w:p>
      <w:pPr>
        <w:ind w:firstLine="440"/>
      </w:pPr>
      <w:r>
        <w:t>2. 不要用"精通 Excel / 精通 PS"，应届生说精通会被当场打脸，改成"熟练""了解"更稳；</w:t>
      </w:r>
    </w:p>
    <w:p>
      <w:pPr>
        <w:ind w:firstLine="440"/>
      </w:pPr>
      <w:r>
        <w:t>3. 不要把性格测评、星座、血型写上去；</w:t>
      </w:r>
    </w:p>
    <w:p>
      <w:pPr>
        <w:ind w:firstLine="440"/>
      </w:pPr>
      <w:r>
        <w:t>4. 不要在简历里发牢骚、吐槽前实习单位；</w:t>
      </w:r>
    </w:p>
    <w:p>
      <w:pPr>
        <w:ind w:firstLine="440"/>
      </w:pPr>
      <w:r>
        <w:t>5. 不要一稿投所有岗位，应聘销售和应聘行政，实习经历的侧重点要换一下；</w:t>
      </w:r>
    </w:p>
    <w:p>
      <w:pPr>
        <w:ind w:firstLine="440"/>
      </w:pPr>
      <w:r>
        <w:t>6. 导出 PDF 再投递，防止不同电脑排版错乱。</w:t>
      </w:r>
    </w:p>
    <w:p>
      <w:pPr>
        <w:pStyle w:val="Heading1"/>
      </w:pPr>
      <w:r>
        <w:t>附：常见岗位简历侧重点举例</w:t>
      </w:r>
    </w:p>
    <w:p>
      <w:pPr>
        <w:ind w:firstLine="440"/>
      </w:pPr>
      <w:r>
        <w:t>应聘行政/文职岗：突出细心、有条理、熟练办公软件，举一个你把台账整理清楚、把会议安排妥当的例子；少提张扬的爱好。</w:t>
      </w:r>
    </w:p>
    <w:p>
      <w:pPr>
        <w:ind w:firstLine="440"/>
      </w:pPr>
      <w:r>
        <w:t>应聘销售/业务岗：突出沟通能力、抗压能力和结果，举一次你主动搭讪、谈成事情、完成指标的例子；把数字写出来。</w:t>
      </w:r>
    </w:p>
    <w:p>
      <w:pPr>
        <w:ind w:firstLine="440"/>
      </w:pPr>
      <w:r>
        <w:t>应聘技术/操作岗：突出你会用什么工具、考过什么证、做过什么课程设计或小项目，少说空话，多说你动手做过啥。</w:t>
      </w:r>
    </w:p>
    <w:p>
      <w:pPr>
        <w:ind w:firstLine="440"/>
      </w:pPr>
      <w:r>
        <w:t>应聘服务岗：突出耐心、服务意识、能吃苦，举一次你耐心接待别人、解决麻烦事的经历。</w:t>
      </w:r>
    </w:p>
    <w:p>
      <w:pPr>
        <w:pStyle w:val="Heading1"/>
      </w:pPr>
      <w:r>
        <w:t>附：投递小经验</w:t>
      </w:r>
    </w:p>
    <w:p>
      <w:pPr>
        <w:ind w:firstLine="440"/>
      </w:pPr>
      <w:r>
        <w:t>海投效率低，不如挑十来个真心想去的岗位，针对性改一改简历再投。投完三到五天没回音，可以礼貌地回邮问一句。面试前把公司是干什么的搞清楚，别进去了一问三不知。简历导出 PDF 再发，附件名写清楚自己是谁。别在一家公司一棵树上吊死，多手准备心态才稳。找工作本来就是个双向选择，被拒绝很正常，总结了接着投就是。</w:t>
      </w:r>
    </w:p>
    <w:p>
      <w:pPr>
        <w:pStyle w:val="Heading1"/>
      </w:pPr>
      <w:r>
        <w:t>附：自我介绍一分钟模板</w:t>
      </w:r>
    </w:p>
    <w:p>
      <w:pPr>
        <w:ind w:firstLine="440"/>
      </w:pPr>
      <w:r>
        <w:t>"您好，我叫张三，内蒙古大学行政管理专业应届毕业。实习期间在一家公司行政部干过三个月，主要做文件整理和会议支持，独立整理过两百多份客户记录，还用Excel做了分类统计，帮团队把每周复盘的时间压下来了。我做事踏实、细心，应聘咱们这个岗位，是觉得自己坐得住、也喜欢把事情安排清楚，希望能从基础岗长期做下去。谢谢。"——把名字、学校、专业、一段实习结果、求职动机四件事说清，正好一分钟。</w:t>
      </w:r>
    </w:p>
    <w:p>
      <w:pPr>
        <w:ind w:firstLine="440"/>
      </w:pPr>
      <w:r>
        <w:t>简历这东西，改到自己看着顺眼、看着像那么回事为止。投出去之后就别天天刷邮箱焦虑，多投几家、多面几次，机会是碰出来的。</w:t>
      </w:r>
    </w:p>
    <w:p>
      <w:pPr>
        <w:pStyle w:val="Heading1"/>
      </w:pPr>
      <w:r>
        <w:t>附：简历投递后跟进</w:t>
      </w:r>
    </w:p>
    <w:p>
      <w:pPr>
        <w:ind w:firstLine="440"/>
      </w:pPr>
      <w:r>
        <w:t>投出去一周没消息，可以礼貌回邮或打电话问一句，别天天催。面试前查好公司地址，提前十分钟到。带两份纸质简历。被问住了别慌，老实说"这个我了解不深，回去补"，比硬编强。找工作是个概率活，投得多、面得多，总有合适的。</w:t>
      </w:r>
    </w:p>
    <w:p>
      <w:pPr>
        <w:ind w:firstLine="440"/>
      </w:pPr>
      <w:r>
        <w:t>最后啰嗦一句：简历是你的门面，别舍不得花时间。一份改到位的简历，比海投一百份敷衍的管用。把它当成自己的小作品来打磨，写完念两遍，不顺的地方就改。祝你早日拿到心仪的offer。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