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面试常见问题十答（参考回答版）</w:t>
      </w:r>
    </w:p>
    <w:p>
      <w:pPr>
        <w:pStyle w:val="Heading2"/>
      </w:pPr>
      <w:r>
        <w:t>使用说明：以下回答为参考思路，请结合自身真实经历改写，切勿逐字背诵，否则一听就是背的。每段控制在 1.5 到 2 分钟讲完。</w:t>
      </w:r>
    </w:p>
    <w:p>
      <w:pPr>
        <w:pStyle w:val="Heading1"/>
      </w:pPr>
      <w:r>
        <w:t>问题一：请先做个自我介绍。</w:t>
      </w:r>
    </w:p>
    <w:p>
      <w:pPr>
        <w:ind w:firstLine="440"/>
      </w:pPr>
      <w:r>
        <w:t>参考回答：面试官您好，我叫 XXX，今年 XX 岁，XX 大学 XX 专业应届毕业。我在 XX 公司实习过三个月，主要做行政和数据整理的活，那段时间独立整理过 200 多份客户记录，也帮团队把每周的复盘会时间压下来了。我对咱们这个行政岗位很感兴趣，因为我本身就坐得住、喜欢把事情安排得井井有条，希望能从基础做起长期发展。以上是我的简单介绍。</w:t>
      </w:r>
    </w:p>
    <w:p>
      <w:pPr>
        <w:ind w:firstLine="440"/>
      </w:pPr>
      <w:r>
        <w:t>雷区：不要把简历从头念一遍；不要讲和岗位无关的爱好。</w:t>
      </w:r>
    </w:p>
    <w:p>
      <w:pPr>
        <w:pStyle w:val="Heading1"/>
      </w:pPr>
      <w:r>
        <w:t>问题二：你最大的优点是什么？</w:t>
      </w:r>
    </w:p>
    <w:p>
      <w:pPr>
        <w:ind w:firstLine="440"/>
      </w:pPr>
      <w:r>
        <w:t>参考回答：我最大的优点是踏实、靠谱，交代给我的事我会盯到底。实习的时候领导让我跟进一个会议待办清单，我每完成一项就销一项，最后没有一件漏的，领导后来把这块活一直交给我。我觉得做行政和助理这类岗位，靠谱比聪明更重要。</w:t>
      </w:r>
    </w:p>
    <w:p>
      <w:pPr>
        <w:ind w:firstLine="440"/>
      </w:pPr>
      <w:r>
        <w:t>雷区：只说"我努力""我开朗"却举不出例子。</w:t>
      </w:r>
    </w:p>
    <w:p>
      <w:pPr>
        <w:pStyle w:val="Heading1"/>
      </w:pPr>
      <w:r>
        <w:t>问题三：你最大的缺点是什么？</w:t>
      </w:r>
    </w:p>
    <w:p>
      <w:pPr>
        <w:ind w:firstLine="440"/>
      </w:pPr>
      <w:r>
        <w:t>参考回答：我有时候做事过于细，容易在一个小细节上花太多时间。后来我给自己定了规矩，先把整体做完，再回头抠细节，效率好了不少。我也在学着分主次，先抓重要的。</w:t>
      </w:r>
    </w:p>
    <w:p>
      <w:pPr>
        <w:ind w:firstLine="440"/>
      </w:pPr>
      <w:r>
        <w:t>雷区：别说"我太追求完美了"这种假缺点。</w:t>
      </w:r>
    </w:p>
    <w:p>
      <w:pPr>
        <w:pStyle w:val="Heading1"/>
      </w:pPr>
      <w:r>
        <w:t>问题四：你为什么离开上一家公司？</w:t>
      </w:r>
    </w:p>
    <w:p>
      <w:pPr>
        <w:ind w:firstLine="440"/>
      </w:pPr>
      <w:r>
        <w:t>参考回答：上家公司其实挺好的，只是那个岗位发展空间比较有限，我希望找一个能长期学习、能独当一面的平台。咱们这边的岗位我看了招聘要求，跟我的经历挺对口，所以想来试试。</w:t>
      </w:r>
    </w:p>
    <w:p>
      <w:pPr>
        <w:ind w:firstLine="440"/>
      </w:pPr>
      <w:r>
        <w:t>雷区：绝对不要骂前老板、骂同事、骂管理。</w:t>
      </w:r>
    </w:p>
    <w:p>
      <w:pPr>
        <w:pStyle w:val="Heading1"/>
      </w:pPr>
      <w:r>
        <w:t>问题五：你怎么看待加班？</w:t>
      </w:r>
    </w:p>
    <w:p>
      <w:pPr>
        <w:ind w:firstLine="440"/>
      </w:pPr>
      <w:r>
        <w:t>参考回答：如果是活确实多、赶进度，加班我完全可以接受，年轻人多干点没坏处。但我也希望讲究效率，尽量在上班时间把事干完，不搞无效加班。</w:t>
      </w:r>
    </w:p>
    <w:p>
      <w:pPr>
        <w:ind w:firstLine="440"/>
      </w:pPr>
      <w:r>
        <w:t>雷区：一上来就说"我不接受加班"。</w:t>
      </w:r>
    </w:p>
    <w:p>
      <w:pPr>
        <w:pStyle w:val="Heading1"/>
      </w:pPr>
      <w:r>
        <w:t>问题六：你的期望薪资是多少？</w:t>
      </w:r>
    </w:p>
    <w:p>
      <w:pPr>
        <w:ind w:firstLine="440"/>
      </w:pPr>
      <w:r>
        <w:t>参考回答：我更看重的是这个岗位的成长机会。薪资方面我了解了一下本地同岗位的行情，大概在 X 到 Y 之间，具体可以按公司的薪酬体系来定。</w:t>
      </w:r>
    </w:p>
    <w:p>
      <w:pPr>
        <w:ind w:firstLine="440"/>
      </w:pPr>
      <w:r>
        <w:t>雷区：一上来咬死一个高价，或者说"随便，你们看着给"。</w:t>
      </w:r>
    </w:p>
    <w:p>
      <w:pPr>
        <w:pStyle w:val="Heading1"/>
      </w:pPr>
      <w:r>
        <w:t>问题七：你还在看其他机会吗？</w:t>
      </w:r>
    </w:p>
    <w:p>
      <w:pPr>
        <w:ind w:firstLine="440"/>
      </w:pPr>
      <w:r>
        <w:t>参考回答：有在看同类型的岗位，也面了一两家，但咱们这边的方向和氛围我更中意，所以今天特别认真地准备了过来。</w:t>
      </w:r>
    </w:p>
    <w:p>
      <w:pPr>
        <w:ind w:firstLine="440"/>
      </w:pPr>
      <w:r>
        <w:t>雷区：吹自己手握一堆 offer 来压价。</w:t>
      </w:r>
    </w:p>
    <w:p>
      <w:pPr>
        <w:pStyle w:val="Heading1"/>
      </w:pPr>
      <w:r>
        <w:t>问题八：你觉得你能为我们带来什么？</w:t>
      </w:r>
    </w:p>
    <w:p>
      <w:pPr>
        <w:ind w:firstLine="440"/>
      </w:pPr>
      <w:r>
        <w:t>参考回答：我看咱们这个岗位需要经常做表格、整理资料、对接各部门，这正是我实习期间天天干的活，上手应该很快。另外我做事细心，文件归档这类事交给我您可以放心。</w:t>
      </w:r>
    </w:p>
    <w:p>
      <w:pPr>
        <w:pStyle w:val="Heading1"/>
      </w:pPr>
      <w:r>
        <w:t>问题九：五年后你希望自己是什么状态？</w:t>
      </w:r>
    </w:p>
    <w:p>
      <w:pPr>
        <w:ind w:firstLine="440"/>
      </w:pPr>
      <w:r>
        <w:t>参考回答：我希望五年后能在这个行业里扎下根，从一个执行者成长为能独立负责一块业务的人，成为团队里靠得住的老员工。</w:t>
      </w:r>
    </w:p>
    <w:p>
      <w:pPr>
        <w:ind w:firstLine="440"/>
      </w:pPr>
      <w:r>
        <w:t>雷区：说"我想创业""我想当 CEO"。</w:t>
      </w:r>
    </w:p>
    <w:p>
      <w:pPr>
        <w:pStyle w:val="Heading1"/>
      </w:pPr>
      <w:r>
        <w:t>问题十：你有什么要问我们的吗？</w:t>
      </w:r>
    </w:p>
    <w:p>
      <w:pPr>
        <w:ind w:firstLine="440"/>
      </w:pPr>
      <w:r>
        <w:t>参考提问：想请问这个岗位目前最希望新人先上手解决哪块工作？团队现在大概是怎么分工的？</w:t>
      </w:r>
    </w:p>
    <w:p>
      <w:pPr>
        <w:ind w:firstLine="440"/>
      </w:pPr>
      <w:r>
        <w:t>雷区：一上来就问工资多少、加不加班、有没有年假。</w:t>
      </w:r>
    </w:p>
    <w:p>
      <w:pPr>
        <w:pStyle w:val="Heading1"/>
      </w:pPr>
      <w:r>
        <w:t>临场加分小动作</w:t>
      </w:r>
    </w:p>
    <w:p>
      <w:pPr>
        <w:ind w:firstLine="440"/>
      </w:pPr>
      <w:r>
        <w:t>1. 提前十分钟到场，迟到基本直接扣分；</w:t>
      </w:r>
    </w:p>
    <w:p>
      <w:pPr>
        <w:ind w:firstLine="440"/>
      </w:pPr>
      <w:r>
        <w:t>2. 带两份打印好的简历，万一面试你的是两个人；</w:t>
      </w:r>
    </w:p>
    <w:p>
      <w:pPr>
        <w:ind w:firstLine="440"/>
      </w:pPr>
      <w:r>
        <w:t>3. 手机调静音，别让电话响起来；</w:t>
      </w:r>
    </w:p>
    <w:p>
      <w:pPr>
        <w:ind w:firstLine="440"/>
      </w:pPr>
      <w:r>
        <w:t>4. 回答前停顿两秒想清楚，比抢话强；</w:t>
      </w:r>
    </w:p>
    <w:p>
      <w:pPr>
        <w:ind w:firstLine="440"/>
      </w:pPr>
      <w:r>
        <w:t>5. 结束时说一句"谢谢您的时间"，起身把椅子归位。</w:t>
      </w:r>
    </w:p>
    <w:p>
      <w:pPr>
        <w:pStyle w:val="Heading1"/>
      </w:pPr>
      <w:r>
        <w:t>附：不同人群的加分细节</w:t>
      </w:r>
    </w:p>
    <w:p>
      <w:pPr>
        <w:ind w:firstLine="440"/>
      </w:pPr>
      <w:r>
        <w:t>应届生：多强调学习能力和实习里干的实事，别因为没经验就心虚。可以说自己上手快、肯学、不挑活。</w:t>
      </w:r>
    </w:p>
    <w:p>
      <w:pPr>
        <w:ind w:firstLine="440"/>
      </w:pPr>
      <w:r>
        <w:t>有工作经验的：多讲你在上家解决过的具体问题，用结果说话。离职原因往发展上靠，绝不吐槽老东家。</w:t>
      </w:r>
    </w:p>
    <w:p>
      <w:pPr>
        <w:ind w:firstLine="440"/>
      </w:pPr>
      <w:r>
        <w:t>转行的：把你过去的经验和新岗位做个连接，说明你虽然换了行，但哪些能力是通用的，为什么敢转、凭什么能转好。</w:t>
      </w:r>
    </w:p>
    <w:p>
      <w:pPr>
        <w:pStyle w:val="Heading1"/>
      </w:pPr>
      <w:r>
        <w:t>附：面试后还能做的事</w:t>
      </w:r>
    </w:p>
    <w:p>
      <w:pPr>
        <w:ind w:firstLine="440"/>
      </w:pPr>
      <w:r>
        <w:t>面试结束当天，可以发一条简短的感谢信息，重申一下自己对岗位的兴趣，别太长。等通知期间别反复追问，显得沉不住气。如果没通过，大方问一句主要差在哪，下次好改进。面试是个熟能生巧的事，头两三家紧张很正常，面多了就从容了。把每次面试当练手，状态会越来越好。</w:t>
      </w:r>
    </w:p>
    <w:p>
      <w:pPr>
        <w:pStyle w:val="Heading1"/>
      </w:pPr>
      <w:r>
        <w:t>附：高频小问题速答</w:t>
      </w:r>
    </w:p>
    <w:p>
      <w:pPr>
        <w:ind w:firstLine="440"/>
      </w:pPr>
      <w:r>
        <w:t>问"你最大的缺点"：可以说"我有时过于抠细节，现在学会先把整体做完再回头打磨"。问"能加班吗"：说"赶进度可以加，但也讲究效率"。问"期望薪资"：给区间、别咬死。问"还面了别家吗"：说在看同方向，但更中意这家。问"有什么要问的"：问岗位职责和团队分工。把这几道背熟，临场就不慌。</w:t>
      </w:r>
    </w:p>
    <w:p>
      <w:pPr>
        <w:ind w:firstLine="440"/>
      </w:pPr>
      <w:r>
        <w:t>面试是双向挑选，你也在考察这家公司值不值得去。别把自己放得太低，不卑不亢最好。</w:t>
      </w:r>
    </w:p>
    <w:p>
      <w:pPr>
        <w:pStyle w:val="Heading1"/>
      </w:pPr>
      <w:r>
        <w:t>附：着装与礼仪</w:t>
      </w:r>
    </w:p>
    <w:p>
      <w:pPr>
        <w:ind w:firstLine="440"/>
      </w:pPr>
      <w:r>
        <w:t>着装干净得体就行，不必都穿西装，别穿拖鞋背心。进门敲门、问好，坐姿端正，眼神看着面试官。手机提前静音。结束道谢、把椅子推回原位。这些细节不花一分钱，却很加分。</w:t>
      </w:r>
    </w:p>
    <w:p>
      <w:pPr>
        <w:ind w:firstLine="440"/>
      </w:pPr>
      <w:r>
        <w:t>面试这事，七分靠准备，三分靠临场。把上面这十道题的回答思路捋顺，再对着镜子练两遍，上场就不会大脑空白。被拒了别往心里去，每一次面试都是在攒经验，下一次只会更好。</w:t>
      </w:r>
    </w:p>
    <w:p>
      <w:pPr>
        <w:ind w:firstLine="440"/>
      </w:pPr>
      <w:r>
        <w:t>【使用说明】本文档为网友自发分享的实用范文/模板，仅供学习参考，请务必结合自身实际情况修改后使用。文中所有括号占位内容、金额、日期、人名、单位名称，都要替换成你自己的真实信息。</w:t>
      </w:r>
    </w:p>
    <w:p>
      <w:pPr>
        <w:ind w:firstLine="440"/>
      </w:pPr>
      <w:r>
        <w:t>【温馨提示】正式提交、签署或使用前，请通读全文，核对关键信息，删除所有提示性文字。如涉及法律、政策、财务等重要事项，建议向相关部门或专业人士进一步咨询，切勿照搬照抄。祝办事顺利。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