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入党申请书</w:t>
      </w:r>
    </w:p>
    <w:p>
      <w:pPr>
        <w:ind w:firstLine="440"/>
      </w:pPr>
      <w:r>
        <w:t>敬爱的党组织：</w:t>
      </w:r>
    </w:p>
    <w:p>
      <w:pPr>
        <w:ind w:firstLine="440"/>
      </w:pPr>
      <w:r>
        <w:t>我志愿加入中国共产党，愿意为共产主义事业奋斗终身。今天，我怀着无比激动的心情，郑重地向党组织递交这份入党申请书，希望能在组织的培养和教育下，成为一名合格的共产党员。</w:t>
      </w:r>
    </w:p>
    <w:p>
      <w:pPr>
        <w:ind w:firstLine="440"/>
      </w:pPr>
      <w:r>
        <w:t>从小我就从课本和长辈口中了解到，中国共产党是中国工人阶级的先锋队，同时是中国人民和中华民族的先锋队，是中国特色社会主义事业的领导核心。在我成长的这些年里，我亲眼看到身边的变化：家乡的路修通了，老人有了医保，村里的学校越办越好。这一切让我真切地感受到，党始终把人民的利益放在心上。越是长大，我越渴望成为这个先进集体中的一员。</w:t>
      </w:r>
    </w:p>
    <w:p>
      <w:pPr>
        <w:ind w:firstLine="440"/>
      </w:pPr>
      <w:r>
        <w:t>在学习和工作中，我一直以党员的标准要求自己。在学校期间，我认真完成学业，主动帮助同学，连续两年获得奖学金；走上工作岗位后，我踏实肯干，服从安排，遇到急活累活从不推诿。去年单位承担一项紧急任务，我主动加班加点，和同事一起按时完成，得到了领导和大家的认可。这些经历让我明白，党员的先进性不是喊出来的，是一件事一件事干出来的。</w:t>
      </w:r>
    </w:p>
    <w:p>
      <w:pPr>
        <w:ind w:firstLine="440"/>
      </w:pPr>
      <w:r>
        <w:t>我也清醒地认识到自己还有不少不足：理论学习还不够系统深入，看问题有时不够全面，遇到挫折时情绪也会有波动。今后我一定加强政治理论学习，在思想上和党保持高度一致；在工作中勇挑重担，不怕吃亏；在生活里严格要求自己，团结同志，热心帮助身边有困难的人。</w:t>
      </w:r>
    </w:p>
    <w:p>
      <w:pPr>
        <w:ind w:firstLine="440"/>
      </w:pPr>
      <w:r>
        <w:t>如果党组织批准我的申请，我将倍加珍惜，以更高的标准约束自己，做一名名副其实的共产党员；如果暂时没有被批准，我也不会气馁，会继续努力，查找差距，争取早日达到党员的标准。</w:t>
      </w:r>
    </w:p>
    <w:p>
      <w:pPr>
        <w:ind w:firstLine="440"/>
      </w:pPr>
      <w:r>
        <w:t>请党组织在实践中考验我！</w:t>
      </w:r>
    </w:p>
    <w:p>
      <w:pPr>
        <w:ind w:firstLine="440"/>
      </w:pPr>
      <w:r>
        <w:t>此致</w:t>
      </w:r>
    </w:p>
    <w:p>
      <w:pPr>
        <w:ind w:firstLine="440"/>
      </w:pPr>
      <w:r>
        <w:t>敬礼！</w:t>
      </w:r>
    </w:p>
    <w:p>
      <w:pPr>
        <w:ind w:firstLine="440"/>
      </w:pPr>
      <w:r>
        <w:t>申请人：XXX</w:t>
      </w:r>
    </w:p>
    <w:p>
      <w:pPr>
        <w:ind w:firstLine="440"/>
      </w:pPr>
      <w:r>
        <w:t>XXXX 年 XX 月 XX 日</w:t>
      </w:r>
    </w:p>
    <w:p>
      <w:pPr>
        <w:pStyle w:val="Heading1"/>
      </w:pPr>
      <w:r>
        <w:t>写作与提交提示（提交前请删除本部分）</w:t>
      </w:r>
    </w:p>
    <w:p>
      <w:pPr>
        <w:ind w:firstLine="440"/>
      </w:pPr>
      <w:r>
        <w:t>1. 以上范文仅供参考格式，对党的认识、个人经历、努力方向三段，请务必替换为你自己的真实经历和真心话，切忌整段照抄；</w:t>
      </w:r>
    </w:p>
    <w:p>
      <w:pPr>
        <w:ind w:firstLine="440"/>
      </w:pPr>
      <w:r>
        <w:t>2. 标题居中写"入党申请书"，不加书名号；称呼顶格；结尾"此致"空两格、"敬礼"顶格；</w:t>
      </w:r>
    </w:p>
    <w:p>
      <w:pPr>
        <w:ind w:firstLine="440"/>
      </w:pPr>
      <w:r>
        <w:t>3. 通篇用第一人称"我"，语气庄重诚恳，不堆砌华丽辞藻；</w:t>
      </w:r>
    </w:p>
    <w:p>
      <w:pPr>
        <w:ind w:firstLine="440"/>
      </w:pPr>
      <w:r>
        <w:t>4. 多数单位要求手写、字迹工整，提交前先向所在党支部确认格式要求；</w:t>
      </w:r>
    </w:p>
    <w:p>
      <w:pPr>
        <w:ind w:firstLine="440"/>
      </w:pPr>
      <w:r>
        <w:t>5. 日期写实际提交当天，不要预先写死；</w:t>
      </w:r>
    </w:p>
    <w:p>
      <w:pPr>
        <w:ind w:firstLine="440"/>
      </w:pPr>
      <w:r>
        <w:t>6. 写完请通读两遍，检查错别字和语句通顺，态度比文采更重要。</w:t>
      </w:r>
    </w:p>
    <w:p>
      <w:pPr>
        <w:pStyle w:val="Heading1"/>
      </w:pPr>
      <w:r>
        <w:t>附：写作中容易把握不好的几个分寸</w:t>
      </w:r>
    </w:p>
    <w:p>
      <w:pPr>
        <w:ind w:firstLine="440"/>
      </w:pPr>
      <w:r>
        <w:t>一是对党的认识要准确，引用重要表述时尽量和公开提法保持一致，不要自己生造说法。二是谈个人经历要真实，别为了显得先进就编造没有的荣誉或事件，组织上是会了解的。三是自我批评要诚恳但不否定全部，重点放在今后怎么改。四是整篇文章的语气要庄重朴实，不要用过多抒情和夸张的辞藻。</w:t>
      </w:r>
    </w:p>
    <w:p>
      <w:pPr>
        <w:ind w:firstLine="440"/>
      </w:pPr>
      <w:r>
        <w:t>另外要注意，申请书不是越长越好，把事情说清楚就行，一般一千字以上、两三千字以内比较合适。写好后自己通读两遍，把不通顺的句子理顺，有错别字改掉。递交时态度要端正，这本身就是对组织的尊重。递交之后，更重要的是在日常工作学习中用行动证明，而不是写完申请就松劲。</w:t>
      </w:r>
    </w:p>
    <w:p>
      <w:pPr>
        <w:pStyle w:val="Heading1"/>
      </w:pPr>
      <w:r>
        <w:t>附：入党后的努力方向参考</w:t>
      </w:r>
    </w:p>
    <w:p>
      <w:pPr>
        <w:ind w:firstLine="440"/>
      </w:pPr>
      <w:r>
        <w:t>在思想上，坚持学习党的理论，关心时事，在大是大非面前立场坚定；在工作上，挑重担、不推诿，急难险重的任务先上；在生活上，廉洁自律，团结同志，热心帮助身边有困难的人；在纪律上，严格遵守各项规定，服从组织安排。这些不是喊口号，而是要一件事一件事去落实，让身边的人真真切切看到你的变化。</w:t>
      </w:r>
    </w:p>
    <w:p>
      <w:pPr>
        <w:pStyle w:val="Heading1"/>
      </w:pPr>
      <w:r>
        <w:t>附：对党的认识可结合的现实例子</w:t>
      </w:r>
    </w:p>
    <w:p>
      <w:pPr>
        <w:ind w:firstLine="440"/>
      </w:pPr>
      <w:r>
        <w:t>写对党的认识，不必空谈理论，可以结合你亲眼看到的变化。比如：家乡以前路不通，现在村村通了公路；家里老人以前看病发愁，现在有了医保报销；村子里建了文化广场，晚上大家能跳广场舞。这些实实在在的变化，背后都是党的好政策。把你自己或家人真实经历过的一两件事写进去，比抄一段理论生动得多，也真诚得多。</w:t>
      </w:r>
    </w:p>
    <w:p>
      <w:pPr>
        <w:ind w:firstLine="440"/>
      </w:pPr>
      <w:r>
        <w:t>再比如，遇到急难险重的时候，冲在最前面的往往是党员——抗洪救灾、疫情防控、抢修保电，党旗总是插在第一线。这些新闻你一定看过，写进申请书，说明你是真的在关注、在思考。</w:t>
      </w:r>
    </w:p>
    <w:p>
      <w:pPr>
        <w:pStyle w:val="Heading1"/>
      </w:pPr>
      <w:r>
        <w:t>附：递交之后</w:t>
      </w:r>
    </w:p>
    <w:p>
      <w:pPr>
        <w:ind w:firstLine="440"/>
      </w:pPr>
      <w:r>
        <w:t>交了申请不是终点，而是起点。组织上会继续考察你，看你平时表现。这段时间更要在工作学习中带头，和同事同学处好关系，热心帮人。思想上有了新的认识，也可以及时向组织汇报。端正态度、踏实行动，比写得多漂亮都重要。</w:t>
      </w:r>
    </w:p>
    <w:p>
      <w:pPr>
        <w:pStyle w:val="Heading1"/>
      </w:pPr>
      <w:r>
        <w:t>附：申请书誊写要求</w:t>
      </w:r>
    </w:p>
    <w:p>
      <w:pPr>
        <w:ind w:firstLine="440"/>
      </w:pPr>
      <w:r>
        <w:t>如需手写，用蓝黑或黑色钢笔/签字笔，工整书写，不涂改乱划。一页写不下就续页，别挤成一团。字迹是态度的体现。不会写的字查字典，别写错别字，尤其党的理论表述不能写错。</w:t>
      </w:r>
    </w:p>
    <w:p>
      <w:pPr>
        <w:pStyle w:val="Heading1"/>
      </w:pPr>
      <w:r>
        <w:t>附：递交前最后检查</w:t>
      </w:r>
    </w:p>
    <w:p>
      <w:pPr>
        <w:ind w:firstLine="440"/>
      </w:pPr>
      <w:r>
        <w:t>检查标题是不是"入党申请书"；称呼有没有顶格；"此致敬礼"格式对不对；署名和日期全不全；有没有错别字；话是不是真心话。都过一遍，再郑重交上去。这是一件严肃的事，认真对待，组织上看在眼里。</w:t>
      </w:r>
    </w:p>
    <w:p>
      <w:pPr>
        <w:ind w:firstLine="440"/>
      </w:pPr>
      <w:r>
        <w:t>写好之后也不必患得患失。组织上有自己的考察流程，你要做的就是在日常里继续好好表现。是金子早晚发光，是真心也早晚被看见。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