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助学金申请书</w:t>
      </w:r>
    </w:p>
    <w:p>
      <w:pPr>
        <w:ind w:firstLine="440"/>
      </w:pPr>
      <w:r>
        <w:t>尊敬的学校领导、老师：</w:t>
      </w:r>
    </w:p>
    <w:p>
      <w:pPr>
        <w:ind w:firstLine="440"/>
      </w:pPr>
      <w:r>
        <w:t>您好！我叫 XXX，是 XX 学院 XX 专业 XX 级的一名学生。现因家庭经济困难，特向学校申请国家助学金，希望能得到组织的帮助，顺利完成学业。</w:t>
      </w:r>
    </w:p>
    <w:p>
      <w:pPr>
        <w:ind w:firstLine="440"/>
      </w:pPr>
      <w:r>
        <w:t>我家住在 XX 省 XX 县 XX 村，全家共 X 口人。父亲在家务农，农闲时打些零工，收入很不稳定；母亲身体不好，常年需要服药，不能干重活。家里主要的开支是我和弟弟的学费，以及母亲的医药费。这两年收成一般，加上母亲看病花了不少钱，家里经济一直比较紧张，有时连我的生活费都要东拼西凑。家里目前是村里建档立卡的监测户（如有低保证、低保边缘户等，如实写明）。</w:t>
      </w:r>
    </w:p>
    <w:p>
      <w:pPr>
        <w:ind w:firstLine="440"/>
      </w:pPr>
      <w:r>
        <w:t>虽然家里条件不好，但我从不敢放松学习。在校期间，我按时上课，认真完成作业，上一学年成绩排在班级前 XX 名，通过了大学英语四级考试。课余时间我参加了学校的勤工助学岗位，在图书馆整理书籍，用劳动补贴一部分生活费，尽量减轻家里的负担。生活上我十分节俭，不攀比、不乱花钱。</w:t>
      </w:r>
    </w:p>
    <w:p>
      <w:pPr>
        <w:ind w:firstLine="440"/>
      </w:pPr>
      <w:r>
        <w:t>我知道这笔助学金对很多像我这样的同学意味着什么。如果能获得资助，我一定会把它用在学习和基本生活上，绝不让钱花在无关的地方。我会更加努力，争取拿更好的成绩，将来有能力了，也去帮助和我一样困难的人，把这份爱心传递下去。</w:t>
      </w:r>
    </w:p>
    <w:p>
      <w:pPr>
        <w:ind w:firstLine="440"/>
      </w:pPr>
      <w:r>
        <w:t>再次感谢学校和老师对我们困难学生的关心。恳请领导和老师审查我的情况，批准我的申请。</w:t>
      </w:r>
    </w:p>
    <w:p>
      <w:pPr>
        <w:ind w:firstLine="440"/>
      </w:pPr>
      <w:r>
        <w:t>此致</w:t>
      </w:r>
    </w:p>
    <w:p>
      <w:pPr>
        <w:ind w:firstLine="440"/>
      </w:pPr>
      <w:r>
        <w:t>敬礼！</w:t>
      </w:r>
    </w:p>
    <w:p>
      <w:pPr>
        <w:ind w:firstLine="440"/>
      </w:pPr>
      <w:r>
        <w:t>申请人：XXX</w:t>
      </w:r>
    </w:p>
    <w:p>
      <w:pPr>
        <w:ind w:firstLine="440"/>
      </w:pPr>
      <w:r>
        <w:t>所在班级：XXXXXX    学号：XXXXXX</w:t>
      </w:r>
    </w:p>
    <w:p>
      <w:pPr>
        <w:ind w:firstLine="440"/>
      </w:pPr>
      <w:r>
        <w:t>XXXX 年 XX 月 XX 日</w:t>
      </w:r>
    </w:p>
    <w:p>
      <w:pPr>
        <w:pStyle w:val="Heading1"/>
      </w:pPr>
      <w:r>
        <w:t>填写与提交说明（提交前请删除本部分）</w:t>
      </w:r>
    </w:p>
    <w:p>
      <w:pPr>
        <w:ind w:firstLine="440"/>
      </w:pPr>
      <w:r>
        <w:t>1. 家庭情况务必真实，收入、病情、家庭人口如实填写，不要编造困难，一经核实造假会被取消资格；</w:t>
      </w:r>
    </w:p>
    <w:p>
      <w:pPr>
        <w:ind w:firstLine="440"/>
      </w:pPr>
      <w:r>
        <w:t>2. 在校表现要具体，成绩、证书、勤工俭学都可以写，证明你是值得帮助的上进学生；</w:t>
      </w:r>
    </w:p>
    <w:p>
      <w:pPr>
        <w:ind w:firstLine="440"/>
      </w:pPr>
      <w:r>
        <w:t>3. 语气不卑不亢，困难可以说，但不要通篇卖惨；</w:t>
      </w:r>
    </w:p>
    <w:p>
      <w:pPr>
        <w:ind w:firstLine="440"/>
      </w:pPr>
      <w:r>
        <w:t>4. 通常需随申请提交：家庭经济困难证明（村/社区或乡镇盖章）、低保证或建档立卡证明复印件、身份证与学生证复印件，具体以本校通知为准；</w:t>
      </w:r>
    </w:p>
    <w:p>
      <w:pPr>
        <w:ind w:firstLine="440"/>
      </w:pPr>
      <w:r>
        <w:t>5. 落款写清班级、学号、联系电话，方便老师联系核实；</w:t>
      </w:r>
    </w:p>
    <w:p>
      <w:pPr>
        <w:ind w:firstLine="440"/>
      </w:pPr>
      <w:r>
        <w:t>6. 如有校内勤工助学岗位、临时困难补助等，可同时向辅导员咨询。</w:t>
      </w:r>
    </w:p>
    <w:p>
      <w:pPr>
        <w:pStyle w:val="Heading1"/>
      </w:pPr>
      <w:r>
        <w:t>附：写好困难的几个要领</w:t>
      </w:r>
    </w:p>
    <w:p>
      <w:pPr>
        <w:ind w:firstLine="440"/>
      </w:pPr>
      <w:r>
        <w:t>写家庭困难要实事求是，把致困的原因讲清楚：是父母务农收入不稳，还是家人患病长期吃药，或是遭遇了突发变故。有证明材料的（低保证、建档立卡手册、医疗票据）一定附上。数字写实在，不要夸大，更不要编造不存在的困难。评审老师见得多，写得太虚一眼就能看出来，反而印象不好。</w:t>
      </w:r>
    </w:p>
    <w:p>
      <w:pPr>
        <w:ind w:firstLine="440"/>
      </w:pPr>
      <w:r>
        <w:t>同时要记住，申请资助不是丢人的事。家庭条件是自己暂时选择不了的，但怎么面对它是自己能决定的。把困难讲清楚，把自己上进的一面也亮出来，让老师看到这钱帮的是一个值得帮、也懂得感恩的人。</w:t>
      </w:r>
    </w:p>
    <w:p>
      <w:pPr>
        <w:pStyle w:val="Heading1"/>
      </w:pPr>
      <w:r>
        <w:t>附：拿到资助后怎么做</w:t>
      </w:r>
    </w:p>
    <w:p>
      <w:pPr>
        <w:ind w:firstLine="440"/>
      </w:pPr>
      <w:r>
        <w:t>把钱用在刀刃上：学费、基本伙食、必要的学习资料，不要拿去攀比消费、买奢侈品。继续把书读好，用成绩回报这份帮助。有余力时参加志愿服务，将来自己站稳了，也去帮一帮和你当年一样的人。助学金是雪中送炭，不是让人躺平的资本。</w:t>
      </w:r>
    </w:p>
    <w:p>
      <w:pPr>
        <w:pStyle w:val="Heading1"/>
      </w:pPr>
      <w:r>
        <w:t>附：其他可以同时申请的帮扶</w:t>
      </w:r>
    </w:p>
    <w:p>
      <w:pPr>
        <w:ind w:firstLine="440"/>
      </w:pPr>
      <w:r>
        <w:t>除了国家助学金，高校一般还有国家励志奖学金（品学兼优的家庭经济困难学生）、校内勤工助学岗位、临时困难补助、学费减免、生源地信用助学贷款等。如果经济压力确实大，可以多向辅导员了解，一项一项问清楚，符合条件的都去申请，别因为不好意思而错过。</w:t>
      </w:r>
    </w:p>
    <w:p>
      <w:pPr>
        <w:pStyle w:val="Heading1"/>
      </w:pPr>
      <w:r>
        <w:t>附：一封好申请的样子</w:t>
      </w:r>
    </w:p>
    <w:p>
      <w:pPr>
        <w:ind w:firstLine="440"/>
      </w:pPr>
      <w:r>
        <w:t>好的助学金申请，读起来像一个孩子在认认真真跟老师说自己家的情况，不夸张、不卖惨，也不卑微。它会写清楚家里几口人、靠什么过活、难在哪，也会写自己在学校怎么节约、怎么努力、怎么攒劲读书。老师看完的感受是：这孩子值得帮。</w:t>
      </w:r>
    </w:p>
    <w:p>
      <w:pPr>
        <w:ind w:firstLine="440"/>
      </w:pPr>
      <w:r>
        <w:t>反过来，读起来像在比惨、像在编故事的，老师反而会打个问号。所以记住：真实最有力量。</w:t>
      </w:r>
    </w:p>
    <w:p>
      <w:pPr>
        <w:pStyle w:val="Heading1"/>
      </w:pPr>
      <w:r>
        <w:t>附：填报与咨询</w:t>
      </w:r>
    </w:p>
    <w:p>
      <w:pPr>
        <w:ind w:firstLine="440"/>
      </w:pPr>
      <w:r>
        <w:t>助学金一般每学年评定一次，留意学校和辅导员发的通知，别错过申请时间。填表时信息如实，尤其是家庭人口、收入、是否建档立卡这些关键项。拿不准的地方，直接问辅导员，他们就是干这个的，不会嫌你烦。把材料一次备齐、一次填对，比反复补材料强。</w:t>
      </w:r>
    </w:p>
    <w:p>
      <w:pPr>
        <w:pStyle w:val="Heading1"/>
      </w:pPr>
      <w:r>
        <w:t>附：诚信提醒</w:t>
      </w:r>
    </w:p>
    <w:p>
      <w:pPr>
        <w:ind w:firstLine="440"/>
      </w:pPr>
      <w:r>
        <w:t>申请材料必须真实。家庭情况、成绩、证明材料一旦造假，一经查实会被取消资格并影响以后的申请。贫困不是丢人的事，弄虚作假才丢人。踏实写、如实报，这是底线。</w:t>
      </w:r>
    </w:p>
    <w:p>
      <w:pPr>
        <w:pStyle w:val="Heading1"/>
      </w:pPr>
      <w:r>
        <w:t>附：写在最后</w:t>
      </w:r>
    </w:p>
    <w:p>
      <w:pPr>
        <w:ind w:firstLine="440"/>
      </w:pPr>
      <w:r>
        <w:t>经济上的困难是暂时的，人这一辈子谁都有难的时候。靠助学金完成学业，不丢人；将来有能力了回报社会，才是把这份温暖接了下去。把材料备齐、把申请写真，剩下的交给评审老师。</w:t>
      </w:r>
    </w:p>
    <w:p>
      <w:pPr>
        <w:ind w:firstLine="440"/>
      </w:pPr>
      <w:r>
        <w:t>另外提醒一句：凡是让你先交钱、走所谓"内部通道"才能拿到资助的，都是诈骗。正规助学金是学校评审、财政发放，不收任何手续费。遇到这类电话，直接告诉辅导员。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