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新员工入职培训心得体会</w:t>
      </w:r>
    </w:p>
    <w:p>
      <w:pPr>
        <w:ind w:firstLine="440"/>
      </w:pPr>
      <w:r>
        <w:t>为期一周的新员工入职培训结束了。说实话，刚来的时候我心里是打鼓的，担心自己跟不上、担心融不进这个集体。但这几天听下来、聊下来，我心里踏实多了，也真正对"我们是一个什么样的团队"有了概念。下面把我这几天的收获和想法整理出来。</w:t>
      </w:r>
    </w:p>
    <w:p>
      <w:pPr>
        <w:ind w:firstLine="440"/>
      </w:pPr>
      <w:r>
        <w:t>第一，我对公司和这份工作有了认同感。培训一开始，老师给我们讲了公司这些年走过的路，讲了几个老员工在一线扛事的例子。其中一件事让我印象很深：有一次项目出了紧急情况，几个同事连夜赶过去处理，第二天照常上班。这让我觉得，我们这行靠的不是花架子，是靠谱、是扛得住事。我也希望自己将来能成为这样让人放心的人。</w:t>
      </w:r>
    </w:p>
    <w:p>
      <w:pPr>
        <w:ind w:firstLine="440"/>
      </w:pPr>
      <w:r>
        <w:t>第二，业务上我从"摸不着门"到心里有了底。来之前我对具体的流程、规定一窍不通，这几天系统学了岗位职责、办事流程、保密要求和安全规范。特别是关于数据和客户信息的那几条红线，老师反复强调，我记在了笔记本第一页。我明白，这些规矩不是束缚人，是保护我们、也是保护客户。</w:t>
      </w:r>
    </w:p>
    <w:p>
      <w:pPr>
        <w:ind w:firstLine="440"/>
      </w:pPr>
      <w:r>
        <w:t>第三，我感受到了团队的温度。带我的师傅人很耐心，我问了好几个"很初级"的问题，他都一点点讲，从不嫌烦。同期进来的几个同事也互相帮忙，谁记漏了笔记大家凑一起对。这种氛围让我没那么紧张了。</w:t>
      </w:r>
    </w:p>
    <w:p>
      <w:pPr>
        <w:ind w:firstLine="440"/>
      </w:pPr>
      <w:r>
        <w:t>当然我也清楚，培训只是开了个头，真正的本事还得在干活里练。接下来我打算：一是把这几天的笔记整理一遍，不懂的再去问师傅；二是尽快把岗位常用的流程跑熟，争取早一天独立上手；三是少说多做，眼里有活，不给团队添麻烦。</w:t>
      </w:r>
    </w:p>
    <w:p>
      <w:pPr>
        <w:ind w:firstLine="440"/>
      </w:pPr>
      <w:r>
        <w:t>感谢公司给我们安排这次培训，也感谢师傅和各位前辈的关照。我会把这几天的收获记在心里，踏踏实实把工作做好，不辜负大家的期望。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把文中"扛事的老员工例子""数据保密红线"等替换成你实际培训中的内容，越具体越显真诚；</w:t>
      </w:r>
    </w:p>
    <w:p>
      <w:pPr>
        <w:ind w:firstLine="440"/>
      </w:pPr>
      <w:r>
        <w:t>2. 三段主体分别对应"认同、业务、团队"，可根据实际培训内容增删；</w:t>
      </w:r>
    </w:p>
    <w:p>
      <w:pPr>
        <w:ind w:firstLine="440"/>
      </w:pPr>
      <w:r>
        <w:t>3. 结尾落到具体行动，别空喊口号；</w:t>
      </w:r>
    </w:p>
    <w:p>
      <w:pPr>
        <w:ind w:firstLine="440"/>
      </w:pPr>
      <w:r>
        <w:t>4. 字数 1000-1500 为宜，排版工整。</w:t>
      </w:r>
    </w:p>
    <w:p>
      <w:pPr>
        <w:pStyle w:val="Heading1"/>
      </w:pPr>
      <w:r>
        <w:t>附：写好心得的几个小技巧</w:t>
      </w:r>
    </w:p>
    <w:p>
      <w:pPr>
        <w:ind w:firstLine="440"/>
      </w:pPr>
      <w:r>
        <w:t>第一，挑真有感触的点写，别面面俱到。培训内容那么多，你都想写，结果哪个都写不深。选一两个让你"啊原来如此"的点，展开说透。第二，多用具体场景。写"师傅教我做台账"就比写"我学到了很多"强。第三，有对比。原来我以为怎样，现在我明白怎样，这种前后对比最能体现收获。</w:t>
      </w:r>
    </w:p>
    <w:p>
      <w:pPr>
        <w:ind w:firstLine="440"/>
      </w:pPr>
      <w:r>
        <w:t>第四，结尾落到行动。领导看完想知道你接下来会怎么干，哪怕只是把笔记整理一遍、把某个流程跑熟，也是实在的。第五，控制篇幅。一千来字够了，没人想看长篇大论。写完自己念一遍，凡是套话删掉，文章立刻干净。</w:t>
      </w:r>
    </w:p>
    <w:p>
      <w:pPr>
        <w:pStyle w:val="Heading1"/>
      </w:pPr>
      <w:r>
        <w:t>附：不同岗位可补充的内容方向</w:t>
      </w:r>
    </w:p>
    <w:p>
      <w:pPr>
        <w:ind w:firstLine="440"/>
      </w:pPr>
      <w:r>
        <w:t>操作/技术岗：多写安全规程、操作要领、师傅手把手教的细节；服务岗：多写服务礼仪、怎么和人打交道、遇到难缠的客户怎么处理；行政岗：多写流程规范、公文格式、保密要求。把你岗位最讲究的那几条写进去，显得你真听进去了。</w:t>
      </w:r>
    </w:p>
    <w:p>
      <w:pPr>
        <w:pStyle w:val="Heading1"/>
      </w:pPr>
      <w:r>
        <w:t>附：把培训内容"转成自己话"的方法</w:t>
      </w:r>
    </w:p>
    <w:p>
      <w:pPr>
        <w:ind w:firstLine="440"/>
      </w:pPr>
      <w:r>
        <w:t>写心得最容易犯的毛病，就是把老师讲过的话原样抄一遍。正确做法是听完之后合上本子，用你自己的话把它讲出来。比如老师讲了服务礼仪，你别照抄"要微笑、要礼貌"，而是写："以前我以为接电话就是把事记下来，培训才知道，语气、语速、能不能一次说清，都影响对方对单位的印象。"——这就是把别人的话消化成了自己的认识。</w:t>
      </w:r>
    </w:p>
    <w:p>
      <w:pPr>
        <w:ind w:firstLine="440"/>
      </w:pPr>
      <w:r>
        <w:t>检验标准很简单：把你写的读给没参加培训的人听，他能听明白你到底学了啥，就到位了。</w:t>
      </w:r>
    </w:p>
    <w:p>
      <w:pPr>
        <w:pStyle w:val="Heading1"/>
      </w:pPr>
      <w:r>
        <w:t>附：培训期间可以额外做的事</w:t>
      </w:r>
    </w:p>
    <w:p>
      <w:pPr>
        <w:ind w:firstLine="440"/>
      </w:pPr>
      <w:r>
        <w:t>培训别光坐着听。主动认识同期的新同事，留个联系方式，以后都是一个战壕的伙伴。有不懂的，趁老师在现场赶紧问，过了这村没这店。笔记别只顾着抄PPT，记下你当时的疑问和感触，那才是写心得的好素材。</w:t>
      </w:r>
    </w:p>
    <w:p>
      <w:pPr>
        <w:pStyle w:val="Heading1"/>
      </w:pPr>
      <w:r>
        <w:t>附：心得篇幅与提交</w:t>
      </w:r>
    </w:p>
    <w:p>
      <w:pPr>
        <w:ind w:firstLine="440"/>
      </w:pPr>
      <w:r>
        <w:t>一般一千到一千五百字。电子档排版工整，手写则字迹清楚。交之前通读两遍，把套话删掉、把错别字改掉。这是你入职后交的第一份文字作业，领导会借此看你的态度和文字水平，别敷衍。</w:t>
      </w:r>
    </w:p>
    <w:p>
      <w:pPr>
        <w:pStyle w:val="Heading1"/>
      </w:pPr>
      <w:r>
        <w:t>附：把收获落到实处</w:t>
      </w:r>
    </w:p>
    <w:p>
      <w:pPr>
        <w:ind w:firstLine="440"/>
      </w:pPr>
      <w:r>
        <w:t>培训结束不是学完了，而是真正开始学。把笔记整理成册，常翻常新。遇到实际问题时，想想培训里老师怎么说的。不懂就问，别不好意思。新人最大的资本就是肯学、肯干、肯问。</w:t>
      </w:r>
    </w:p>
    <w:p>
      <w:pPr>
        <w:ind w:firstLine="440"/>
      </w:pPr>
      <w:r>
        <w:t>和同期的新同事保持联系，以后互相帮衬。一个人走得快，一群人走得远。这份心得，既是交差，也是你入职路上的一个纪念。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