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读书心得：读《XXX》有感</w:t>
      </w:r>
    </w:p>
    <w:p>
      <w:pPr>
        <w:ind w:firstLine="440"/>
      </w:pPr>
      <w:r>
        <w:t>最近我读了《XXX》这本书，作者是 XXX。这是一本讲【一句话概括书的内容，例如：一个普通人在困境里咬牙坚持、最终把日子过好的故事】。本来我只是随手翻翻，没想到一读进去就放不下，连着几个晚上看到深夜。</w:t>
      </w:r>
    </w:p>
    <w:p>
      <w:pPr>
        <w:ind w:firstLine="440"/>
      </w:pPr>
      <w:r>
        <w:t>整本书里，最打动我的是这样一段：【引用书中让你印象最深的一句话或一段情节，简要说明它讲了什么】。看到这里的时候我停了好一会儿。因为这段话戳中了我心里一直没太想明白的地方。</w:t>
      </w:r>
    </w:p>
    <w:p>
      <w:pPr>
        <w:ind w:firstLine="440"/>
      </w:pPr>
      <w:r>
        <w:t>书里主人公遇到难处时，没有怨天尤人，而是一点点把眼前能做的小事做好。这让我想起自己去年工作上的一段经历：【联系自己真实经历，例如：当时接了个棘手的活，我一开始直犯怵，觉得怎么也干不完。后来咬着牙把它拆成一小步一小步，每天推进一点，竟然也就做完了。】那时候我只是凭着一股子劲在扛，读完这本书我才明白，这种"把大困难拆成小事情、一件一件来"的办法，其实就是把日子过下去的本事。</w:t>
      </w:r>
    </w:p>
    <w:p>
      <w:pPr>
        <w:ind w:firstLine="440"/>
      </w:pPr>
      <w:r>
        <w:t>以前我遇到难事，第一反应是发愁、是往后缩。这本书让我意识到，发愁解决不了任何问题，真正有用的是动起手来，先做眼前这一件。书里还有一句话我抄在了笔记本上：【写一句你喜欢的话】。我想，以后再遇到坎儿，我就拿这句话提醒自己。</w:t>
      </w:r>
    </w:p>
    <w:p>
      <w:pPr>
        <w:ind w:firstLine="440"/>
      </w:pPr>
      <w:r>
        <w:t>读这本书最大的收获，不是学到了多少大道理，而是让我在面对困难时多了一份踏实。往后我也打算把这种心态带到工作和生活里：不空想、不逃避，把手头的事一件件做好。</w:t>
      </w:r>
    </w:p>
    <w:p>
      <w:pPr>
        <w:ind w:firstLine="440"/>
      </w:pPr>
      <w:r>
        <w:t>推荐大家也读一读，或许你也会在某一段里，看见自己的影子。</w:t>
      </w:r>
    </w:p>
    <w:p>
      <w:pPr>
        <w:pStyle w:val="Heading1"/>
      </w:pPr>
      <w:r>
        <w:t>写作提示（提交前删除）</w:t>
      </w:r>
    </w:p>
    <w:p>
      <w:pPr>
        <w:ind w:firstLine="440"/>
      </w:pPr>
      <w:r>
        <w:t>1. 把书名、作者、概括、打动你的段落、联系自身的经历、喜欢的一句话，替换成你自己读的书的内容；</w:t>
      </w:r>
    </w:p>
    <w:p>
      <w:pPr>
        <w:ind w:firstLine="440"/>
      </w:pPr>
      <w:r>
        <w:t>2. 联系自身那一段是全文最值钱的部分，一定要写真事；</w:t>
      </w:r>
    </w:p>
    <w:p>
      <w:pPr>
        <w:ind w:firstLine="440"/>
      </w:pPr>
      <w:r>
        <w:t>3. 复述剧情不超过全文三分之一，重点写感想；</w:t>
      </w:r>
    </w:p>
    <w:p>
      <w:pPr>
        <w:ind w:firstLine="440"/>
      </w:pPr>
      <w:r>
        <w:t>4. 不要照抄网络读后感，用自己的话写；</w:t>
      </w:r>
    </w:p>
    <w:p>
      <w:pPr>
        <w:ind w:firstLine="440"/>
      </w:pPr>
      <w:r>
        <w:t>5. 800-1200 字为宜。</w:t>
      </w:r>
    </w:p>
    <w:p>
      <w:pPr>
        <w:pStyle w:val="Heading1"/>
      </w:pPr>
      <w:r>
        <w:t>附：不同类型书的写法侧重</w:t>
      </w:r>
    </w:p>
    <w:p>
      <w:pPr>
        <w:ind w:firstLine="440"/>
      </w:pPr>
      <w:r>
        <w:t>读小说/传记：重点写主人公身上哪一点打动了你，让你联想到自己的哪段经历。不用复述完整情节。</w:t>
      </w:r>
    </w:p>
    <w:p>
      <w:pPr>
        <w:ind w:firstLine="440"/>
      </w:pPr>
      <w:r>
        <w:t>读专业/工具书：重点写你学到了哪个具体方法，打算怎么用到工作或学习里，解决你之前的哪个难题。</w:t>
      </w:r>
    </w:p>
    <w:p>
      <w:pPr>
        <w:ind w:firstLine="440"/>
      </w:pPr>
      <w:r>
        <w:t>读历史/社科书：重点写书里某个观点改变了你原来的看法，让你对某件事有了新的理解。</w:t>
      </w:r>
    </w:p>
    <w:p>
      <w:pPr>
        <w:pStyle w:val="Heading1"/>
      </w:pPr>
      <w:r>
        <w:t>附：避免写成流水账</w:t>
      </w:r>
    </w:p>
    <w:p>
      <w:pPr>
        <w:ind w:firstLine="440"/>
      </w:pPr>
      <w:r>
        <w:t>最常见的失败写法是用一半篇幅复述故事，另一半写"这本书真好看，推荐大家读"。老师一眼就看出你没走心。记住：复述越少越好，感想和联系实际越多越好。哪怕你只从书里读懂了一句话，而这句话真的影响了你，那也是一篇好心得。读书心得考验的不是文采，是你有没有真的把书读进心里、联系到自己身上。</w:t>
      </w:r>
    </w:p>
    <w:p>
      <w:pPr>
        <w:pStyle w:val="Heading1"/>
      </w:pPr>
      <w:r>
        <w:t>附：一个更完整的结尾示范</w:t>
      </w:r>
    </w:p>
    <w:p>
      <w:pPr>
        <w:ind w:firstLine="440"/>
      </w:pPr>
      <w:r>
        <w:t>合上书，我想了很久。我们这代人日子过得比老一辈舒坦，却常常因为一点小事就焦虑。书里那种在难处里不抱怨、一点点把日子过好的劲头，值得我学。以后再遇到坎，我就提醒自己：别空想，先动手，先把眼前这一件事做好。</w:t>
      </w:r>
    </w:p>
    <w:p>
      <w:pPr>
        <w:pStyle w:val="Heading1"/>
      </w:pPr>
      <w:r>
        <w:t>附：不同书的开头示范</w:t>
      </w:r>
    </w:p>
    <w:p>
      <w:pPr>
        <w:ind w:firstLine="440"/>
      </w:pPr>
      <w:r>
        <w:t>小说："翻开这本书，本来是想打发个周末，没想到一口气看到了后半夜。"传记："以前总觉得成功人物离我们很远，读完这本书才发现，人家也是一步步熬过来的。"专业书："这本书解决了我卡了好久的一个问题，看完有种豁然开朗的感觉。"——开头别写"近日我读了一本名叫XX的书，作者是XX"，太像小学生作文。</w:t>
      </w:r>
    </w:p>
    <w:p>
      <w:pPr>
        <w:pStyle w:val="Heading1"/>
      </w:pPr>
      <w:r>
        <w:t>附：读书笔记小习惯</w:t>
      </w:r>
    </w:p>
    <w:p>
      <w:pPr>
        <w:ind w:firstLine="440"/>
      </w:pPr>
      <w:r>
        <w:t>读书时手边放支笔，看到有感觉的句子就画下来、在旁边写两句当时的想法。等写心得的时候，这些画线和批注就是现成的素材。不用读完整本才动笔，读到哪想到哪记下来，最后攒一攒就是一篇好心得。</w:t>
      </w:r>
    </w:p>
    <w:p>
      <w:pPr>
        <w:pStyle w:val="Heading1"/>
      </w:pPr>
      <w:r>
        <w:t>附：别踩的坑</w:t>
      </w:r>
    </w:p>
    <w:p>
      <w:pPr>
        <w:ind w:firstLine="440"/>
      </w:pPr>
      <w:r>
        <w:t>别直接抄网络读后感，现在都查重。别把书写成批判大会，也别通篇吹捧。真实最打动人。哪怕你只读懂一句话、而这句话真影响了你，也是好心得。读书是和自己对话，不是完成任务。</w:t>
      </w:r>
    </w:p>
    <w:p>
      <w:pPr>
        <w:pStyle w:val="Heading1"/>
      </w:pPr>
      <w:r>
        <w:t>附：读书贵在坚持</w:t>
      </w:r>
    </w:p>
    <w:p>
      <w:pPr>
        <w:ind w:firstLine="440"/>
      </w:pPr>
      <w:r>
        <w:t>不必追求一年读多少本，关键是读一本、消化一本。读书时多动笔、多思考，读完能用上一两句，就值回书价。写心得也是帮自己把书读透的过程。</w:t>
      </w:r>
    </w:p>
    <w:p>
      <w:pPr>
        <w:ind w:firstLine="440"/>
      </w:pPr>
      <w:r>
        <w:t>工作再忙，每天挤个二十分钟翻几页书，日积月累，谈吐和见识都会不一样。这是个慢功夫，但时间看得见。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