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个人年度工作总结</w:t>
      </w:r>
    </w:p>
    <w:p>
      <w:pPr>
        <w:ind w:firstLine="440"/>
      </w:pPr>
      <w:r>
        <w:t>XXXX 年，我在 XX 岗位上工作。一年来，在领导的指导和同事们的帮助下，我认真履行职责，较好地完成了各项工作任务。现将一年来的工作情况总结如下。</w:t>
      </w:r>
    </w:p>
    <w:p>
      <w:pPr>
        <w:pStyle w:val="Heading1"/>
      </w:pPr>
      <w:r>
        <w:t>一、主要工作及成绩</w:t>
      </w:r>
    </w:p>
    <w:p>
      <w:pPr>
        <w:ind w:firstLine="440"/>
      </w:pPr>
      <w:r>
        <w:t>一是做好日常事务性工作。一年来共处理各类文件、材料 XXX 余份，做到收发及时、归档规范；接听电话、接待来访 XX 余次，没有出现过差错和推诿。</w:t>
      </w:r>
    </w:p>
    <w:p>
      <w:pPr>
        <w:ind w:firstLine="440"/>
      </w:pPr>
      <w:r>
        <w:t>二是参与完成了几项重点任务。【例如：全年共组织部门会议、活动 XX 场，负责通知、场地、记录和材料准备；配合完成了 XX 专项检查的资料整理工作；按时报送各类报表，全年无一次迟报漏报。】</w:t>
      </w:r>
    </w:p>
    <w:p>
      <w:pPr>
        <w:ind w:firstLine="440"/>
      </w:pPr>
      <w:r>
        <w:t>三是注重学习提升。利用业余时间学习了【相关业务知识 / 办公软件 / 政策文件】，并把学到的方法用到实际工作中，比如用表格把台账系统化，提高了整理效率。</w:t>
      </w:r>
    </w:p>
    <w:p>
      <w:pPr>
        <w:pStyle w:val="Heading1"/>
      </w:pPr>
      <w:r>
        <w:t>二、存在的不足</w:t>
      </w:r>
    </w:p>
    <w:p>
      <w:pPr>
        <w:ind w:firstLine="440"/>
      </w:pPr>
      <w:r>
        <w:t>回顾一年，我也清醒地看到自己还有不少差距：一是业务还不够全面，遇到不熟悉的问题有时要请教同事，独立处理复杂事务的能力有待提高；二是工作有时不够细致，个别材料出现过小的疏漏，虽然都及时改正了，但提醒我还要更用心；三是主动谋划不够，多是领导安排什么做什么，前瞻性还需加强。</w:t>
      </w:r>
    </w:p>
    <w:p>
      <w:pPr>
        <w:pStyle w:val="Heading1"/>
      </w:pPr>
      <w:r>
        <w:t>三、明年工作打算</w:t>
      </w:r>
    </w:p>
    <w:p>
      <w:pPr>
        <w:ind w:firstLine="440"/>
      </w:pPr>
      <w:r>
        <w:t>针对以上不足，新的一年我打算：一是加强业务学习，争取尽快把岗位相关的政策和流程学全学透，减少对同事的依赖；二是养成做完即检查的习惯，重要材料自己先看两遍再上报，把差错降到最低；三是更主动地思考工作，提前准备、多想一步。同时继续踏踏实实做好本职，服从安排，团结同事，争取在新的一年里把工作做得更扎实。</w:t>
      </w:r>
    </w:p>
    <w:p>
      <w:pPr>
        <w:ind w:firstLine="440"/>
      </w:pPr>
      <w:r>
        <w:t>以上是我 XXXX 年的个人总结，不足之处请领导和同事批评指正。</w:t>
      </w:r>
    </w:p>
    <w:p>
      <w:pPr>
        <w:pStyle w:val="Heading1"/>
      </w:pPr>
      <w:r>
        <w:t>写作提示（提交前删除）</w:t>
      </w:r>
    </w:p>
    <w:p>
      <w:pPr>
        <w:ind w:firstLine="440"/>
      </w:pPr>
      <w:r>
        <w:t>1. 把"处理文件份数""组织活动场次"等替换为你的真实数据，不要编造；</w:t>
      </w:r>
    </w:p>
    <w:p>
      <w:pPr>
        <w:ind w:firstLine="440"/>
      </w:pPr>
      <w:r>
        <w:t>2. 成绩部分按"做了什么+效果"写，别只罗列事项；</w:t>
      </w:r>
    </w:p>
    <w:p>
      <w:pPr>
        <w:ind w:firstLine="440"/>
      </w:pPr>
      <w:r>
        <w:t>3. 不足写两三条真实、可改进的，别写原则性大错；</w:t>
      </w:r>
    </w:p>
    <w:p>
      <w:pPr>
        <w:ind w:firstLine="440"/>
      </w:pPr>
      <w:r>
        <w:t>4. 明年打算尽量和不足对应，显得有思考；</w:t>
      </w:r>
    </w:p>
    <w:p>
      <w:pPr>
        <w:ind w:firstLine="440"/>
      </w:pPr>
      <w:r>
        <w:t>5. 全年总结通用框架，季度/半年总结把时段和数字相应缩短即可。</w:t>
      </w:r>
    </w:p>
    <w:p>
      <w:pPr>
        <w:pStyle w:val="Heading1"/>
      </w:pPr>
      <w:r>
        <w:t>附：成绩部分怎么写更出彩</w:t>
      </w:r>
    </w:p>
    <w:p>
      <w:pPr>
        <w:ind w:firstLine="440"/>
      </w:pPr>
      <w:r>
        <w:t>空泛的成绩是"完成了领导交办的各项任务"。出彩的成绩是把事情和结果摆出来：全年处理文件多少份、组织活动多少场、报表零迟报、帮着把哪件老大难的事理顺了。能量化的一定量化，数字比形容词有说服力十倍。如果哪件事是你主动揽下来、并且干成了，更要写，这体现主动性。</w:t>
      </w:r>
    </w:p>
    <w:p>
      <w:pPr>
        <w:pStyle w:val="Heading1"/>
      </w:pPr>
      <w:r>
        <w:t>附：不足部分的分寸</w:t>
      </w:r>
    </w:p>
    <w:p>
      <w:pPr>
        <w:ind w:firstLine="440"/>
      </w:pPr>
      <w:r>
        <w:t>不足要写真问题，但别写原则性大错。比如"不够细致""理论学习不系统""有时工作方法简单"，这类人人都有、又确实能改的，最合适。写完不足，紧跟着说你打算怎么改，别光检讨不打算。自我批评不是自我否定，是让领导看到你有自知之明、有上进心。</w:t>
      </w:r>
    </w:p>
    <w:p>
      <w:pPr>
        <w:pStyle w:val="Heading1"/>
      </w:pPr>
      <w:r>
        <w:t>附：开头结尾参考句式</w:t>
      </w:r>
    </w:p>
    <w:p>
      <w:pPr>
        <w:ind w:firstLine="440"/>
      </w:pPr>
      <w:r>
        <w:t>开头："一年来，在单位领导的关心指导和同事们的支持配合下，我立足本职岗位，认真履职，较好完成了各项任务。"结尾："回顾一年，有收获也有不足。新的一年我将继续踏实工作，补齐短板，不辜负组织和大家的信任。"这类四平八稳的句子，用在正式总结里不会出错。</w:t>
      </w:r>
    </w:p>
    <w:p>
      <w:pPr>
        <w:pStyle w:val="Heading1"/>
      </w:pPr>
      <w:r>
        <w:t>附：年度总结的常见结构</w:t>
      </w:r>
    </w:p>
    <w:p>
      <w:pPr>
        <w:ind w:firstLine="440"/>
      </w:pPr>
      <w:r>
        <w:t>除了本文用的四段式，也可以按"思想认识—主要工作—存在问题—明年打算"来写。思想认识部分点到为止，别长篇大论讲学习体会。主要工作是重头，占一半篇幅。整体上，让领导五分钟能抓到重点：你干了啥、干得咋样、明年咋干。</w:t>
      </w:r>
    </w:p>
    <w:p>
      <w:pPr>
        <w:pStyle w:val="Heading1"/>
      </w:pPr>
      <w:r>
        <w:t>附：写完自查清单</w:t>
      </w:r>
    </w:p>
    <w:p>
      <w:pPr>
        <w:ind w:firstLine="440"/>
      </w:pPr>
      <w:r>
        <w:t>写完自己检查：标题和日期对不对？数字前后一致吗？有没有空话套话连篇？不足和打算对得上吗？有错别字吗？文件命名写对了吗？过一遍这些，交上去就稳了。年底大家都忙，材料干干净净、一目了然，经办人也舒服，印象分自然高。</w:t>
      </w:r>
    </w:p>
    <w:p>
      <w:pPr>
        <w:pStyle w:val="Heading1"/>
      </w:pPr>
      <w:r>
        <w:t>附：态度</w:t>
      </w:r>
    </w:p>
    <w:p>
      <w:pPr>
        <w:ind w:firstLine="440"/>
      </w:pPr>
      <w:r>
        <w:t>总结写完，其实也是给自己这一年做个盘点。哪些事干得漂亮、哪些事留遗憾，心里有数了，明年才好接着干。别把总结当负担，它是你成长的脚印。认真写的人，往往也是认真干活的人。</w:t>
      </w:r>
    </w:p>
    <w:p>
      <w:pPr>
        <w:pStyle w:val="Heading1"/>
      </w:pPr>
      <w:r>
        <w:t>附：把总结变成习惯</w:t>
      </w:r>
    </w:p>
    <w:p>
      <w:pPr>
        <w:ind w:firstLine="440"/>
      </w:pPr>
      <w:r>
        <w:t>一年到头，能坐下来把自己干的事捋一遍，本身就是件有意义的事。哪里做得好，继续保持；哪里有遗憾，明年补上。别把它当成应付的材料，它是你给自己的交代。</w:t>
      </w:r>
    </w:p>
    <w:p>
      <w:pPr>
        <w:ind w:firstLine="440"/>
      </w:pPr>
      <w:r>
        <w:t>新的一年，踏踏实实，一步一个脚印。年底再回头写总结时，希望你能写出更多拿得出手的成绩。</w:t>
      </w:r>
    </w:p>
    <w:p>
      <w:pPr>
        <w:ind w:firstLine="440"/>
      </w:pPr>
      <w:r>
        <w:t>【使用说明】本文档为网友自发分享的实用范文/模板，仅供学习参考，请务必结合自身实际情况修改后使用。文中所有括号占位内容、金额、日期、人名、单位名称，都要替换成你自己的真实信息。</w:t>
      </w:r>
    </w:p>
    <w:p>
      <w:pPr>
        <w:ind w:firstLine="440"/>
      </w:pPr>
      <w:r>
        <w:t>【温馨提示】正式提交、签署或使用前，请通读全文，核对关键信息，删除所有提示性文字。如涉及法律、政策、财务等重要事项，建议向相关部门或专业人士进一步咨询，切勿照搬照抄。祝办事顺利。</w:t>
      </w:r>
    </w:p>
    <w:p>
      <w:pPr>
        <w:ind w:firstLine="440"/>
      </w:pPr>
      <w:r>
        <w:t>【使用说明】本文档为网友自发分享的实用范文/模板，仅供学习参考，请务必结合自身实际情况修改后使用。文中所有括号占位内容、金额、日期、人名、单位名称，都要替换成你自己的真实信息。</w:t>
      </w:r>
    </w:p>
    <w:p>
      <w:pPr>
        <w:ind w:firstLine="440"/>
      </w:pPr>
      <w:r>
        <w:t>【温馨提示】正式提交、签署或使用前，请通读全文，核对关键信息，删除所有提示性文字。如涉及法律、政策、财务等重要事项，建议向相关部门或专业人士进一步咨询，切勿照搬照抄。祝办事顺利。</w:t>
      </w:r>
    </w:p>
    <w:p>
      <w:pPr>
        <w:ind w:firstLine="440"/>
      </w:pPr>
      <w:r>
        <w:t>【使用说明】本文档为网友自发分享的实用范文/模板，仅供学习参考，请务必结合自身实际情况修改后使用。文中所有括号占位内容、金额、日期、人名、单位名称，都要替换成你自己的真实信息。</w:t>
      </w:r>
    </w:p>
    <w:p>
      <w:pPr>
        <w:ind w:firstLine="440"/>
      </w:pPr>
      <w:r>
        <w:t>【温馨提示】正式提交、签署或使用前，请通读全文，核对关键信息，删除所有提示性文字。如涉及法律、政策、财务等重要事项，建议向相关部门或专业人士进一步咨询，切勿照搬照抄。祝办事顺利。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