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试用期转正个人总结</w:t>
      </w:r>
    </w:p>
    <w:p>
      <w:pPr>
        <w:ind w:firstLine="440"/>
      </w:pPr>
      <w:r>
        <w:t>我于 XXXX 年 XX 月 XX 日入职，在 XX 岗位试用，至今已三个月。三个月来，在领导的安排和带教师傅的悉心指导下，我逐步熟悉了岗位工作，现已基本能够独立承担本岗位的日常任务。现郑重申请转正，将试用期情况总结如下。</w:t>
      </w:r>
    </w:p>
    <w:p>
      <w:pPr>
        <w:pStyle w:val="Heading1"/>
      </w:pPr>
      <w:r>
        <w:t>一、试用期间主要工作</w:t>
      </w:r>
    </w:p>
    <w:p>
      <w:pPr>
        <w:ind w:firstLine="440"/>
      </w:pPr>
      <w:r>
        <w:t>入职之初，我对岗位业务并不熟悉。师傅先带着我熟悉环境、讲解流程，我边看边记，把关键步骤整理成了笔记。一个月后，我开始在师傅的指导下独立上手；两个月以来，我已能独立完成【日常接单 / 文件处理 / 车辆日常检查与驾驶 / 客户接待等，按你的岗位填写】，累计【完成 XX 单 / 处理 XX 份 / 出车 XX 次】，没有出现责任事故和差错。</w:t>
      </w:r>
    </w:p>
    <w:p>
      <w:pPr>
        <w:ind w:firstLine="440"/>
      </w:pPr>
      <w:r>
        <w:t>此外，我严格遵守单位的各项规章制度，按时上下班，服从调度安排，与同事相处融洽。遇到拿不准的问题，我从不自作主张，先请示再处理。</w:t>
      </w:r>
    </w:p>
    <w:p>
      <w:pPr>
        <w:pStyle w:val="Heading1"/>
      </w:pPr>
      <w:r>
        <w:t>二、收获与体会</w:t>
      </w:r>
    </w:p>
    <w:p>
      <w:pPr>
        <w:ind w:firstLine="440"/>
      </w:pPr>
      <w:r>
        <w:t>这三个月我最大的收获有两点：一是业务上从"看不懂"到"能上手"，心里有了底；二是明白了这行讲究的是细心和靠谱，【例如：开车要提前检查、办事要留痕、安全这根弦一刻不能松】。这些都是学校里学不到的。</w:t>
      </w:r>
    </w:p>
    <w:p>
      <w:pPr>
        <w:pStyle w:val="Heading1"/>
      </w:pPr>
      <w:r>
        <w:t>三、存在的不足</w:t>
      </w:r>
    </w:p>
    <w:p>
      <w:pPr>
        <w:ind w:firstLine="440"/>
      </w:pPr>
      <w:r>
        <w:t>我也清楚自己还有差距：一是业务熟练度还不够，遇到复杂情况有时处理得不够快；二是经验尚浅，应急处置能力还需要在实际工作中继续积累。这些我会在今后多看多问多练，逐步提高。</w:t>
      </w:r>
    </w:p>
    <w:p>
      <w:pPr>
        <w:pStyle w:val="Heading1"/>
      </w:pPr>
      <w:r>
        <w:t>四、转正后的打算</w:t>
      </w:r>
    </w:p>
    <w:p>
      <w:pPr>
        <w:ind w:firstLine="440"/>
      </w:pPr>
      <w:r>
        <w:t>如果能够顺利转正，我将以正式员工的标准更加严格地要求自己：主动承担工作，不再事事等安排；把业务练得更熟，争取早日成为独当一面的骨干；一如既往地守规矩、听指挥、团结同事。</w:t>
      </w:r>
    </w:p>
    <w:p>
      <w:pPr>
        <w:ind w:firstLine="440"/>
      </w:pPr>
      <w:r>
        <w:t>恳请领导批准我的转正申请。</w:t>
      </w:r>
    </w:p>
    <w:p>
      <w:pPr>
        <w:ind w:firstLine="440"/>
      </w:pPr>
      <w:r>
        <w:t>此致</w:t>
      </w:r>
    </w:p>
    <w:p>
      <w:pPr>
        <w:ind w:firstLine="440"/>
      </w:pPr>
      <w:r>
        <w:t>敬礼！</w:t>
      </w:r>
    </w:p>
    <w:p>
      <w:pPr>
        <w:ind w:firstLine="440"/>
      </w:pPr>
      <w:r>
        <w:t>申请人：XXX</w:t>
      </w:r>
    </w:p>
    <w:p>
      <w:pPr>
        <w:ind w:firstLine="440"/>
      </w:pPr>
      <w:r>
        <w:t>XXXX 年 XX 月 XX 日</w:t>
      </w:r>
    </w:p>
    <w:p>
      <w:pPr>
        <w:pStyle w:val="Heading1"/>
      </w:pPr>
      <w:r>
        <w:t>写作提示（提交前删除）</w:t>
      </w:r>
    </w:p>
    <w:p>
      <w:pPr>
        <w:ind w:firstLine="440"/>
      </w:pPr>
      <w:r>
        <w:t>1. 核心是证明"已能独立上岗"，多用具体事例和真实数据；</w:t>
      </w:r>
    </w:p>
    <w:p>
      <w:pPr>
        <w:ind w:firstLine="440"/>
      </w:pPr>
      <w:r>
        <w:t>2. 把岗位工作、累计数量替换为你的真实情况，不要编造；</w:t>
      </w:r>
    </w:p>
    <w:p>
      <w:pPr>
        <w:ind w:firstLine="440"/>
      </w:pPr>
      <w:r>
        <w:t>3. 不足写正在改进的，别写原则性错误；</w:t>
      </w:r>
    </w:p>
    <w:p>
      <w:pPr>
        <w:ind w:firstLine="440"/>
      </w:pPr>
      <w:r>
        <w:t>4. 写完可请带教师傅核对事实，避免记错。</w:t>
      </w:r>
    </w:p>
    <w:p>
      <w:pPr>
        <w:pStyle w:val="Heading1"/>
      </w:pPr>
      <w:r>
        <w:t>附：试用期总结的几个得分点</w:t>
      </w:r>
    </w:p>
    <w:p>
      <w:pPr>
        <w:ind w:firstLine="440"/>
      </w:pPr>
      <w:r>
        <w:t>领导批转正，最看重三点：能不能独立干活、稳不稳定、听不听话。所以你的总结要处处呼应这三点。"已能独立完成日常工作"对应第一点；"服从安排、遵守纪律"对应第二、第三点。把这三层意思说到位，转正基本稳了。</w:t>
      </w:r>
    </w:p>
    <w:p>
      <w:pPr>
        <w:pStyle w:val="Heading1"/>
      </w:pPr>
      <w:r>
        <w:t>附：不同岗位补充示例</w:t>
      </w:r>
    </w:p>
    <w:p>
      <w:pPr>
        <w:ind w:firstLine="440"/>
      </w:pPr>
      <w:r>
        <w:t>司机岗位：强调安全行车里程、无事故、车辆日常检查保养、服从调度。写清累计出车次数、行驶里程，证明你靠谱。</w:t>
      </w:r>
    </w:p>
    <w:p>
      <w:pPr>
        <w:ind w:firstLine="440"/>
      </w:pPr>
      <w:r>
        <w:t>销售岗位：强调接待客户数量、成交情况、跟师傅学到的谈单技巧，以及你对产品的熟悉程度。</w:t>
      </w:r>
    </w:p>
    <w:p>
      <w:pPr>
        <w:ind w:firstLine="440"/>
      </w:pPr>
      <w:r>
        <w:t>技术/操作岗位：强调独立上手的操作项、学会的设备、遵守安全规程、零差错。</w:t>
      </w:r>
    </w:p>
    <w:p>
      <w:pPr>
        <w:pStyle w:val="Heading1"/>
      </w:pPr>
      <w:r>
        <w:t>附：转正答辩口头汇报提示</w:t>
      </w:r>
    </w:p>
    <w:p>
      <w:pPr>
        <w:ind w:firstLine="440"/>
      </w:pPr>
      <w:r>
        <w:t>书面总结之外，常要当面汇报。控制在三五分钟：先说这三个月干了啥，再说现在能独立干啥，最后说转正后想怎么干。别紧张，实事求是。领导问啥答啥，不会的别硬撑，说"这块我还在学"比瞎编强。态度谦虚、眼神真诚，比背稿子强。</w:t>
      </w:r>
    </w:p>
    <w:p>
      <w:pPr>
        <w:pStyle w:val="Heading1"/>
      </w:pPr>
      <w:r>
        <w:t>附：试用期常见疑问</w:t>
      </w:r>
    </w:p>
    <w:p>
      <w:pPr>
        <w:ind w:firstLine="440"/>
      </w:pPr>
      <w:r>
        <w:t>试用期也要签劳动合同、也要缴社保，这是法律规定，别被"试用期不算正式员工"忽悠。试用期工资不得低于转正的百分之八十。试用期长短按合同期限定，最长不超过六个月。这些心里有数，碰到不合规的情况知道怎么保护自己。</w:t>
      </w:r>
    </w:p>
    <w:p>
      <w:pPr>
        <w:pStyle w:val="Heading1"/>
      </w:pPr>
      <w:r>
        <w:t>附：转正后的心态</w:t>
      </w:r>
    </w:p>
    <w:p>
      <w:pPr>
        <w:ind w:firstLine="440"/>
      </w:pPr>
      <w:r>
        <w:t>转正不是松口气，而是真正扛起责任的开始。别觉得"反正转正了"就懈怠。把师傅教的本事真正变成自己的，主动揽活、眼里有活，让领导觉得转你正是转对了。踏实干个一年半载，你就是团队里靠得住的老人了。</w:t>
      </w:r>
    </w:p>
    <w:p>
      <w:pPr>
        <w:pStyle w:val="Heading1"/>
      </w:pPr>
      <w:r>
        <w:t>附：最后提醒</w:t>
      </w:r>
    </w:p>
    <w:p>
      <w:pPr>
        <w:ind w:firstLine="440"/>
      </w:pPr>
      <w:r>
        <w:t>转正总结实事求是，别夸大也别谦虚过度。干了啥写啥，数据真实。写完给带教师傅把把关，免得记错事实。态度诚恳，让人看到你想长期好好干，转正就是水到渠成的事。</w:t>
      </w:r>
    </w:p>
    <w:p>
      <w:pPr>
        <w:pStyle w:val="Heading1"/>
      </w:pPr>
      <w:r>
        <w:t>附：转正之后</w:t>
      </w:r>
    </w:p>
    <w:p>
      <w:pPr>
        <w:ind w:firstLine="440"/>
      </w:pPr>
      <w:r>
        <w:t>转正是个新起点。从"有人带"到"自己扛"，从"新手"到"骨干"，路还长。保持谦逊，继续好学，把师傅的本事学过来，再慢慢形成自己的门道。</w:t>
      </w:r>
    </w:p>
    <w:p>
      <w:pPr>
        <w:ind w:firstLine="440"/>
      </w:pPr>
      <w:r>
        <w:t>单位最看重的是稳定和靠谱。选一份工作就好好干，别这山望着那山高。沉下心来干个三五年，你就是行里的老人了。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