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行政职业能力测验·常识判断模拟卷</w:t>
      </w:r>
    </w:p>
    <w:p>
      <w:pPr>
        <w:pStyle w:val="Heading2"/>
      </w:pPr>
      <w:r>
        <w:t>（满分100分　建议用时90分钟　含答案与解析）</w:t>
      </w:r>
    </w:p>
    <w:p>
      <w:pPr>
        <w:pStyle w:val="Heading1"/>
      </w:pPr>
      <w:r>
        <w:t>一、单项选择题（共60题，每题只有一个正确答案）</w:t>
      </w:r>
    </w:p>
    <w:p>
      <w:pPr>
        <w:ind w:firstLine="440"/>
      </w:pPr>
      <w:r>
        <w:t>1. 我国的根本政治制度是（　）。</w:t>
      </w:r>
    </w:p>
    <w:p>
      <w:pPr>
        <w:ind w:firstLine="440"/>
      </w:pPr>
      <w:r>
        <w:t xml:space="preserve">　　A. 人民代表大会制度</w:t>
      </w:r>
    </w:p>
    <w:p>
      <w:pPr>
        <w:ind w:firstLine="440"/>
      </w:pPr>
      <w:r>
        <w:t xml:space="preserve">　　B. 多党合作和政治协商制度</w:t>
      </w:r>
    </w:p>
    <w:p>
      <w:pPr>
        <w:ind w:firstLine="440"/>
      </w:pPr>
      <w:r>
        <w:t xml:space="preserve">　　C. 民族区域自治制度</w:t>
      </w:r>
    </w:p>
    <w:p>
      <w:pPr>
        <w:ind w:firstLine="440"/>
      </w:pPr>
      <w:r>
        <w:t xml:space="preserve">　　D. 基层群众自治制度</w:t>
      </w:r>
    </w:p>
    <w:p>
      <w:pPr>
        <w:ind w:firstLine="440"/>
      </w:pPr>
      <w:r>
        <w:t>【答案】A　【解析】人民代表大会制度是我国的根本政治制度；其余为基本政治制度。</w:t>
      </w:r>
    </w:p>
    <w:p>
      <w:pPr>
        <w:ind w:firstLine="440"/>
      </w:pPr>
      <w:r>
        <w:t>2. 中华人民共和国的一切权力属于（　）。</w:t>
      </w:r>
    </w:p>
    <w:p>
      <w:pPr>
        <w:ind w:firstLine="440"/>
      </w:pPr>
      <w:r>
        <w:t xml:space="preserve">　　A. 公民</w:t>
      </w:r>
    </w:p>
    <w:p>
      <w:pPr>
        <w:ind w:firstLine="440"/>
      </w:pPr>
      <w:r>
        <w:t xml:space="preserve">　　B. 人民</w:t>
      </w:r>
    </w:p>
    <w:p>
      <w:pPr>
        <w:ind w:firstLine="440"/>
      </w:pPr>
      <w:r>
        <w:t xml:space="preserve">　　C. 国家行政机关</w:t>
      </w:r>
    </w:p>
    <w:p>
      <w:pPr>
        <w:ind w:firstLine="440"/>
      </w:pPr>
      <w:r>
        <w:t xml:space="preserve">　　D. 全国人大常委会</w:t>
      </w:r>
    </w:p>
    <w:p>
      <w:pPr>
        <w:ind w:firstLine="440"/>
      </w:pPr>
      <w:r>
        <w:t>【答案】B　【解析】宪法规定，国家一切权力属于人民。</w:t>
      </w:r>
    </w:p>
    <w:p>
      <w:pPr>
        <w:ind w:firstLine="440"/>
      </w:pPr>
      <w:r>
        <w:t>3. 我国宪法规定，中华人民共和国的国家机构实行（　）原则。</w:t>
      </w:r>
    </w:p>
    <w:p>
      <w:pPr>
        <w:ind w:firstLine="440"/>
      </w:pPr>
      <w:r>
        <w:t xml:space="preserve">　　A. 首长负责制</w:t>
      </w:r>
    </w:p>
    <w:p>
      <w:pPr>
        <w:ind w:firstLine="440"/>
      </w:pPr>
      <w:r>
        <w:t xml:space="preserve">　　B. 民主集中制</w:t>
      </w:r>
    </w:p>
    <w:p>
      <w:pPr>
        <w:ind w:firstLine="440"/>
      </w:pPr>
      <w:r>
        <w:t xml:space="preserve">　　C. 分工协作制</w:t>
      </w:r>
    </w:p>
    <w:p>
      <w:pPr>
        <w:ind w:firstLine="440"/>
      </w:pPr>
      <w:r>
        <w:t xml:space="preserve">　　D. 议行合一制</w:t>
      </w:r>
    </w:p>
    <w:p>
      <w:pPr>
        <w:ind w:firstLine="440"/>
      </w:pPr>
      <w:r>
        <w:t>【答案】B　【解析】宪法第三条规定国家机构实行民主集中制。</w:t>
      </w:r>
    </w:p>
    <w:p>
      <w:pPr>
        <w:ind w:firstLine="440"/>
      </w:pPr>
      <w:r>
        <w:t>4. 下列属于我国基层群众性自治组织的是（　）。</w:t>
      </w:r>
    </w:p>
    <w:p>
      <w:pPr>
        <w:ind w:firstLine="440"/>
      </w:pPr>
      <w:r>
        <w:t xml:space="preserve">　　A. 街道办事处</w:t>
      </w:r>
    </w:p>
    <w:p>
      <w:pPr>
        <w:ind w:firstLine="440"/>
      </w:pPr>
      <w:r>
        <w:t xml:space="preserve">　　B. 居民委员会</w:t>
      </w:r>
    </w:p>
    <w:p>
      <w:pPr>
        <w:ind w:firstLine="440"/>
      </w:pPr>
      <w:r>
        <w:t xml:space="preserve">　　C. 乡镇政府</w:t>
      </w:r>
    </w:p>
    <w:p>
      <w:pPr>
        <w:ind w:firstLine="440"/>
      </w:pPr>
      <w:r>
        <w:t xml:space="preserve">　　D. 派出所</w:t>
      </w:r>
    </w:p>
    <w:p>
      <w:pPr>
        <w:ind w:firstLine="440"/>
      </w:pPr>
      <w:r>
        <w:t>【答案】B　【解析】居委会、村委会是基层群众性自治组织；街道办是派出机关。</w:t>
      </w:r>
    </w:p>
    <w:p>
      <w:pPr>
        <w:ind w:firstLine="440"/>
      </w:pPr>
      <w:r>
        <w:t>5. 我国的最高国家权力机关是（　）。</w:t>
      </w:r>
    </w:p>
    <w:p>
      <w:pPr>
        <w:ind w:firstLine="440"/>
      </w:pPr>
      <w:r>
        <w:t xml:space="preserve">　　A. 国务院</w:t>
      </w:r>
    </w:p>
    <w:p>
      <w:pPr>
        <w:ind w:firstLine="440"/>
      </w:pPr>
      <w:r>
        <w:t xml:space="preserve">　　B. 最高人民法院</w:t>
      </w:r>
    </w:p>
    <w:p>
      <w:pPr>
        <w:ind w:firstLine="440"/>
      </w:pPr>
      <w:r>
        <w:t xml:space="preserve">　　C. 全国人民代表大会</w:t>
      </w:r>
    </w:p>
    <w:p>
      <w:pPr>
        <w:ind w:firstLine="440"/>
      </w:pPr>
      <w:r>
        <w:t xml:space="preserve">　　D. 中央军事委员会</w:t>
      </w:r>
    </w:p>
    <w:p>
      <w:pPr>
        <w:ind w:firstLine="440"/>
      </w:pPr>
      <w:r>
        <w:t>【答案】C　【解析】全国人大是最高国家权力机关。</w:t>
      </w:r>
    </w:p>
    <w:p>
      <w:pPr>
        <w:ind w:firstLine="440"/>
      </w:pPr>
      <w:r>
        <w:t>6. 国务院是我国的（　）。</w:t>
      </w:r>
    </w:p>
    <w:p>
      <w:pPr>
        <w:ind w:firstLine="440"/>
      </w:pPr>
      <w:r>
        <w:t xml:space="preserve">　　A. 最高国家权力机关</w:t>
      </w:r>
    </w:p>
    <w:p>
      <w:pPr>
        <w:ind w:firstLine="440"/>
      </w:pPr>
      <w:r>
        <w:t xml:space="preserve">　　B. 最高国家行政机关</w:t>
      </w:r>
    </w:p>
    <w:p>
      <w:pPr>
        <w:ind w:firstLine="440"/>
      </w:pPr>
      <w:r>
        <w:t xml:space="preserve">　　C. 最高审判机关</w:t>
      </w:r>
    </w:p>
    <w:p>
      <w:pPr>
        <w:ind w:firstLine="440"/>
      </w:pPr>
      <w:r>
        <w:t xml:space="preserve">　　D. 最高检察机关</w:t>
      </w:r>
    </w:p>
    <w:p>
      <w:pPr>
        <w:ind w:firstLine="440"/>
      </w:pPr>
      <w:r>
        <w:t>【答案】B　【解析】国务院即中央人民政府，是最高国家行政机关。</w:t>
      </w:r>
    </w:p>
    <w:p>
      <w:pPr>
        <w:ind w:firstLine="440"/>
      </w:pPr>
      <w:r>
        <w:t>7. 我国现行宪法是（　）年颁布施行的。</w:t>
      </w:r>
    </w:p>
    <w:p>
      <w:pPr>
        <w:ind w:firstLine="440"/>
      </w:pPr>
      <w:r>
        <w:t xml:space="preserve">　　A. 1954</w:t>
      </w:r>
    </w:p>
    <w:p>
      <w:pPr>
        <w:ind w:firstLine="440"/>
      </w:pPr>
      <w:r>
        <w:t xml:space="preserve">　　B. 1975</w:t>
      </w:r>
    </w:p>
    <w:p>
      <w:pPr>
        <w:ind w:firstLine="440"/>
      </w:pPr>
      <w:r>
        <w:t xml:space="preserve">　　C. 1978</w:t>
      </w:r>
    </w:p>
    <w:p>
      <w:pPr>
        <w:ind w:firstLine="440"/>
      </w:pPr>
      <w:r>
        <w:t xml:space="preserve">　　D. 1982</w:t>
      </w:r>
    </w:p>
    <w:p>
      <w:pPr>
        <w:ind w:firstLine="440"/>
      </w:pPr>
      <w:r>
        <w:t>【答案】D　【解析】现行宪法为1982年宪法，后经多次修正。</w:t>
      </w:r>
    </w:p>
    <w:p>
      <w:pPr>
        <w:ind w:firstLine="440"/>
      </w:pPr>
      <w:r>
        <w:t>8. 公民的基本权利和义务在宪法中位于（　）。</w:t>
      </w:r>
    </w:p>
    <w:p>
      <w:pPr>
        <w:ind w:firstLine="440"/>
      </w:pPr>
      <w:r>
        <w:t xml:space="preserve">　　A. 总纲之前</w:t>
      </w:r>
    </w:p>
    <w:p>
      <w:pPr>
        <w:ind w:firstLine="440"/>
      </w:pPr>
      <w:r>
        <w:t xml:space="preserve">　　B. 总纲之后、国家机构之前</w:t>
      </w:r>
    </w:p>
    <w:p>
      <w:pPr>
        <w:ind w:firstLine="440"/>
      </w:pPr>
      <w:r>
        <w:t xml:space="preserve">　　C. 国家机构之后</w:t>
      </w:r>
    </w:p>
    <w:p>
      <w:pPr>
        <w:ind w:firstLine="440"/>
      </w:pPr>
      <w:r>
        <w:t xml:space="preserve">　　D. 附则</w:t>
      </w:r>
    </w:p>
    <w:p>
      <w:pPr>
        <w:ind w:firstLine="440"/>
      </w:pPr>
      <w:r>
        <w:t>【答案】B　【解析】我国宪法顺序：序言、总纲、公民的基本权利和义务、国家机构、国旗国歌国徽首都。</w:t>
      </w:r>
    </w:p>
    <w:p>
      <w:pPr>
        <w:ind w:firstLine="440"/>
      </w:pPr>
      <w:r>
        <w:t>9. 下列不属于公民政治权利和自由的是（　）。</w:t>
      </w:r>
    </w:p>
    <w:p>
      <w:pPr>
        <w:ind w:firstLine="440"/>
      </w:pPr>
      <w:r>
        <w:t xml:space="preserve">　　A. 选举权</w:t>
      </w:r>
    </w:p>
    <w:p>
      <w:pPr>
        <w:ind w:firstLine="440"/>
      </w:pPr>
      <w:r>
        <w:t xml:space="preserve">　　B. 被选举权</w:t>
      </w:r>
    </w:p>
    <w:p>
      <w:pPr>
        <w:ind w:firstLine="440"/>
      </w:pPr>
      <w:r>
        <w:t xml:space="preserve">　　C. 言论自由</w:t>
      </w:r>
    </w:p>
    <w:p>
      <w:pPr>
        <w:ind w:firstLine="440"/>
      </w:pPr>
      <w:r>
        <w:t xml:space="preserve">　　D. 劳动权</w:t>
      </w:r>
    </w:p>
    <w:p>
      <w:pPr>
        <w:ind w:firstLine="440"/>
      </w:pPr>
      <w:r>
        <w:t>【答案】D　【解析】劳动权属于社会经济权利，不是政治权利。</w:t>
      </w:r>
    </w:p>
    <w:p>
      <w:pPr>
        <w:ind w:firstLine="440"/>
      </w:pPr>
      <w:r>
        <w:t>10. 我国年满（　）周岁的公民，不分民族、种族等，都有选举权和被选举权（依法被剥夺政治权利的除外）。</w:t>
      </w:r>
    </w:p>
    <w:p>
      <w:pPr>
        <w:ind w:firstLine="440"/>
      </w:pPr>
      <w:r>
        <w:t xml:space="preserve">　　A. 十六</w:t>
      </w:r>
    </w:p>
    <w:p>
      <w:pPr>
        <w:ind w:firstLine="440"/>
      </w:pPr>
      <w:r>
        <w:t xml:space="preserve">　　B. 十八</w:t>
      </w:r>
    </w:p>
    <w:p>
      <w:pPr>
        <w:ind w:firstLine="440"/>
      </w:pPr>
      <w:r>
        <w:t xml:space="preserve">　　C. 二十</w:t>
      </w:r>
    </w:p>
    <w:p>
      <w:pPr>
        <w:ind w:firstLine="440"/>
      </w:pPr>
      <w:r>
        <w:t xml:space="preserve">　　D. 二十二</w:t>
      </w:r>
    </w:p>
    <w:p>
      <w:pPr>
        <w:ind w:firstLine="440"/>
      </w:pPr>
      <w:r>
        <w:t>【答案】B　【解析】宪法规定年满十八周岁享有选举权利。</w:t>
      </w:r>
    </w:p>
    <w:p>
      <w:pPr>
        <w:ind w:firstLine="440"/>
      </w:pPr>
      <w:r>
        <w:t>11. 近代中国沦为半殖民地半封建社会后，第一个不平等条约是（　）。</w:t>
      </w:r>
    </w:p>
    <w:p>
      <w:pPr>
        <w:ind w:firstLine="440"/>
      </w:pPr>
      <w:r>
        <w:t xml:space="preserve">　　A. 《马关条约》</w:t>
      </w:r>
    </w:p>
    <w:p>
      <w:pPr>
        <w:ind w:firstLine="440"/>
      </w:pPr>
      <w:r>
        <w:t xml:space="preserve">　　B. 《南京条约》</w:t>
      </w:r>
    </w:p>
    <w:p>
      <w:pPr>
        <w:ind w:firstLine="440"/>
      </w:pPr>
      <w:r>
        <w:t xml:space="preserve">　　C. 《辛丑条约》</w:t>
      </w:r>
    </w:p>
    <w:p>
      <w:pPr>
        <w:ind w:firstLine="440"/>
      </w:pPr>
      <w:r>
        <w:t xml:space="preserve">　　D. 《北京条约》</w:t>
      </w:r>
    </w:p>
    <w:p>
      <w:pPr>
        <w:ind w:firstLine="440"/>
      </w:pPr>
      <w:r>
        <w:t>【答案】B　【解析】1842年中英《南京条约》是中国近代第一个不平等条约。</w:t>
      </w:r>
    </w:p>
    <w:p>
      <w:pPr>
        <w:ind w:firstLine="440"/>
      </w:pPr>
      <w:r>
        <w:t>12. 标志着中国新民主主义革命开端的历史事件是（　）。</w:t>
      </w:r>
    </w:p>
    <w:p>
      <w:pPr>
        <w:ind w:firstLine="440"/>
      </w:pPr>
      <w:r>
        <w:t xml:space="preserve">　　A. 辛亥革命</w:t>
      </w:r>
    </w:p>
    <w:p>
      <w:pPr>
        <w:ind w:firstLine="440"/>
      </w:pPr>
      <w:r>
        <w:t xml:space="preserve">　　B. 五四运动</w:t>
      </w:r>
    </w:p>
    <w:p>
      <w:pPr>
        <w:ind w:firstLine="440"/>
      </w:pPr>
      <w:r>
        <w:t xml:space="preserve">　　C. 中国共产党成立</w:t>
      </w:r>
    </w:p>
    <w:p>
      <w:pPr>
        <w:ind w:firstLine="440"/>
      </w:pPr>
      <w:r>
        <w:t xml:space="preserve">　　D. 抗日战争胜利</w:t>
      </w:r>
    </w:p>
    <w:p>
      <w:pPr>
        <w:ind w:firstLine="440"/>
      </w:pPr>
      <w:r>
        <w:t>【答案】B　【解析】1919年五四运动是新民主主义革命的开端。</w:t>
      </w:r>
    </w:p>
    <w:p>
      <w:pPr>
        <w:ind w:firstLine="440"/>
      </w:pPr>
      <w:r>
        <w:t>13. 中国共产党成立于（　）。</w:t>
      </w:r>
    </w:p>
    <w:p>
      <w:pPr>
        <w:ind w:firstLine="440"/>
      </w:pPr>
      <w:r>
        <w:t xml:space="preserve">　　A. 1919年</w:t>
      </w:r>
    </w:p>
    <w:p>
      <w:pPr>
        <w:ind w:firstLine="440"/>
      </w:pPr>
      <w:r>
        <w:t xml:space="preserve">　　B. 1921年</w:t>
      </w:r>
    </w:p>
    <w:p>
      <w:pPr>
        <w:ind w:firstLine="440"/>
      </w:pPr>
      <w:r>
        <w:t xml:space="preserve">　　C. 1927年</w:t>
      </w:r>
    </w:p>
    <w:p>
      <w:pPr>
        <w:ind w:firstLine="440"/>
      </w:pPr>
      <w:r>
        <w:t xml:space="preserve">　　D. 1935年</w:t>
      </w:r>
    </w:p>
    <w:p>
      <w:pPr>
        <w:ind w:firstLine="440"/>
      </w:pPr>
      <w:r>
        <w:t>【答案】B　【解析】1921年中共一大召开，标志党成立。</w:t>
      </w:r>
    </w:p>
    <w:p>
      <w:pPr>
        <w:ind w:firstLine="440"/>
      </w:pPr>
      <w:r>
        <w:t>14. 长征胜利结束的标志是1936年10月红军三大主力胜利会师于（　）。</w:t>
      </w:r>
    </w:p>
    <w:p>
      <w:pPr>
        <w:ind w:firstLine="440"/>
      </w:pPr>
      <w:r>
        <w:t xml:space="preserve">　　A. 陕北吴起镇</w:t>
      </w:r>
    </w:p>
    <w:p>
      <w:pPr>
        <w:ind w:firstLine="440"/>
      </w:pPr>
      <w:r>
        <w:t xml:space="preserve">　　B. 甘肃会宁</w:t>
      </w:r>
    </w:p>
    <w:p>
      <w:pPr>
        <w:ind w:firstLine="440"/>
      </w:pPr>
      <w:r>
        <w:t xml:space="preserve">　　C. 贵州遵义</w:t>
      </w:r>
    </w:p>
    <w:p>
      <w:pPr>
        <w:ind w:firstLine="440"/>
      </w:pPr>
      <w:r>
        <w:t xml:space="preserve">　　D. 江西瑞金</w:t>
      </w:r>
    </w:p>
    <w:p>
      <w:pPr>
        <w:ind w:firstLine="440"/>
      </w:pPr>
      <w:r>
        <w:t>【答案】B　【解析】1936年10月三大主力在甘肃会宁会师，长征结束。</w:t>
      </w:r>
    </w:p>
    <w:p>
      <w:pPr>
        <w:ind w:firstLine="440"/>
      </w:pPr>
      <w:r>
        <w:t>15. 确立毛泽东思想为党的指导思想的会议是（　）。</w:t>
      </w:r>
    </w:p>
    <w:p>
      <w:pPr>
        <w:ind w:firstLine="440"/>
      </w:pPr>
      <w:r>
        <w:t xml:space="preserve">　　A. 遵义会议</w:t>
      </w:r>
    </w:p>
    <w:p>
      <w:pPr>
        <w:ind w:firstLine="440"/>
      </w:pPr>
      <w:r>
        <w:t xml:space="preserve">　　B. 中共七大</w:t>
      </w:r>
    </w:p>
    <w:p>
      <w:pPr>
        <w:ind w:firstLine="440"/>
      </w:pPr>
      <w:r>
        <w:t xml:space="preserve">　　C. 中共八大</w:t>
      </w:r>
    </w:p>
    <w:p>
      <w:pPr>
        <w:ind w:firstLine="440"/>
      </w:pPr>
      <w:r>
        <w:t xml:space="preserve">　　D. 七届二中全会</w:t>
      </w:r>
    </w:p>
    <w:p>
      <w:pPr>
        <w:ind w:firstLine="440"/>
      </w:pPr>
      <w:r>
        <w:t>【答案】B　【解析】1945年中共七大确立毛泽东思想为指导思想。</w:t>
      </w:r>
    </w:p>
    <w:p>
      <w:pPr>
        <w:ind w:firstLine="440"/>
      </w:pPr>
      <w:r>
        <w:t>16. 中华人民共和国成立于（　）。</w:t>
      </w:r>
    </w:p>
    <w:p>
      <w:pPr>
        <w:ind w:firstLine="440"/>
      </w:pPr>
      <w:r>
        <w:t xml:space="preserve">　　A. 1945年8月15日</w:t>
      </w:r>
    </w:p>
    <w:p>
      <w:pPr>
        <w:ind w:firstLine="440"/>
      </w:pPr>
      <w:r>
        <w:t xml:space="preserve">　　B. 1949年10月1日</w:t>
      </w:r>
    </w:p>
    <w:p>
      <w:pPr>
        <w:ind w:firstLine="440"/>
      </w:pPr>
      <w:r>
        <w:t xml:space="preserve">　　C. 1949年9月</w:t>
      </w:r>
    </w:p>
    <w:p>
      <w:pPr>
        <w:ind w:firstLine="440"/>
      </w:pPr>
      <w:r>
        <w:t xml:space="preserve">　　D. 1950年10月1日</w:t>
      </w:r>
    </w:p>
    <w:p>
      <w:pPr>
        <w:ind w:firstLine="440"/>
      </w:pPr>
      <w:r>
        <w:t>【答案】B　【解析】1949年10月1日开国大典。</w:t>
      </w:r>
    </w:p>
    <w:p>
      <w:pPr>
        <w:ind w:firstLine="440"/>
      </w:pPr>
      <w:r>
        <w:t>17. 我国进入改革开放历史新时期的标志是（　）。</w:t>
      </w:r>
    </w:p>
    <w:p>
      <w:pPr>
        <w:ind w:firstLine="440"/>
      </w:pPr>
      <w:r>
        <w:t xml:space="preserve">　　A. 中共八大</w:t>
      </w:r>
    </w:p>
    <w:p>
      <w:pPr>
        <w:ind w:firstLine="440"/>
      </w:pPr>
      <w:r>
        <w:t xml:space="preserve">　　B. 十一届三中全会</w:t>
      </w:r>
    </w:p>
    <w:p>
      <w:pPr>
        <w:ind w:firstLine="440"/>
      </w:pPr>
      <w:r>
        <w:t xml:space="preserve">　　C. 十四大</w:t>
      </w:r>
    </w:p>
    <w:p>
      <w:pPr>
        <w:ind w:firstLine="440"/>
      </w:pPr>
      <w:r>
        <w:t xml:space="preserve">　　D. 十五大</w:t>
      </w:r>
    </w:p>
    <w:p>
      <w:pPr>
        <w:ind w:firstLine="440"/>
      </w:pPr>
      <w:r>
        <w:t>【答案】B　【解析】1978年十一届三中全会开启改革开放。</w:t>
      </w:r>
    </w:p>
    <w:p>
      <w:pPr>
        <w:ind w:firstLine="440"/>
      </w:pPr>
      <w:r>
        <w:t>18. 我国实行对外开放，最早设立的四个经济特区不包括（　）。</w:t>
      </w:r>
    </w:p>
    <w:p>
      <w:pPr>
        <w:ind w:firstLine="440"/>
      </w:pPr>
      <w:r>
        <w:t xml:space="preserve">　　A. 深圳</w:t>
      </w:r>
    </w:p>
    <w:p>
      <w:pPr>
        <w:ind w:firstLine="440"/>
      </w:pPr>
      <w:r>
        <w:t xml:space="preserve">　　B. 珠海</w:t>
      </w:r>
    </w:p>
    <w:p>
      <w:pPr>
        <w:ind w:firstLine="440"/>
      </w:pPr>
      <w:r>
        <w:t xml:space="preserve">　　C. 上海</w:t>
      </w:r>
    </w:p>
    <w:p>
      <w:pPr>
        <w:ind w:firstLine="440"/>
      </w:pPr>
      <w:r>
        <w:t xml:space="preserve">　　D. 厦门</w:t>
      </w:r>
    </w:p>
    <w:p>
      <w:pPr>
        <w:ind w:firstLine="440"/>
      </w:pPr>
      <w:r>
        <w:t>【答案】C　【解析】最早四个特区为深圳、珠海、汕头、厦门，上海不是。</w:t>
      </w:r>
    </w:p>
    <w:p>
      <w:pPr>
        <w:ind w:firstLine="440"/>
      </w:pPr>
      <w:r>
        <w:t>19. 太阳系中体积最大的行星是（　）。</w:t>
      </w:r>
    </w:p>
    <w:p>
      <w:pPr>
        <w:ind w:firstLine="440"/>
      </w:pPr>
      <w:r>
        <w:t xml:space="preserve">　　A. 地球</w:t>
      </w:r>
    </w:p>
    <w:p>
      <w:pPr>
        <w:ind w:firstLine="440"/>
      </w:pPr>
      <w:r>
        <w:t xml:space="preserve">　　B. 木星</w:t>
      </w:r>
    </w:p>
    <w:p>
      <w:pPr>
        <w:ind w:firstLine="440"/>
      </w:pPr>
      <w:r>
        <w:t xml:space="preserve">　　C. 土星</w:t>
      </w:r>
    </w:p>
    <w:p>
      <w:pPr>
        <w:ind w:firstLine="440"/>
      </w:pPr>
      <w:r>
        <w:t xml:space="preserve">　　D. 火星</w:t>
      </w:r>
    </w:p>
    <w:p>
      <w:pPr>
        <w:ind w:firstLine="440"/>
      </w:pPr>
      <w:r>
        <w:t>【答案】B　【解析】木星是太阳系体积、质量最大的行星。</w:t>
      </w:r>
    </w:p>
    <w:p>
      <w:pPr>
        <w:ind w:firstLine="440"/>
      </w:pPr>
      <w:r>
        <w:t>20. 光在真空中的传播速度约为每秒（　）。</w:t>
      </w:r>
    </w:p>
    <w:p>
      <w:pPr>
        <w:ind w:firstLine="440"/>
      </w:pPr>
      <w:r>
        <w:t xml:space="preserve">　　A. 3万千米</w:t>
      </w:r>
    </w:p>
    <w:p>
      <w:pPr>
        <w:ind w:firstLine="440"/>
      </w:pPr>
      <w:r>
        <w:t xml:space="preserve">　　B. 30万千米</w:t>
      </w:r>
    </w:p>
    <w:p>
      <w:pPr>
        <w:ind w:firstLine="440"/>
      </w:pPr>
      <w:r>
        <w:t xml:space="preserve">　　C. 300万千米</w:t>
      </w:r>
    </w:p>
    <w:p>
      <w:pPr>
        <w:ind w:firstLine="440"/>
      </w:pPr>
      <w:r>
        <w:t xml:space="preserve">　　D. 3000千米</w:t>
      </w:r>
    </w:p>
    <w:p>
      <w:pPr>
        <w:ind w:firstLine="440"/>
      </w:pPr>
      <w:r>
        <w:t>【答案】B　【解析】光速约30万千米/秒。</w:t>
      </w:r>
    </w:p>
    <w:p>
      <w:pPr>
        <w:ind w:firstLine="440"/>
      </w:pPr>
      <w:r>
        <w:t>21. 下列关于水的说法，正确的是（　）。</w:t>
      </w:r>
    </w:p>
    <w:p>
      <w:pPr>
        <w:ind w:firstLine="440"/>
      </w:pPr>
      <w:r>
        <w:t xml:space="preserve">　　A. 水的沸点永远是100℃</w:t>
      </w:r>
    </w:p>
    <w:p>
      <w:pPr>
        <w:ind w:firstLine="440"/>
      </w:pPr>
      <w:r>
        <w:t xml:space="preserve">　　B. 冰水混合物温度为0℃（标准大气压下）</w:t>
      </w:r>
    </w:p>
    <w:p>
      <w:pPr>
        <w:ind w:firstLine="440"/>
      </w:pPr>
      <w:r>
        <w:t xml:space="preserve">　　C. 水由氢气和氧气组成</w:t>
      </w:r>
    </w:p>
    <w:p>
      <w:pPr>
        <w:ind w:firstLine="440"/>
      </w:pPr>
      <w:r>
        <w:t xml:space="preserve">　　D. 水在任何情况下都热胀冷缩</w:t>
      </w:r>
    </w:p>
    <w:p>
      <w:pPr>
        <w:ind w:firstLine="440"/>
      </w:pPr>
      <w:r>
        <w:t>【答案】B　【解析】标准大气压下冰水混合物为0℃；水在4℃以下反常膨胀。</w:t>
      </w:r>
    </w:p>
    <w:p>
      <w:pPr>
        <w:ind w:firstLine="440"/>
      </w:pPr>
      <w:r>
        <w:t>22. 人体中含量最多的物质是（　）。</w:t>
      </w:r>
    </w:p>
    <w:p>
      <w:pPr>
        <w:ind w:firstLine="440"/>
      </w:pPr>
      <w:r>
        <w:t xml:space="preserve">　　A. 蛋白质</w:t>
      </w:r>
    </w:p>
    <w:p>
      <w:pPr>
        <w:ind w:firstLine="440"/>
      </w:pPr>
      <w:r>
        <w:t xml:space="preserve">　　B. 脂肪</w:t>
      </w:r>
    </w:p>
    <w:p>
      <w:pPr>
        <w:ind w:firstLine="440"/>
      </w:pPr>
      <w:r>
        <w:t xml:space="preserve">　　C. 水</w:t>
      </w:r>
    </w:p>
    <w:p>
      <w:pPr>
        <w:ind w:firstLine="440"/>
      </w:pPr>
      <w:r>
        <w:t xml:space="preserve">　　D. 钙</w:t>
      </w:r>
    </w:p>
    <w:p>
      <w:pPr>
        <w:ind w:firstLine="440"/>
      </w:pPr>
      <w:r>
        <w:t>【答案】C　【解析】水约占人体体重的60%以上。</w:t>
      </w:r>
    </w:p>
    <w:p>
      <w:pPr>
        <w:ind w:firstLine="440"/>
      </w:pPr>
      <w:r>
        <w:t>23. 光合作用主要吸收的光是（　）。</w:t>
      </w:r>
    </w:p>
    <w:p>
      <w:pPr>
        <w:ind w:firstLine="440"/>
      </w:pPr>
      <w:r>
        <w:t xml:space="preserve">　　A. 绿光</w:t>
      </w:r>
    </w:p>
    <w:p>
      <w:pPr>
        <w:ind w:firstLine="440"/>
      </w:pPr>
      <w:r>
        <w:t xml:space="preserve">　　B. 红光和蓝紫光</w:t>
      </w:r>
    </w:p>
    <w:p>
      <w:pPr>
        <w:ind w:firstLine="440"/>
      </w:pPr>
      <w:r>
        <w:t xml:space="preserve">　　C. 紫外线</w:t>
      </w:r>
    </w:p>
    <w:p>
      <w:pPr>
        <w:ind w:firstLine="440"/>
      </w:pPr>
      <w:r>
        <w:t xml:space="preserve">　　D. 红外线</w:t>
      </w:r>
    </w:p>
    <w:p>
      <w:pPr>
        <w:ind w:firstLine="440"/>
      </w:pPr>
      <w:r>
        <w:t>【答案】B　【解析】叶绿素主要吸收红光和蓝紫光，反射绿光。</w:t>
      </w:r>
    </w:p>
    <w:p>
      <w:pPr>
        <w:ind w:firstLine="440"/>
      </w:pPr>
      <w:r>
        <w:t>24. 我国面积最大的省级行政区是（　）。</w:t>
      </w:r>
    </w:p>
    <w:p>
      <w:pPr>
        <w:ind w:firstLine="440"/>
      </w:pPr>
      <w:r>
        <w:t xml:space="preserve">　　A. 西藏自治区</w:t>
      </w:r>
    </w:p>
    <w:p>
      <w:pPr>
        <w:ind w:firstLine="440"/>
      </w:pPr>
      <w:r>
        <w:t xml:space="preserve">　　B. 新疆维吾尔自治区</w:t>
      </w:r>
    </w:p>
    <w:p>
      <w:pPr>
        <w:ind w:firstLine="440"/>
      </w:pPr>
      <w:r>
        <w:t xml:space="preserve">　　C. 内蒙古自治区</w:t>
      </w:r>
    </w:p>
    <w:p>
      <w:pPr>
        <w:ind w:firstLine="440"/>
      </w:pPr>
      <w:r>
        <w:t xml:space="preserve">　　D. 青海省</w:t>
      </w:r>
    </w:p>
    <w:p>
      <w:pPr>
        <w:ind w:firstLine="440"/>
      </w:pPr>
      <w:r>
        <w:t>【答案】B　【解析】新疆是我国面积最大的省级行政区。</w:t>
      </w:r>
    </w:p>
    <w:p>
      <w:pPr>
        <w:ind w:firstLine="440"/>
      </w:pPr>
      <w:r>
        <w:t>25. 我国的第一大岛是（　）。</w:t>
      </w:r>
    </w:p>
    <w:p>
      <w:pPr>
        <w:ind w:firstLine="440"/>
      </w:pPr>
      <w:r>
        <w:t xml:space="preserve">　　A. 海南岛</w:t>
      </w:r>
    </w:p>
    <w:p>
      <w:pPr>
        <w:ind w:firstLine="440"/>
      </w:pPr>
      <w:r>
        <w:t xml:space="preserve">　　B. 台湾岛</w:t>
      </w:r>
    </w:p>
    <w:p>
      <w:pPr>
        <w:ind w:firstLine="440"/>
      </w:pPr>
      <w:r>
        <w:t xml:space="preserve">　　C. 崇明岛</w:t>
      </w:r>
    </w:p>
    <w:p>
      <w:pPr>
        <w:ind w:firstLine="440"/>
      </w:pPr>
      <w:r>
        <w:t xml:space="preserve">　　D. 舟山岛</w:t>
      </w:r>
    </w:p>
    <w:p>
      <w:pPr>
        <w:ind w:firstLine="440"/>
      </w:pPr>
      <w:r>
        <w:t>【答案】B　【解析】台湾岛是我国第一大岛。</w:t>
      </w:r>
    </w:p>
    <w:p>
      <w:pPr>
        <w:ind w:firstLine="440"/>
      </w:pPr>
      <w:r>
        <w:t>26. 被称为“世界屋脊”的是（　）。</w:t>
      </w:r>
    </w:p>
    <w:p>
      <w:pPr>
        <w:ind w:firstLine="440"/>
      </w:pPr>
      <w:r>
        <w:t xml:space="preserve">　　A. 青藏高原</w:t>
      </w:r>
    </w:p>
    <w:p>
      <w:pPr>
        <w:ind w:firstLine="440"/>
      </w:pPr>
      <w:r>
        <w:t xml:space="preserve">　　B. 帕米尔高原</w:t>
      </w:r>
    </w:p>
    <w:p>
      <w:pPr>
        <w:ind w:firstLine="440"/>
      </w:pPr>
      <w:r>
        <w:t xml:space="preserve">　　C. 内蒙古高原</w:t>
      </w:r>
    </w:p>
    <w:p>
      <w:pPr>
        <w:ind w:firstLine="440"/>
      </w:pPr>
      <w:r>
        <w:t xml:space="preserve">　　D. 黄土高原</w:t>
      </w:r>
    </w:p>
    <w:p>
      <w:pPr>
        <w:ind w:firstLine="440"/>
      </w:pPr>
      <w:r>
        <w:t>【答案】A　【解析】青藏高原平均海拔4000米以上，号称世界屋脊。</w:t>
      </w:r>
    </w:p>
    <w:p>
      <w:pPr>
        <w:ind w:firstLine="440"/>
      </w:pPr>
      <w:r>
        <w:t>27. 黄河和长江都发源于（　）。</w:t>
      </w:r>
    </w:p>
    <w:p>
      <w:pPr>
        <w:ind w:firstLine="440"/>
      </w:pPr>
      <w:r>
        <w:t xml:space="preserve">　　A. 西藏</w:t>
      </w:r>
    </w:p>
    <w:p>
      <w:pPr>
        <w:ind w:firstLine="440"/>
      </w:pPr>
      <w:r>
        <w:t xml:space="preserve">　　B. 青海</w:t>
      </w:r>
    </w:p>
    <w:p>
      <w:pPr>
        <w:ind w:firstLine="440"/>
      </w:pPr>
      <w:r>
        <w:t xml:space="preserve">　　C. 四川</w:t>
      </w:r>
    </w:p>
    <w:p>
      <w:pPr>
        <w:ind w:firstLine="440"/>
      </w:pPr>
      <w:r>
        <w:t xml:space="preserve">　　D. 甘肃</w:t>
      </w:r>
    </w:p>
    <w:p>
      <w:pPr>
        <w:ind w:firstLine="440"/>
      </w:pPr>
      <w:r>
        <w:t>【答案】B　【解析】两河均发源于青海省。</w:t>
      </w:r>
    </w:p>
    <w:p>
      <w:pPr>
        <w:ind w:firstLine="440"/>
      </w:pPr>
      <w:r>
        <w:t>28. 我国最大的淡水湖是（　）。</w:t>
      </w:r>
    </w:p>
    <w:p>
      <w:pPr>
        <w:ind w:firstLine="440"/>
      </w:pPr>
      <w:r>
        <w:t xml:space="preserve">　　A. 青海湖</w:t>
      </w:r>
    </w:p>
    <w:p>
      <w:pPr>
        <w:ind w:firstLine="440"/>
      </w:pPr>
      <w:r>
        <w:t xml:space="preserve">　　B. 鄱阳湖</w:t>
      </w:r>
    </w:p>
    <w:p>
      <w:pPr>
        <w:ind w:firstLine="440"/>
      </w:pPr>
      <w:r>
        <w:t xml:space="preserve">　　C. 洞庭湖</w:t>
      </w:r>
    </w:p>
    <w:p>
      <w:pPr>
        <w:ind w:firstLine="440"/>
      </w:pPr>
      <w:r>
        <w:t xml:space="preserve">　　D. 太湖</w:t>
      </w:r>
    </w:p>
    <w:p>
      <w:pPr>
        <w:ind w:firstLine="440"/>
      </w:pPr>
      <w:r>
        <w:t>【答案】B　【解析】鄱阳湖是我国最大淡水湖；青海湖是最大咸水湖。</w:t>
      </w:r>
    </w:p>
    <w:p>
      <w:pPr>
        <w:ind w:firstLine="440"/>
      </w:pPr>
      <w:r>
        <w:t>29. 下列属于可再生能源的是（　）。</w:t>
      </w:r>
    </w:p>
    <w:p>
      <w:pPr>
        <w:ind w:firstLine="440"/>
      </w:pPr>
      <w:r>
        <w:t xml:space="preserve">　　A. 煤炭</w:t>
      </w:r>
    </w:p>
    <w:p>
      <w:pPr>
        <w:ind w:firstLine="440"/>
      </w:pPr>
      <w:r>
        <w:t xml:space="preserve">　　B. 石油</w:t>
      </w:r>
    </w:p>
    <w:p>
      <w:pPr>
        <w:ind w:firstLine="440"/>
      </w:pPr>
      <w:r>
        <w:t xml:space="preserve">　　C. 太阳能</w:t>
      </w:r>
    </w:p>
    <w:p>
      <w:pPr>
        <w:ind w:firstLine="440"/>
      </w:pPr>
      <w:r>
        <w:t xml:space="preserve">　　D. 天然气</w:t>
      </w:r>
    </w:p>
    <w:p>
      <w:pPr>
        <w:ind w:firstLine="440"/>
      </w:pPr>
      <w:r>
        <w:t>【答案】C　【解析】太阳能为可再生能源，其余为化石能源。</w:t>
      </w:r>
    </w:p>
    <w:p>
      <w:pPr>
        <w:ind w:firstLine="440"/>
      </w:pPr>
      <w:r>
        <w:t>30. 电话的发明者通常被认为是（　）。</w:t>
      </w:r>
    </w:p>
    <w:p>
      <w:pPr>
        <w:ind w:firstLine="440"/>
      </w:pPr>
      <w:r>
        <w:t xml:space="preserve">　　A. 爱迪生</w:t>
      </w:r>
    </w:p>
    <w:p>
      <w:pPr>
        <w:ind w:firstLine="440"/>
      </w:pPr>
      <w:r>
        <w:t xml:space="preserve">　　B. 贝尔</w:t>
      </w:r>
    </w:p>
    <w:p>
      <w:pPr>
        <w:ind w:firstLine="440"/>
      </w:pPr>
      <w:r>
        <w:t xml:space="preserve">　　C. 诺贝尔</w:t>
      </w:r>
    </w:p>
    <w:p>
      <w:pPr>
        <w:ind w:firstLine="440"/>
      </w:pPr>
      <w:r>
        <w:t xml:space="preserve">　　D. 牛顿</w:t>
      </w:r>
    </w:p>
    <w:p>
      <w:pPr>
        <w:ind w:firstLine="440"/>
      </w:pPr>
      <w:r>
        <w:t>【答案】B　【解析】贝尔发明了电话。</w:t>
      </w:r>
    </w:p>
    <w:p>
      <w:pPr>
        <w:ind w:firstLine="440"/>
      </w:pPr>
      <w:r>
        <w:t>31. 下列关于计算机的说法，错误的是（　）。</w:t>
      </w:r>
    </w:p>
    <w:p>
      <w:pPr>
        <w:ind w:firstLine="440"/>
      </w:pPr>
      <w:r>
        <w:t xml:space="preserve">　　A. 计算机由硬件和软件组成</w:t>
      </w:r>
    </w:p>
    <w:p>
      <w:pPr>
        <w:ind w:firstLine="440"/>
      </w:pPr>
      <w:r>
        <w:t xml:space="preserve">　　B. CPU是计算机的核心</w:t>
      </w:r>
    </w:p>
    <w:p>
      <w:pPr>
        <w:ind w:firstLine="440"/>
      </w:pPr>
      <w:r>
        <w:t xml:space="preserve">　　C. 内存断电后数据不丢失</w:t>
      </w:r>
    </w:p>
    <w:p>
      <w:pPr>
        <w:ind w:firstLine="440"/>
      </w:pPr>
      <w:r>
        <w:t xml:space="preserve">　　D. 硬盘用于长期存储</w:t>
      </w:r>
    </w:p>
    <w:p>
      <w:pPr>
        <w:ind w:firstLine="440"/>
      </w:pPr>
      <w:r>
        <w:t>【答案】C　【解析】内存(RAM)断电数据丢失，硬盘才长期保存。</w:t>
      </w:r>
    </w:p>
    <w:p>
      <w:pPr>
        <w:ind w:firstLine="440"/>
      </w:pPr>
      <w:r>
        <w:t>32. 1GB等于（　）。</w:t>
      </w:r>
    </w:p>
    <w:p>
      <w:pPr>
        <w:ind w:firstLine="440"/>
      </w:pPr>
      <w:r>
        <w:t xml:space="preserve">　　A. 1024KB</w:t>
      </w:r>
    </w:p>
    <w:p>
      <w:pPr>
        <w:ind w:firstLine="440"/>
      </w:pPr>
      <w:r>
        <w:t xml:space="preserve">　　B. 1024MB</w:t>
      </w:r>
    </w:p>
    <w:p>
      <w:pPr>
        <w:ind w:firstLine="440"/>
      </w:pPr>
      <w:r>
        <w:t xml:space="preserve">　　C. 1000MB</w:t>
      </w:r>
    </w:p>
    <w:p>
      <w:pPr>
        <w:ind w:firstLine="440"/>
      </w:pPr>
      <w:r>
        <w:t xml:space="preserve">　　D. 1024B</w:t>
      </w:r>
    </w:p>
    <w:p>
      <w:pPr>
        <w:ind w:firstLine="440"/>
      </w:pPr>
      <w:r>
        <w:t>【答案】B　【解析】1GB=1024MB，1MB=1024KB。</w:t>
      </w:r>
    </w:p>
    <w:p>
      <w:pPr>
        <w:ind w:firstLine="440"/>
      </w:pPr>
      <w:r>
        <w:t>33. 下列属于输入设备的是（　）。</w:t>
      </w:r>
    </w:p>
    <w:p>
      <w:pPr>
        <w:ind w:firstLine="440"/>
      </w:pPr>
      <w:r>
        <w:t xml:space="preserve">　　A. 显示器</w:t>
      </w:r>
    </w:p>
    <w:p>
      <w:pPr>
        <w:ind w:firstLine="440"/>
      </w:pPr>
      <w:r>
        <w:t xml:space="preserve">　　B. 打印机</w:t>
      </w:r>
    </w:p>
    <w:p>
      <w:pPr>
        <w:ind w:firstLine="440"/>
      </w:pPr>
      <w:r>
        <w:t xml:space="preserve">　　C. 键盘</w:t>
      </w:r>
    </w:p>
    <w:p>
      <w:pPr>
        <w:ind w:firstLine="440"/>
      </w:pPr>
      <w:r>
        <w:t xml:space="preserve">　　D. 音箱</w:t>
      </w:r>
    </w:p>
    <w:p>
      <w:pPr>
        <w:ind w:firstLine="440"/>
      </w:pPr>
      <w:r>
        <w:t>【答案】C　【解析】键盘是输入设备，其余为输出设备。</w:t>
      </w:r>
    </w:p>
    <w:p>
      <w:pPr>
        <w:ind w:firstLine="440"/>
      </w:pPr>
      <w:r>
        <w:t>34. 市场经济中，价格主要由（　）决定。</w:t>
      </w:r>
    </w:p>
    <w:p>
      <w:pPr>
        <w:ind w:firstLine="440"/>
      </w:pPr>
      <w:r>
        <w:t xml:space="preserve">　　A. 政府定价</w:t>
      </w:r>
    </w:p>
    <w:p>
      <w:pPr>
        <w:ind w:firstLine="440"/>
      </w:pPr>
      <w:r>
        <w:t xml:space="preserve">　　B. 供求关系</w:t>
      </w:r>
    </w:p>
    <w:p>
      <w:pPr>
        <w:ind w:firstLine="440"/>
      </w:pPr>
      <w:r>
        <w:t xml:space="preserve">　　C. 消费者数量</w:t>
      </w:r>
    </w:p>
    <w:p>
      <w:pPr>
        <w:ind w:firstLine="440"/>
      </w:pPr>
      <w:r>
        <w:t xml:space="preserve">　　D. 商品包装</w:t>
      </w:r>
    </w:p>
    <w:p>
      <w:pPr>
        <w:ind w:firstLine="440"/>
      </w:pPr>
      <w:r>
        <w:t>【答案】B　【解析】市场经济下价格主要受供求关系影响。</w:t>
      </w:r>
    </w:p>
    <w:p>
      <w:pPr>
        <w:ind w:firstLine="440"/>
      </w:pPr>
      <w:r>
        <w:t>35. 通货膨胀是指（　）。</w:t>
      </w:r>
    </w:p>
    <w:p>
      <w:pPr>
        <w:ind w:firstLine="440"/>
      </w:pPr>
      <w:r>
        <w:t xml:space="preserve">　　A. 物价总水平持续上涨</w:t>
      </w:r>
    </w:p>
    <w:p>
      <w:pPr>
        <w:ind w:firstLine="440"/>
      </w:pPr>
      <w:r>
        <w:t xml:space="preserve">　　B. 物价总水平持续下降</w:t>
      </w:r>
    </w:p>
    <w:p>
      <w:pPr>
        <w:ind w:firstLine="440"/>
      </w:pPr>
      <w:r>
        <w:t xml:space="preserve">　　C. 货币升值</w:t>
      </w:r>
    </w:p>
    <w:p>
      <w:pPr>
        <w:ind w:firstLine="440"/>
      </w:pPr>
      <w:r>
        <w:t xml:space="preserve">　　D. 就业率上升</w:t>
      </w:r>
    </w:p>
    <w:p>
      <w:pPr>
        <w:ind w:firstLine="440"/>
      </w:pPr>
      <w:r>
        <w:t>【答案】A　【解析】通胀指物价普遍、持续上涨，货币购买力下降。</w:t>
      </w:r>
    </w:p>
    <w:p>
      <w:pPr>
        <w:ind w:firstLine="440"/>
      </w:pPr>
      <w:r>
        <w:t>36. 我国的中央银行是（　）。</w:t>
      </w:r>
    </w:p>
    <w:p>
      <w:pPr>
        <w:ind w:firstLine="440"/>
      </w:pPr>
      <w:r>
        <w:t xml:space="preserve">　　A. 中国银行</w:t>
      </w:r>
    </w:p>
    <w:p>
      <w:pPr>
        <w:ind w:firstLine="440"/>
      </w:pPr>
      <w:r>
        <w:t xml:space="preserve">　　B. 中国人民银行</w:t>
      </w:r>
    </w:p>
    <w:p>
      <w:pPr>
        <w:ind w:firstLine="440"/>
      </w:pPr>
      <w:r>
        <w:t xml:space="preserve">　　C. 工商银行</w:t>
      </w:r>
    </w:p>
    <w:p>
      <w:pPr>
        <w:ind w:firstLine="440"/>
      </w:pPr>
      <w:r>
        <w:t xml:space="preserve">　　D. 建设银行</w:t>
      </w:r>
    </w:p>
    <w:p>
      <w:pPr>
        <w:ind w:firstLine="440"/>
      </w:pPr>
      <w:r>
        <w:t>【答案】B　【解析】中国人民银行是我国中央银行。</w:t>
      </w:r>
    </w:p>
    <w:p>
      <w:pPr>
        <w:ind w:firstLine="440"/>
      </w:pPr>
      <w:r>
        <w:t>37. 下列属于按劳分配的是（　）。</w:t>
      </w:r>
    </w:p>
    <w:p>
      <w:pPr>
        <w:ind w:firstLine="440"/>
      </w:pPr>
      <w:r>
        <w:t xml:space="preserve">　　A. 银行存款利息</w:t>
      </w:r>
    </w:p>
    <w:p>
      <w:pPr>
        <w:ind w:firstLine="440"/>
      </w:pPr>
      <w:r>
        <w:t xml:space="preserve">　　B. 国有企业职工工资</w:t>
      </w:r>
    </w:p>
    <w:p>
      <w:pPr>
        <w:ind w:firstLine="440"/>
      </w:pPr>
      <w:r>
        <w:t xml:space="preserve">　　C. 房屋出租租金</w:t>
      </w:r>
    </w:p>
    <w:p>
      <w:pPr>
        <w:ind w:firstLine="440"/>
      </w:pPr>
      <w:r>
        <w:t xml:space="preserve">　　D. 购买股票分红</w:t>
      </w:r>
    </w:p>
    <w:p>
      <w:pPr>
        <w:ind w:firstLine="440"/>
      </w:pPr>
      <w:r>
        <w:t>【答案】B　【解析】公有制经济中工资属按劳分配；利息租金股息属按生产要素分配。</w:t>
      </w:r>
    </w:p>
    <w:p>
      <w:pPr>
        <w:ind w:firstLine="440"/>
      </w:pPr>
      <w:r>
        <w:t>38. 法律区别于其他社会规范的最主要特征是（　）。</w:t>
      </w:r>
    </w:p>
    <w:p>
      <w:pPr>
        <w:ind w:firstLine="440"/>
      </w:pPr>
      <w:r>
        <w:t xml:space="preserve">　　A. 由国家制定或认可</w:t>
      </w:r>
    </w:p>
    <w:p>
      <w:pPr>
        <w:ind w:firstLine="440"/>
      </w:pPr>
      <w:r>
        <w:t xml:space="preserve">　　B. 靠国家强制力保证实施</w:t>
      </w:r>
    </w:p>
    <w:p>
      <w:pPr>
        <w:ind w:firstLine="440"/>
      </w:pPr>
      <w:r>
        <w:t xml:space="preserve">　　C. 反映全体公民意志</w:t>
      </w:r>
    </w:p>
    <w:p>
      <w:pPr>
        <w:ind w:firstLine="440"/>
      </w:pPr>
      <w:r>
        <w:t xml:space="preserve">　　D. 只惩罚不保护</w:t>
      </w:r>
    </w:p>
    <w:p>
      <w:pPr>
        <w:ind w:firstLine="440"/>
      </w:pPr>
      <w:r>
        <w:t>【答案】B　【解析】国家强制性是法律最主要特征。</w:t>
      </w:r>
    </w:p>
    <w:p>
      <w:pPr>
        <w:ind w:firstLine="440"/>
      </w:pPr>
      <w:r>
        <w:t>39. 我国刑法规定，完全负刑事责任的年龄是已满（　）周岁。</w:t>
      </w:r>
    </w:p>
    <w:p>
      <w:pPr>
        <w:ind w:firstLine="440"/>
      </w:pPr>
      <w:r>
        <w:t xml:space="preserve">　　A. 十四</w:t>
      </w:r>
    </w:p>
    <w:p>
      <w:pPr>
        <w:ind w:firstLine="440"/>
      </w:pPr>
      <w:r>
        <w:t xml:space="preserve">　　B. 十六</w:t>
      </w:r>
    </w:p>
    <w:p>
      <w:pPr>
        <w:ind w:firstLine="440"/>
      </w:pPr>
      <w:r>
        <w:t xml:space="preserve">　　C. 十八</w:t>
      </w:r>
    </w:p>
    <w:p>
      <w:pPr>
        <w:ind w:firstLine="440"/>
      </w:pPr>
      <w:r>
        <w:t xml:space="preserve">　　D. 十二</w:t>
      </w:r>
    </w:p>
    <w:p>
      <w:pPr>
        <w:ind w:firstLine="440"/>
      </w:pPr>
      <w:r>
        <w:t>【答案】B　【解析】已满16周岁犯罪应负刑事责任。</w:t>
      </w:r>
    </w:p>
    <w:p>
      <w:pPr>
        <w:ind w:firstLine="440"/>
      </w:pPr>
      <w:r>
        <w:t>40. 民事活动应当遵循的原则不包括（　）。</w:t>
      </w:r>
    </w:p>
    <w:p>
      <w:pPr>
        <w:ind w:firstLine="440"/>
      </w:pPr>
      <w:r>
        <w:t xml:space="preserve">　　A. 自愿</w:t>
      </w:r>
    </w:p>
    <w:p>
      <w:pPr>
        <w:ind w:firstLine="440"/>
      </w:pPr>
      <w:r>
        <w:t xml:space="preserve">　　B. 公平</w:t>
      </w:r>
    </w:p>
    <w:p>
      <w:pPr>
        <w:ind w:firstLine="440"/>
      </w:pPr>
      <w:r>
        <w:t xml:space="preserve">　　C. 等价有偿、诚实信用</w:t>
      </w:r>
    </w:p>
    <w:p>
      <w:pPr>
        <w:ind w:firstLine="440"/>
      </w:pPr>
      <w:r>
        <w:t xml:space="preserve">　　D. 损人利己</w:t>
      </w:r>
    </w:p>
    <w:p>
      <w:pPr>
        <w:ind w:firstLine="440"/>
      </w:pPr>
      <w:r>
        <w:t>【答案】D　【解析】民法遵循平等、自愿、公平、诚信、绿色等原则。</w:t>
      </w:r>
    </w:p>
    <w:p>
      <w:pPr>
        <w:ind w:firstLine="440"/>
      </w:pPr>
      <w:r>
        <w:t>41. 下列属于第一顺序法定继承人的是（　）。</w:t>
      </w:r>
    </w:p>
    <w:p>
      <w:pPr>
        <w:ind w:firstLine="440"/>
      </w:pPr>
      <w:r>
        <w:t xml:space="preserve">　　A. 兄弟姐妹</w:t>
      </w:r>
    </w:p>
    <w:p>
      <w:pPr>
        <w:ind w:firstLine="440"/>
      </w:pPr>
      <w:r>
        <w:t xml:space="preserve">　　B. 祖父母</w:t>
      </w:r>
    </w:p>
    <w:p>
      <w:pPr>
        <w:ind w:firstLine="440"/>
      </w:pPr>
      <w:r>
        <w:t xml:space="preserve">　　C. 配偶、子女、父母</w:t>
      </w:r>
    </w:p>
    <w:p>
      <w:pPr>
        <w:ind w:firstLine="440"/>
      </w:pPr>
      <w:r>
        <w:t xml:space="preserve">　　D. 叔伯</w:t>
      </w:r>
    </w:p>
    <w:p>
      <w:pPr>
        <w:ind w:firstLine="440"/>
      </w:pPr>
      <w:r>
        <w:t>【答案】C　【解析】第一顺序：配偶、子女、父母；第二顺序：兄弟姐妹、祖父母、外祖父母。</w:t>
      </w:r>
    </w:p>
    <w:p>
      <w:pPr>
        <w:ind w:firstLine="440"/>
      </w:pPr>
      <w:r>
        <w:t>42. 合同订立一般要经过（　）两个阶段。</w:t>
      </w:r>
    </w:p>
    <w:p>
      <w:pPr>
        <w:ind w:firstLine="440"/>
      </w:pPr>
      <w:r>
        <w:t xml:space="preserve">　　A. 谈判与签约</w:t>
      </w:r>
    </w:p>
    <w:p>
      <w:pPr>
        <w:ind w:firstLine="440"/>
      </w:pPr>
      <w:r>
        <w:t xml:space="preserve">　　B. 要约与承诺</w:t>
      </w:r>
    </w:p>
    <w:p>
      <w:pPr>
        <w:ind w:firstLine="440"/>
      </w:pPr>
      <w:r>
        <w:t xml:space="preserve">　　C. 招标与投标</w:t>
      </w:r>
    </w:p>
    <w:p>
      <w:pPr>
        <w:ind w:firstLine="440"/>
      </w:pPr>
      <w:r>
        <w:t xml:space="preserve">　　D. 口头与书面</w:t>
      </w:r>
    </w:p>
    <w:p>
      <w:pPr>
        <w:ind w:firstLine="440"/>
      </w:pPr>
      <w:r>
        <w:t>【答案】B　【解析】合同经要约和承诺达成一致而成立。</w:t>
      </w:r>
    </w:p>
    <w:p>
      <w:pPr>
        <w:ind w:firstLine="440"/>
      </w:pPr>
      <w:r>
        <w:t>43. 下列行为中，属于正当防卫的是（　）。</w:t>
      </w:r>
    </w:p>
    <w:p>
      <w:pPr>
        <w:ind w:firstLine="440"/>
      </w:pPr>
      <w:r>
        <w:t xml:space="preserve">　　A. 事后报复伤害对方</w:t>
      </w:r>
    </w:p>
    <w:p>
      <w:pPr>
        <w:ind w:firstLine="440"/>
      </w:pPr>
      <w:r>
        <w:t xml:space="preserve">　　B. 对正在进行的不法侵害进行制止</w:t>
      </w:r>
    </w:p>
    <w:p>
      <w:pPr>
        <w:ind w:firstLine="440"/>
      </w:pPr>
      <w:r>
        <w:t xml:space="preserve">　　C. 挑拨他人攻击后还击</w:t>
      </w:r>
    </w:p>
    <w:p>
      <w:pPr>
        <w:ind w:firstLine="440"/>
      </w:pPr>
      <w:r>
        <w:t xml:space="preserve">　　D. 防卫明显超过必要限度</w:t>
      </w:r>
    </w:p>
    <w:p>
      <w:pPr>
        <w:ind w:firstLine="440"/>
      </w:pPr>
      <w:r>
        <w:t>【答案】B　【解析】正当防卫针对正在进行的不法侵害，针对侵害人本人。</w:t>
      </w:r>
    </w:p>
    <w:p>
      <w:pPr>
        <w:ind w:firstLine="440"/>
      </w:pPr>
      <w:r>
        <w:t>44. 我国《民法典》规定，一般诉讼时效期间为（　）年。</w:t>
      </w:r>
    </w:p>
    <w:p>
      <w:pPr>
        <w:ind w:firstLine="440"/>
      </w:pPr>
      <w:r>
        <w:t xml:space="preserve">　　A. 1</w:t>
      </w:r>
    </w:p>
    <w:p>
      <w:pPr>
        <w:ind w:firstLine="440"/>
      </w:pPr>
      <w:r>
        <w:t xml:space="preserve">　　B. 2</w:t>
      </w:r>
    </w:p>
    <w:p>
      <w:pPr>
        <w:ind w:firstLine="440"/>
      </w:pPr>
      <w:r>
        <w:t xml:space="preserve">　　C. 3</w:t>
      </w:r>
    </w:p>
    <w:p>
      <w:pPr>
        <w:ind w:firstLine="440"/>
      </w:pPr>
      <w:r>
        <w:t xml:space="preserve">　　D. 20</w:t>
      </w:r>
    </w:p>
    <w:p>
      <w:pPr>
        <w:ind w:firstLine="440"/>
      </w:pPr>
      <w:r>
        <w:t>【答案】C　【解析】民法典规定普通诉讼时效为3年。</w:t>
      </w:r>
    </w:p>
    <w:p>
      <w:pPr>
        <w:ind w:firstLine="440"/>
      </w:pPr>
      <w:r>
        <w:t>45. 下列关于行政机关的说法，正确的是（　）。</w:t>
      </w:r>
    </w:p>
    <w:p>
      <w:pPr>
        <w:ind w:firstLine="440"/>
      </w:pPr>
      <w:r>
        <w:t xml:space="preserve">　　A. 行政机关可以随意制定法律</w:t>
      </w:r>
    </w:p>
    <w:p>
      <w:pPr>
        <w:ind w:firstLine="440"/>
      </w:pPr>
      <w:r>
        <w:t xml:space="preserve">　　B. 行政机关必须依法行政</w:t>
      </w:r>
    </w:p>
    <w:p>
      <w:pPr>
        <w:ind w:firstLine="440"/>
      </w:pPr>
      <w:r>
        <w:t xml:space="preserve">　　C. 行政机关不受监督</w:t>
      </w:r>
    </w:p>
    <w:p>
      <w:pPr>
        <w:ind w:firstLine="440"/>
      </w:pPr>
      <w:r>
        <w:t xml:space="preserve">　　D. 行政机关就是司法机关</w:t>
      </w:r>
    </w:p>
    <w:p>
      <w:pPr>
        <w:ind w:firstLine="440"/>
      </w:pPr>
      <w:r>
        <w:t>【答案】B　【解析】行政机关必须依法行政，受人大和社会监督。</w:t>
      </w:r>
    </w:p>
    <w:p>
      <w:pPr>
        <w:ind w:firstLine="440"/>
      </w:pPr>
      <w:r>
        <w:t>46. 我国的民族分布特点是（　）。</w:t>
      </w:r>
    </w:p>
    <w:p>
      <w:pPr>
        <w:ind w:firstLine="440"/>
      </w:pPr>
      <w:r>
        <w:t xml:space="preserve">　　A. 大散居、小聚居、交错杂居</w:t>
      </w:r>
    </w:p>
    <w:p>
      <w:pPr>
        <w:ind w:firstLine="440"/>
      </w:pPr>
      <w:r>
        <w:t xml:space="preserve">　　B. 各民族完全聚居</w:t>
      </w:r>
    </w:p>
    <w:p>
      <w:pPr>
        <w:ind w:firstLine="440"/>
      </w:pPr>
      <w:r>
        <w:t xml:space="preserve">　　C. 汉族只住城市</w:t>
      </w:r>
    </w:p>
    <w:p>
      <w:pPr>
        <w:ind w:firstLine="440"/>
      </w:pPr>
      <w:r>
        <w:t xml:space="preserve">　　D. 少数民族只住边疆</w:t>
      </w:r>
    </w:p>
    <w:p>
      <w:pPr>
        <w:ind w:firstLine="440"/>
      </w:pPr>
      <w:r>
        <w:t>【答案】A　【解析】我国民族分布呈现大散居、小聚居、交错杂居特点。</w:t>
      </w:r>
    </w:p>
    <w:p>
      <w:pPr>
        <w:ind w:firstLine="440"/>
      </w:pPr>
      <w:r>
        <w:t>47. 社会主义核心价值观中，属于国家层面价值目标的是（　）。</w:t>
      </w:r>
    </w:p>
    <w:p>
      <w:pPr>
        <w:ind w:firstLine="440"/>
      </w:pPr>
      <w:r>
        <w:t xml:space="preserve">　　A. 富强、民主、文明、和谐</w:t>
      </w:r>
    </w:p>
    <w:p>
      <w:pPr>
        <w:ind w:firstLine="440"/>
      </w:pPr>
      <w:r>
        <w:t xml:space="preserve">　　B. 自由、平等、公正、法治</w:t>
      </w:r>
    </w:p>
    <w:p>
      <w:pPr>
        <w:ind w:firstLine="440"/>
      </w:pPr>
      <w:r>
        <w:t xml:space="preserve">　　C. 爱国、敬业、诚信、友善</w:t>
      </w:r>
    </w:p>
    <w:p>
      <w:pPr>
        <w:ind w:firstLine="440"/>
      </w:pPr>
      <w:r>
        <w:t xml:space="preserve">　　D. 改革、开放、创新、发展</w:t>
      </w:r>
    </w:p>
    <w:p>
      <w:pPr>
        <w:ind w:firstLine="440"/>
      </w:pPr>
      <w:r>
        <w:t>【答案】A　【解析】国家层面：富强民主文明和谐；社会层面：自由平等公正法治；个人层面：爱国敬业诚信友善。</w:t>
      </w:r>
    </w:p>
    <w:p>
      <w:pPr>
        <w:ind w:firstLine="440"/>
      </w:pPr>
      <w:r>
        <w:t>48. 下列成语与出处对应正确的是（　）。</w:t>
      </w:r>
    </w:p>
    <w:p>
      <w:pPr>
        <w:ind w:firstLine="440"/>
      </w:pPr>
      <w:r>
        <w:t xml:space="preserve">　　A. 温故知新——《论语》</w:t>
      </w:r>
    </w:p>
    <w:p>
      <w:pPr>
        <w:ind w:firstLine="440"/>
      </w:pPr>
      <w:r>
        <w:t xml:space="preserve">　　B. 刻舟求剑——《论语》</w:t>
      </w:r>
    </w:p>
    <w:p>
      <w:pPr>
        <w:ind w:firstLine="440"/>
      </w:pPr>
      <w:r>
        <w:t xml:space="preserve">　　C. 愚公移山——《三国演义》</w:t>
      </w:r>
    </w:p>
    <w:p>
      <w:pPr>
        <w:ind w:firstLine="440"/>
      </w:pPr>
      <w:r>
        <w:t xml:space="preserve">　　D. 守株待兔——《史记》</w:t>
      </w:r>
    </w:p>
    <w:p>
      <w:pPr>
        <w:ind w:firstLine="440"/>
      </w:pPr>
      <w:r>
        <w:t>【答案】A　【解析】温故而知新出自《论语·为政》。</w:t>
      </w:r>
    </w:p>
    <w:p>
      <w:pPr>
        <w:ind w:firstLine="440"/>
      </w:pPr>
      <w:r>
        <w:t>49. 我国古代“四大发明”不包括（　）。</w:t>
      </w:r>
    </w:p>
    <w:p>
      <w:pPr>
        <w:ind w:firstLine="440"/>
      </w:pPr>
      <w:r>
        <w:t xml:space="preserve">　　A. 造纸术</w:t>
      </w:r>
    </w:p>
    <w:p>
      <w:pPr>
        <w:ind w:firstLine="440"/>
      </w:pPr>
      <w:r>
        <w:t xml:space="preserve">　　B. 印刷术</w:t>
      </w:r>
    </w:p>
    <w:p>
      <w:pPr>
        <w:ind w:firstLine="440"/>
      </w:pPr>
      <w:r>
        <w:t xml:space="preserve">　　C. 地动仪</w:t>
      </w:r>
    </w:p>
    <w:p>
      <w:pPr>
        <w:ind w:firstLine="440"/>
      </w:pPr>
      <w:r>
        <w:t xml:space="preserve">　　D. 火药</w:t>
      </w:r>
    </w:p>
    <w:p>
      <w:pPr>
        <w:ind w:firstLine="440"/>
      </w:pPr>
      <w:r>
        <w:t>【答案】C　【解析】四大发明为造纸术、印刷术、火药、指南针。</w:t>
      </w:r>
    </w:p>
    <w:p>
      <w:pPr>
        <w:ind w:firstLine="440"/>
      </w:pPr>
      <w:r>
        <w:t>50. 《红楼梦》的作者是（　）。</w:t>
      </w:r>
    </w:p>
    <w:p>
      <w:pPr>
        <w:ind w:firstLine="440"/>
      </w:pPr>
      <w:r>
        <w:t xml:space="preserve">　　A. 罗贯中</w:t>
      </w:r>
    </w:p>
    <w:p>
      <w:pPr>
        <w:ind w:firstLine="440"/>
      </w:pPr>
      <w:r>
        <w:t xml:space="preserve">　　B. 施耐庵</w:t>
      </w:r>
    </w:p>
    <w:p>
      <w:pPr>
        <w:ind w:firstLine="440"/>
      </w:pPr>
      <w:r>
        <w:t xml:space="preserve">　　C. 曹雪芹</w:t>
      </w:r>
    </w:p>
    <w:p>
      <w:pPr>
        <w:ind w:firstLine="440"/>
      </w:pPr>
      <w:r>
        <w:t xml:space="preserve">　　D. 吴承恩</w:t>
      </w:r>
    </w:p>
    <w:p>
      <w:pPr>
        <w:ind w:firstLine="440"/>
      </w:pPr>
      <w:r>
        <w:t>【答案】C　【解析】《红楼梦》前八十回为曹雪芹所作。</w:t>
      </w:r>
    </w:p>
    <w:p>
      <w:pPr>
        <w:ind w:firstLine="440"/>
      </w:pPr>
      <w:r>
        <w:t>51. 下列属于唐代诗人的是（　）。</w:t>
      </w:r>
    </w:p>
    <w:p>
      <w:pPr>
        <w:ind w:firstLine="440"/>
      </w:pPr>
      <w:r>
        <w:t xml:space="preserve">　　A. 苏轼</w:t>
      </w:r>
    </w:p>
    <w:p>
      <w:pPr>
        <w:ind w:firstLine="440"/>
      </w:pPr>
      <w:r>
        <w:t xml:space="preserve">　　B. 李白</w:t>
      </w:r>
    </w:p>
    <w:p>
      <w:pPr>
        <w:ind w:firstLine="440"/>
      </w:pPr>
      <w:r>
        <w:t xml:space="preserve">　　C. 陆游</w:t>
      </w:r>
    </w:p>
    <w:p>
      <w:pPr>
        <w:ind w:firstLine="440"/>
      </w:pPr>
      <w:r>
        <w:t xml:space="preserve">　　D. 辛弃疾</w:t>
      </w:r>
    </w:p>
    <w:p>
      <w:pPr>
        <w:ind w:firstLine="440"/>
      </w:pPr>
      <w:r>
        <w:t>【答案】B　【解析】李白为唐代诗人；苏辛陆游为宋代。</w:t>
      </w:r>
    </w:p>
    <w:p>
      <w:pPr>
        <w:ind w:firstLine="440"/>
      </w:pPr>
      <w:r>
        <w:t>52. “先天下之忧而忧，后天下之乐而乐”出自（　）。</w:t>
      </w:r>
    </w:p>
    <w:p>
      <w:pPr>
        <w:ind w:firstLine="440"/>
      </w:pPr>
      <w:r>
        <w:t xml:space="preserve">　　A. 《岳阳楼记》</w:t>
      </w:r>
    </w:p>
    <w:p>
      <w:pPr>
        <w:ind w:firstLine="440"/>
      </w:pPr>
      <w:r>
        <w:t xml:space="preserve">　　B. 《醉翁亭记》</w:t>
      </w:r>
    </w:p>
    <w:p>
      <w:pPr>
        <w:ind w:firstLine="440"/>
      </w:pPr>
      <w:r>
        <w:t xml:space="preserve">　　C. 《出师表》</w:t>
      </w:r>
    </w:p>
    <w:p>
      <w:pPr>
        <w:ind w:firstLine="440"/>
      </w:pPr>
      <w:r>
        <w:t xml:space="preserve">　　D. 《桃花源记》</w:t>
      </w:r>
    </w:p>
    <w:p>
      <w:pPr>
        <w:ind w:firstLine="440"/>
      </w:pPr>
      <w:r>
        <w:t>【答案】A　【解析】范仲淹《岳阳楼记》名句。</w:t>
      </w:r>
    </w:p>
    <w:p>
      <w:pPr>
        <w:ind w:firstLine="440"/>
      </w:pPr>
      <w:r>
        <w:t>53. 一年四季中，北半球白昼最长的一天是（　）。</w:t>
      </w:r>
    </w:p>
    <w:p>
      <w:pPr>
        <w:ind w:firstLine="440"/>
      </w:pPr>
      <w:r>
        <w:t xml:space="preserve">　　A. 春分</w:t>
      </w:r>
    </w:p>
    <w:p>
      <w:pPr>
        <w:ind w:firstLine="440"/>
      </w:pPr>
      <w:r>
        <w:t xml:space="preserve">　　B. 夏至</w:t>
      </w:r>
    </w:p>
    <w:p>
      <w:pPr>
        <w:ind w:firstLine="440"/>
      </w:pPr>
      <w:r>
        <w:t xml:space="preserve">　　C. 秋分</w:t>
      </w:r>
    </w:p>
    <w:p>
      <w:pPr>
        <w:ind w:firstLine="440"/>
      </w:pPr>
      <w:r>
        <w:t xml:space="preserve">　　D. 冬至</w:t>
      </w:r>
    </w:p>
    <w:p>
      <w:pPr>
        <w:ind w:firstLine="440"/>
      </w:pPr>
      <w:r>
        <w:t>【答案】B　【解析】夏至日太阳直射北回归线，北半球昼最长。</w:t>
      </w:r>
    </w:p>
    <w:p>
      <w:pPr>
        <w:ind w:firstLine="440"/>
      </w:pPr>
      <w:r>
        <w:t>54. 地球自转一周的时间约为（　）。</w:t>
      </w:r>
    </w:p>
    <w:p>
      <w:pPr>
        <w:ind w:firstLine="440"/>
      </w:pPr>
      <w:r>
        <w:t xml:space="preserve">　　A. 12小时</w:t>
      </w:r>
    </w:p>
    <w:p>
      <w:pPr>
        <w:ind w:firstLine="440"/>
      </w:pPr>
      <w:r>
        <w:t xml:space="preserve">　　B. 24小时</w:t>
      </w:r>
    </w:p>
    <w:p>
      <w:pPr>
        <w:ind w:firstLine="440"/>
      </w:pPr>
      <w:r>
        <w:t xml:space="preserve">　　C. 一个月</w:t>
      </w:r>
    </w:p>
    <w:p>
      <w:pPr>
        <w:ind w:firstLine="440"/>
      </w:pPr>
      <w:r>
        <w:t xml:space="preserve">　　D. 一年</w:t>
      </w:r>
    </w:p>
    <w:p>
      <w:pPr>
        <w:ind w:firstLine="440"/>
      </w:pPr>
      <w:r>
        <w:t>【答案】B　【解析】地球自转约24小时，产生昼夜交替。</w:t>
      </w:r>
    </w:p>
    <w:p>
      <w:pPr>
        <w:ind w:firstLine="440"/>
      </w:pPr>
      <w:r>
        <w:t>55. 下列关于环境保护的做法，正确的是（　）。</w:t>
      </w:r>
    </w:p>
    <w:p>
      <w:pPr>
        <w:ind w:firstLine="440"/>
      </w:pPr>
      <w:r>
        <w:t xml:space="preserve">　　A. 随意丢弃废旧电池</w:t>
      </w:r>
    </w:p>
    <w:p>
      <w:pPr>
        <w:ind w:firstLine="440"/>
      </w:pPr>
      <w:r>
        <w:t xml:space="preserve">　　B. 垃圾分类回收</w:t>
      </w:r>
    </w:p>
    <w:p>
      <w:pPr>
        <w:ind w:firstLine="440"/>
      </w:pPr>
      <w:r>
        <w:t xml:space="preserve">　　C. 大量使用一次性筷子</w:t>
      </w:r>
    </w:p>
    <w:p>
      <w:pPr>
        <w:ind w:firstLine="440"/>
      </w:pPr>
      <w:r>
        <w:t xml:space="preserve">　　D. 污水直排河流</w:t>
      </w:r>
    </w:p>
    <w:p>
      <w:pPr>
        <w:ind w:firstLine="440"/>
      </w:pPr>
      <w:r>
        <w:t>【答案】B　【解析】垃圾分类回收是环保行为，其余均污染环境。</w:t>
      </w:r>
    </w:p>
    <w:p>
      <w:pPr>
        <w:ind w:firstLine="440"/>
      </w:pPr>
      <w:r>
        <w:t>56. 下列属于清洁能源的是（　）。</w:t>
      </w:r>
    </w:p>
    <w:p>
      <w:pPr>
        <w:ind w:firstLine="440"/>
      </w:pPr>
      <w:r>
        <w:t xml:space="preserve">　　A. 煤炭</w:t>
      </w:r>
    </w:p>
    <w:p>
      <w:pPr>
        <w:ind w:firstLine="440"/>
      </w:pPr>
      <w:r>
        <w:t xml:space="preserve">　　B. 风能</w:t>
      </w:r>
    </w:p>
    <w:p>
      <w:pPr>
        <w:ind w:firstLine="440"/>
      </w:pPr>
      <w:r>
        <w:t xml:space="preserve">　　C. 柴油</w:t>
      </w:r>
    </w:p>
    <w:p>
      <w:pPr>
        <w:ind w:firstLine="440"/>
      </w:pPr>
      <w:r>
        <w:t xml:space="preserve">　　D. 焦炭</w:t>
      </w:r>
    </w:p>
    <w:p>
      <w:pPr>
        <w:ind w:firstLine="440"/>
      </w:pPr>
      <w:r>
        <w:t>【答案】B　【解析】风能清洁无污染。</w:t>
      </w:r>
    </w:p>
    <w:p>
      <w:pPr>
        <w:ind w:firstLine="440"/>
      </w:pPr>
      <w:r>
        <w:t>57. 人体缺乏维生素C容易患（　）。</w:t>
      </w:r>
    </w:p>
    <w:p>
      <w:pPr>
        <w:ind w:firstLine="440"/>
      </w:pPr>
      <w:r>
        <w:t xml:space="preserve">　　A. 夜盲症</w:t>
      </w:r>
    </w:p>
    <w:p>
      <w:pPr>
        <w:ind w:firstLine="440"/>
      </w:pPr>
      <w:r>
        <w:t xml:space="preserve">　　B. 坏血病</w:t>
      </w:r>
    </w:p>
    <w:p>
      <w:pPr>
        <w:ind w:firstLine="440"/>
      </w:pPr>
      <w:r>
        <w:t xml:space="preserve">　　C. 佝偻病</w:t>
      </w:r>
    </w:p>
    <w:p>
      <w:pPr>
        <w:ind w:firstLine="440"/>
      </w:pPr>
      <w:r>
        <w:t xml:space="preserve">　　D. 脚气病</w:t>
      </w:r>
    </w:p>
    <w:p>
      <w:pPr>
        <w:ind w:firstLine="440"/>
      </w:pPr>
      <w:r>
        <w:t>【答案】B　【解析】缺维C患坏血病；缺维A夜盲症；缺维D佝偻病。</w:t>
      </w:r>
    </w:p>
    <w:p>
      <w:pPr>
        <w:ind w:firstLine="440"/>
      </w:pPr>
      <w:r>
        <w:t>58. 通常所说的“三高”不包括（　）。</w:t>
      </w:r>
    </w:p>
    <w:p>
      <w:pPr>
        <w:ind w:firstLine="440"/>
      </w:pPr>
      <w:r>
        <w:t xml:space="preserve">　　A. 高血压</w:t>
      </w:r>
    </w:p>
    <w:p>
      <w:pPr>
        <w:ind w:firstLine="440"/>
      </w:pPr>
      <w:r>
        <w:t xml:space="preserve">　　B. 高血脂</w:t>
      </w:r>
    </w:p>
    <w:p>
      <w:pPr>
        <w:ind w:firstLine="440"/>
      </w:pPr>
      <w:r>
        <w:t xml:space="preserve">　　C. 高血糖</w:t>
      </w:r>
    </w:p>
    <w:p>
      <w:pPr>
        <w:ind w:firstLine="440"/>
      </w:pPr>
      <w:r>
        <w:t xml:space="preserve">　　D. 高体重</w:t>
      </w:r>
    </w:p>
    <w:p>
      <w:pPr>
        <w:ind w:firstLine="440"/>
      </w:pPr>
      <w:r>
        <w:t>【答案】D　【解析】三高指高血压、高血脂、高血糖。</w:t>
      </w:r>
    </w:p>
    <w:p>
      <w:pPr>
        <w:ind w:firstLine="440"/>
      </w:pPr>
      <w:r>
        <w:t>59. 下列关于火灾逃生的做法，错误的是（　）。</w:t>
      </w:r>
    </w:p>
    <w:p>
      <w:pPr>
        <w:ind w:firstLine="440"/>
      </w:pPr>
      <w:r>
        <w:t xml:space="preserve">　　A. 用湿毛巾捂住口鼻</w:t>
      </w:r>
    </w:p>
    <w:p>
      <w:pPr>
        <w:ind w:firstLine="440"/>
      </w:pPr>
      <w:r>
        <w:t xml:space="preserve">　　B. 低姿弯腰前行</w:t>
      </w:r>
    </w:p>
    <w:p>
      <w:pPr>
        <w:ind w:firstLine="440"/>
      </w:pPr>
      <w:r>
        <w:t xml:space="preserve">　　C. 乘坐电梯快速下楼</w:t>
      </w:r>
    </w:p>
    <w:p>
      <w:pPr>
        <w:ind w:firstLine="440"/>
      </w:pPr>
      <w:r>
        <w:t xml:space="preserve">　　D. 辨别安全出口方向</w:t>
      </w:r>
    </w:p>
    <w:p>
      <w:pPr>
        <w:ind w:firstLine="440"/>
      </w:pPr>
      <w:r>
        <w:t>【答案】C　【解析】火灾时不能乘电梯，应走楼梯。</w:t>
      </w:r>
    </w:p>
    <w:p>
      <w:pPr>
        <w:ind w:firstLine="440"/>
      </w:pPr>
      <w:r>
        <w:t>60. 发现有人触电，首先应当（　）。</w:t>
      </w:r>
    </w:p>
    <w:p>
      <w:pPr>
        <w:ind w:firstLine="440"/>
      </w:pPr>
      <w:r>
        <w:t xml:space="preserve">　　A. 直接用手拉人</w:t>
      </w:r>
    </w:p>
    <w:p>
      <w:pPr>
        <w:ind w:firstLine="440"/>
      </w:pPr>
      <w:r>
        <w:t xml:space="preserve">　　B. 迅速切断电源</w:t>
      </w:r>
    </w:p>
    <w:p>
      <w:pPr>
        <w:ind w:firstLine="440"/>
      </w:pPr>
      <w:r>
        <w:t xml:space="preserve">　　C. 泼水</w:t>
      </w:r>
    </w:p>
    <w:p>
      <w:pPr>
        <w:ind w:firstLine="440"/>
      </w:pPr>
      <w:r>
        <w:t xml:space="preserve">　　D. 大声喊叫等待</w:t>
      </w:r>
    </w:p>
    <w:p>
      <w:pPr>
        <w:ind w:firstLine="440"/>
      </w:pPr>
      <w:r>
        <w:t>【答案】B　【解析】先断电或用干燥绝缘物使伤者脱离电源，切勿直接拉扯。</w:t>
      </w:r>
    </w:p>
    <w:p>
      <w:pPr>
        <w:pStyle w:val="Heading1"/>
      </w:pPr>
      <w:r>
        <w:t>二、多项选择题（共20题，每题有两个或两个以上正确答案，多选少选均不得分）</w:t>
      </w:r>
    </w:p>
    <w:p>
      <w:pPr>
        <w:ind w:firstLine="440"/>
      </w:pPr>
      <w:r>
        <w:t>61. 下列属于公民基本义务的有（　）。</w:t>
      </w:r>
    </w:p>
    <w:p>
      <w:pPr>
        <w:ind w:firstLine="440"/>
      </w:pPr>
      <w:r>
        <w:t xml:space="preserve">　　A. 维护国家统一和民族团结</w:t>
      </w:r>
    </w:p>
    <w:p>
      <w:pPr>
        <w:ind w:firstLine="440"/>
      </w:pPr>
      <w:r>
        <w:t xml:space="preserve">　　B. 依法纳税</w:t>
      </w:r>
    </w:p>
    <w:p>
      <w:pPr>
        <w:ind w:firstLine="440"/>
      </w:pPr>
      <w:r>
        <w:t xml:space="preserve">　　C. 依法服兵役</w:t>
      </w:r>
    </w:p>
    <w:p>
      <w:pPr>
        <w:ind w:firstLine="440"/>
      </w:pPr>
      <w:r>
        <w:t xml:space="preserve">　　D. 遵守宪法和法律</w:t>
      </w:r>
    </w:p>
    <w:p>
      <w:pPr>
        <w:ind w:firstLine="440"/>
      </w:pPr>
      <w:r>
        <w:t>【答案】ABCD　【解析】以上均为宪法规定的公民基本义务。</w:t>
      </w:r>
    </w:p>
    <w:p>
      <w:pPr>
        <w:ind w:firstLine="440"/>
      </w:pPr>
      <w:r>
        <w:t>62. 下列关于人民代表大会制度说法正确的有（　）。</w:t>
      </w:r>
    </w:p>
    <w:p>
      <w:pPr>
        <w:ind w:firstLine="440"/>
      </w:pPr>
      <w:r>
        <w:t xml:space="preserve">　　A. 是我国根本政治制度</w:t>
      </w:r>
    </w:p>
    <w:p>
      <w:pPr>
        <w:ind w:firstLine="440"/>
      </w:pPr>
      <w:r>
        <w:t xml:space="preserve">　　B. 国家行政机关由人大产生</w:t>
      </w:r>
    </w:p>
    <w:p>
      <w:pPr>
        <w:ind w:firstLine="440"/>
      </w:pPr>
      <w:r>
        <w:t xml:space="preserve">　　C. 人大对人民负责</w:t>
      </w:r>
    </w:p>
    <w:p>
      <w:pPr>
        <w:ind w:firstLine="440"/>
      </w:pPr>
      <w:r>
        <w:t xml:space="preserve">　　D. 人大代表由选民直接选举产生全部层级</w:t>
      </w:r>
    </w:p>
    <w:p>
      <w:pPr>
        <w:ind w:firstLine="440"/>
      </w:pPr>
      <w:r>
        <w:t>【答案】ABC　【解析】县乡两级直接选举，设区的市以上间接选举，D错误。</w:t>
      </w:r>
    </w:p>
    <w:p>
      <w:pPr>
        <w:ind w:firstLine="440"/>
      </w:pPr>
      <w:r>
        <w:t>63. 下列属于我国基本政治制度的有（　）。</w:t>
      </w:r>
    </w:p>
    <w:p>
      <w:pPr>
        <w:ind w:firstLine="440"/>
      </w:pPr>
      <w:r>
        <w:t xml:space="preserve">　　A. 中国共产党领导的多党合作和政治协商制度</w:t>
      </w:r>
    </w:p>
    <w:p>
      <w:pPr>
        <w:ind w:firstLine="440"/>
      </w:pPr>
      <w:r>
        <w:t xml:space="preserve">　　B. 民族区域自治制度</w:t>
      </w:r>
    </w:p>
    <w:p>
      <w:pPr>
        <w:ind w:firstLine="440"/>
      </w:pPr>
      <w:r>
        <w:t xml:space="preserve">　　C. 基层群众自治制度</w:t>
      </w:r>
    </w:p>
    <w:p>
      <w:pPr>
        <w:ind w:firstLine="440"/>
      </w:pPr>
      <w:r>
        <w:t xml:space="preserve">　　D. 人民代表大会制度</w:t>
      </w:r>
    </w:p>
    <w:p>
      <w:pPr>
        <w:ind w:firstLine="440"/>
      </w:pPr>
      <w:r>
        <w:t>【答案】ABC　【解析】人大制度是根本政治制度，其余三项为基本政治制度。</w:t>
      </w:r>
    </w:p>
    <w:p>
      <w:pPr>
        <w:ind w:firstLine="440"/>
      </w:pPr>
      <w:r>
        <w:t>64. 下列历史事件发生在抗日战争时期的有（　）。</w:t>
      </w:r>
    </w:p>
    <w:p>
      <w:pPr>
        <w:ind w:firstLine="440"/>
      </w:pPr>
      <w:r>
        <w:t xml:space="preserve">　　A. 九一八事变</w:t>
      </w:r>
    </w:p>
    <w:p>
      <w:pPr>
        <w:ind w:firstLine="440"/>
      </w:pPr>
      <w:r>
        <w:t xml:space="preserve">　　B. 七七事变</w:t>
      </w:r>
    </w:p>
    <w:p>
      <w:pPr>
        <w:ind w:firstLine="440"/>
      </w:pPr>
      <w:r>
        <w:t xml:space="preserve">　　C. 南京大屠杀</w:t>
      </w:r>
    </w:p>
    <w:p>
      <w:pPr>
        <w:ind w:firstLine="440"/>
      </w:pPr>
      <w:r>
        <w:t xml:space="preserve">　　D. 渡江战役</w:t>
      </w:r>
    </w:p>
    <w:p>
      <w:pPr>
        <w:ind w:firstLine="440"/>
      </w:pPr>
      <w:r>
        <w:t>【答案】ABC　【解析】渡江战役属解放战争时期，其余均在抗战时期。</w:t>
      </w:r>
    </w:p>
    <w:p>
      <w:pPr>
        <w:ind w:firstLine="440"/>
      </w:pPr>
      <w:r>
        <w:t>65. 下列属于可再生能源的有（　）。</w:t>
      </w:r>
    </w:p>
    <w:p>
      <w:pPr>
        <w:ind w:firstLine="440"/>
      </w:pPr>
      <w:r>
        <w:t xml:space="preserve">　　A. 太阳能</w:t>
      </w:r>
    </w:p>
    <w:p>
      <w:pPr>
        <w:ind w:firstLine="440"/>
      </w:pPr>
      <w:r>
        <w:t xml:space="preserve">　　B. 风能</w:t>
      </w:r>
    </w:p>
    <w:p>
      <w:pPr>
        <w:ind w:firstLine="440"/>
      </w:pPr>
      <w:r>
        <w:t xml:space="preserve">　　C. 水能</w:t>
      </w:r>
    </w:p>
    <w:p>
      <w:pPr>
        <w:ind w:firstLine="440"/>
      </w:pPr>
      <w:r>
        <w:t xml:space="preserve">　　D. 天然气</w:t>
      </w:r>
    </w:p>
    <w:p>
      <w:pPr>
        <w:ind w:firstLine="440"/>
      </w:pPr>
      <w:r>
        <w:t>【答案】ABC　【解析】天然气为化石能源，不可再生。</w:t>
      </w:r>
    </w:p>
    <w:p>
      <w:pPr>
        <w:ind w:firstLine="440"/>
      </w:pPr>
      <w:r>
        <w:t>66. 下列属于输入设备的有（　）。</w:t>
      </w:r>
    </w:p>
    <w:p>
      <w:pPr>
        <w:ind w:firstLine="440"/>
      </w:pPr>
      <w:r>
        <w:t xml:space="preserve">　　A. 鼠标</w:t>
      </w:r>
    </w:p>
    <w:p>
      <w:pPr>
        <w:ind w:firstLine="440"/>
      </w:pPr>
      <w:r>
        <w:t xml:space="preserve">　　B. 扫描仪</w:t>
      </w:r>
    </w:p>
    <w:p>
      <w:pPr>
        <w:ind w:firstLine="440"/>
      </w:pPr>
      <w:r>
        <w:t xml:space="preserve">　　C. 显示器</w:t>
      </w:r>
    </w:p>
    <w:p>
      <w:pPr>
        <w:ind w:firstLine="440"/>
      </w:pPr>
      <w:r>
        <w:t xml:space="preserve">　　D. 打印机</w:t>
      </w:r>
    </w:p>
    <w:p>
      <w:pPr>
        <w:ind w:firstLine="440"/>
      </w:pPr>
      <w:r>
        <w:t>【答案】AB　【解析】显示器、打印机为输出设备。</w:t>
      </w:r>
    </w:p>
    <w:p>
      <w:pPr>
        <w:ind w:firstLine="440"/>
      </w:pPr>
      <w:r>
        <w:t>67. 下列属于我国传统节日的有（　）。</w:t>
      </w:r>
    </w:p>
    <w:p>
      <w:pPr>
        <w:ind w:firstLine="440"/>
      </w:pPr>
      <w:r>
        <w:t xml:space="preserve">　　A. 春节</w:t>
      </w:r>
    </w:p>
    <w:p>
      <w:pPr>
        <w:ind w:firstLine="440"/>
      </w:pPr>
      <w:r>
        <w:t xml:space="preserve">　　B. 端午节</w:t>
      </w:r>
    </w:p>
    <w:p>
      <w:pPr>
        <w:ind w:firstLine="440"/>
      </w:pPr>
      <w:r>
        <w:t xml:space="preserve">　　C. 中秋节</w:t>
      </w:r>
    </w:p>
    <w:p>
      <w:pPr>
        <w:ind w:firstLine="440"/>
      </w:pPr>
      <w:r>
        <w:t xml:space="preserve">　　D. 圣诞节</w:t>
      </w:r>
    </w:p>
    <w:p>
      <w:pPr>
        <w:ind w:firstLine="440"/>
      </w:pPr>
      <w:r>
        <w:t>【答案】ABC　【解析】圣诞节为西方节日。</w:t>
      </w:r>
    </w:p>
    <w:p>
      <w:pPr>
        <w:ind w:firstLine="440"/>
      </w:pPr>
      <w:r>
        <w:t>68. 下列关于法律的说法正确的有（　）。</w:t>
      </w:r>
    </w:p>
    <w:p>
      <w:pPr>
        <w:ind w:firstLine="440"/>
      </w:pPr>
      <w:r>
        <w:t xml:space="preserve">　　A. 法律由国家制定或认可</w:t>
      </w:r>
    </w:p>
    <w:p>
      <w:pPr>
        <w:ind w:firstLine="440"/>
      </w:pPr>
      <w:r>
        <w:t xml:space="preserve">　　B. 法律靠国家强制力保证实施</w:t>
      </w:r>
    </w:p>
    <w:p>
      <w:pPr>
        <w:ind w:firstLine="440"/>
      </w:pPr>
      <w:r>
        <w:t xml:space="preserve">　　C. 法律对全体社会成员具有普遍约束力</w:t>
      </w:r>
    </w:p>
    <w:p>
      <w:pPr>
        <w:ind w:firstLine="440"/>
      </w:pPr>
      <w:r>
        <w:t xml:space="preserve">　　D. 法律只规定义务不规定权利</w:t>
      </w:r>
    </w:p>
    <w:p>
      <w:pPr>
        <w:ind w:firstLine="440"/>
      </w:pPr>
      <w:r>
        <w:t>【答案】ABC　【解析】法律既规定权利也规定义务，D错误。</w:t>
      </w:r>
    </w:p>
    <w:p>
      <w:pPr>
        <w:ind w:firstLine="440"/>
      </w:pPr>
      <w:r>
        <w:t>69. 下列属于第一顺序继承人的有（　）。</w:t>
      </w:r>
    </w:p>
    <w:p>
      <w:pPr>
        <w:ind w:firstLine="440"/>
      </w:pPr>
      <w:r>
        <w:t xml:space="preserve">　　A. 配偶</w:t>
      </w:r>
    </w:p>
    <w:p>
      <w:pPr>
        <w:ind w:firstLine="440"/>
      </w:pPr>
      <w:r>
        <w:t xml:space="preserve">　　B. 子女</w:t>
      </w:r>
    </w:p>
    <w:p>
      <w:pPr>
        <w:ind w:firstLine="440"/>
      </w:pPr>
      <w:r>
        <w:t xml:space="preserve">　　C. 父母</w:t>
      </w:r>
    </w:p>
    <w:p>
      <w:pPr>
        <w:ind w:firstLine="440"/>
      </w:pPr>
      <w:r>
        <w:t xml:space="preserve">　　D. 兄弟姐妹</w:t>
      </w:r>
    </w:p>
    <w:p>
      <w:pPr>
        <w:ind w:firstLine="440"/>
      </w:pPr>
      <w:r>
        <w:t>【答案】ABC　【解析】兄弟姐妹为第二顺序继承人。</w:t>
      </w:r>
    </w:p>
    <w:p>
      <w:pPr>
        <w:ind w:firstLine="440"/>
      </w:pPr>
      <w:r>
        <w:t>70. 下列做法符合节约资源、保护环境的有（　）。</w:t>
      </w:r>
    </w:p>
    <w:p>
      <w:pPr>
        <w:ind w:firstLine="440"/>
      </w:pPr>
      <w:r>
        <w:t xml:space="preserve">　　A. 随手关灯</w:t>
      </w:r>
    </w:p>
    <w:p>
      <w:pPr>
        <w:ind w:firstLine="440"/>
      </w:pPr>
      <w:r>
        <w:t xml:space="preserve">　　B. 双面打印</w:t>
      </w:r>
    </w:p>
    <w:p>
      <w:pPr>
        <w:ind w:firstLine="440"/>
      </w:pPr>
      <w:r>
        <w:t xml:space="preserve">　　C. 垃圾分类</w:t>
      </w:r>
    </w:p>
    <w:p>
      <w:pPr>
        <w:ind w:firstLine="440"/>
      </w:pPr>
      <w:r>
        <w:t xml:space="preserve">　　D. 长流水洗菜</w:t>
      </w:r>
    </w:p>
    <w:p>
      <w:pPr>
        <w:ind w:firstLine="440"/>
      </w:pPr>
      <w:r>
        <w:t>【答案】ABC　【解析】长流水浪费水资源。</w:t>
      </w:r>
    </w:p>
    <w:p>
      <w:pPr>
        <w:ind w:firstLine="440"/>
      </w:pPr>
      <w:r>
        <w:t>71. 下列关于我国地理的说法正确的有（　）。</w:t>
      </w:r>
    </w:p>
    <w:p>
      <w:pPr>
        <w:ind w:firstLine="440"/>
      </w:pPr>
      <w:r>
        <w:t xml:space="preserve">　　A. 国土面积居世界前列</w:t>
      </w:r>
    </w:p>
    <w:p>
      <w:pPr>
        <w:ind w:firstLine="440"/>
      </w:pPr>
      <w:r>
        <w:t xml:space="preserve">　　B. 是一个海陆兼备的国家</w:t>
      </w:r>
    </w:p>
    <w:p>
      <w:pPr>
        <w:ind w:firstLine="440"/>
      </w:pPr>
      <w:r>
        <w:t xml:space="preserve">　　C. 领土最南端在曾母暗沙</w:t>
      </w:r>
    </w:p>
    <w:p>
      <w:pPr>
        <w:ind w:firstLine="440"/>
      </w:pPr>
      <w:r>
        <w:t xml:space="preserve">　　D. 没有漫长海岸线</w:t>
      </w:r>
    </w:p>
    <w:p>
      <w:pPr>
        <w:ind w:firstLine="440"/>
      </w:pPr>
      <w:r>
        <w:t>【答案】ABC　【解析】我国有漫长海岸线，D错误。</w:t>
      </w:r>
    </w:p>
    <w:p>
      <w:pPr>
        <w:ind w:firstLine="440"/>
      </w:pPr>
      <w:r>
        <w:t>72. 下列属于我国陆上邻国的有（　）。</w:t>
      </w:r>
    </w:p>
    <w:p>
      <w:pPr>
        <w:ind w:firstLine="440"/>
      </w:pPr>
      <w:r>
        <w:t xml:space="preserve">　　A. 俄罗斯</w:t>
      </w:r>
    </w:p>
    <w:p>
      <w:pPr>
        <w:ind w:firstLine="440"/>
      </w:pPr>
      <w:r>
        <w:t xml:space="preserve">　　B. 蒙古</w:t>
      </w:r>
    </w:p>
    <w:p>
      <w:pPr>
        <w:ind w:firstLine="440"/>
      </w:pPr>
      <w:r>
        <w:t xml:space="preserve">　　C. 越南</w:t>
      </w:r>
    </w:p>
    <w:p>
      <w:pPr>
        <w:ind w:firstLine="440"/>
      </w:pPr>
      <w:r>
        <w:t xml:space="preserve">　　D. 美国</w:t>
      </w:r>
    </w:p>
    <w:p>
      <w:pPr>
        <w:ind w:firstLine="440"/>
      </w:pPr>
      <w:r>
        <w:t>【答案】ABC　【解析】美国与我国隔太平洋相望，不是陆上邻国。</w:t>
      </w:r>
    </w:p>
    <w:p>
      <w:pPr>
        <w:ind w:firstLine="440"/>
      </w:pPr>
      <w:r>
        <w:t>73. 下列属于职业道德基本要求的有（　）。</w:t>
      </w:r>
    </w:p>
    <w:p>
      <w:pPr>
        <w:ind w:firstLine="440"/>
      </w:pPr>
      <w:r>
        <w:t xml:space="preserve">　　A. 爱岗敬业</w:t>
      </w:r>
    </w:p>
    <w:p>
      <w:pPr>
        <w:ind w:firstLine="440"/>
      </w:pPr>
      <w:r>
        <w:t xml:space="preserve">　　B. 诚实守信</w:t>
      </w:r>
    </w:p>
    <w:p>
      <w:pPr>
        <w:ind w:firstLine="440"/>
      </w:pPr>
      <w:r>
        <w:t xml:space="preserve">　　C. 办事公道</w:t>
      </w:r>
    </w:p>
    <w:p>
      <w:pPr>
        <w:ind w:firstLine="440"/>
      </w:pPr>
      <w:r>
        <w:t xml:space="preserve">　　D. 服务群众、奉献社会</w:t>
      </w:r>
    </w:p>
    <w:p>
      <w:pPr>
        <w:ind w:firstLine="440"/>
      </w:pPr>
      <w:r>
        <w:t>【答案】ABCD　【解析】以上均为职业道德主要规范。</w:t>
      </w:r>
    </w:p>
    <w:p>
      <w:pPr>
        <w:ind w:firstLine="440"/>
      </w:pPr>
      <w:r>
        <w:t>74. 下列关于社会主义核心价值观说法正确的有（　）。</w:t>
      </w:r>
    </w:p>
    <w:p>
      <w:pPr>
        <w:ind w:firstLine="440"/>
      </w:pPr>
      <w:r>
        <w:t xml:space="preserve">　　A. 国家层面倡导富强民主文明和谐</w:t>
      </w:r>
    </w:p>
    <w:p>
      <w:pPr>
        <w:ind w:firstLine="440"/>
      </w:pPr>
      <w:r>
        <w:t xml:space="preserve">　　B. 社会层面倡导自由平等公正法治</w:t>
      </w:r>
    </w:p>
    <w:p>
      <w:pPr>
        <w:ind w:firstLine="440"/>
      </w:pPr>
      <w:r>
        <w:t xml:space="preserve">　　C. 个人层面倡导爱国敬业诚信友善</w:t>
      </w:r>
    </w:p>
    <w:p>
      <w:pPr>
        <w:ind w:firstLine="440"/>
      </w:pPr>
      <w:r>
        <w:t xml:space="preserve">　　D. 它与现实生活无关</w:t>
      </w:r>
    </w:p>
    <w:p>
      <w:pPr>
        <w:ind w:firstLine="440"/>
      </w:pPr>
      <w:r>
        <w:t>【答案】ABC　【解析】D明显错误。</w:t>
      </w:r>
    </w:p>
    <w:p>
      <w:pPr>
        <w:ind w:firstLine="440"/>
      </w:pPr>
      <w:r>
        <w:t>75. 下列属于公文常用文种的有（　）。</w:t>
      </w:r>
    </w:p>
    <w:p>
      <w:pPr>
        <w:ind w:firstLine="440"/>
      </w:pPr>
      <w:r>
        <w:t xml:space="preserve">　　A. 通知</w:t>
      </w:r>
    </w:p>
    <w:p>
      <w:pPr>
        <w:ind w:firstLine="440"/>
      </w:pPr>
      <w:r>
        <w:t xml:space="preserve">　　B. 通报</w:t>
      </w:r>
    </w:p>
    <w:p>
      <w:pPr>
        <w:ind w:firstLine="440"/>
      </w:pPr>
      <w:r>
        <w:t xml:space="preserve">　　C. 报告</w:t>
      </w:r>
    </w:p>
    <w:p>
      <w:pPr>
        <w:ind w:firstLine="440"/>
      </w:pPr>
      <w:r>
        <w:t xml:space="preserve">　　D. 请示</w:t>
      </w:r>
    </w:p>
    <w:p>
      <w:pPr>
        <w:ind w:firstLine="440"/>
      </w:pPr>
      <w:r>
        <w:t>【答案】ABCD　【解析】均为《党政机关公文处理工作条例》规定文种。</w:t>
      </w:r>
    </w:p>
    <w:p>
      <w:pPr>
        <w:ind w:firstLine="440"/>
      </w:pPr>
      <w:r>
        <w:t>76. 下列关于交通安全的说法正确的有（　）。</w:t>
      </w:r>
    </w:p>
    <w:p>
      <w:pPr>
        <w:ind w:firstLine="440"/>
      </w:pPr>
      <w:r>
        <w:t xml:space="preserve">　　A. 饮酒后不得驾驶机动车</w:t>
      </w:r>
    </w:p>
    <w:p>
      <w:pPr>
        <w:ind w:firstLine="440"/>
      </w:pPr>
      <w:r>
        <w:t xml:space="preserve">　　B. 驾乘人员应系好安全带</w:t>
      </w:r>
    </w:p>
    <w:p>
      <w:pPr>
        <w:ind w:firstLine="440"/>
      </w:pPr>
      <w:r>
        <w:t xml:space="preserve">　　C. 过马路走人行横道</w:t>
      </w:r>
    </w:p>
    <w:p>
      <w:pPr>
        <w:ind w:firstLine="440"/>
      </w:pPr>
      <w:r>
        <w:t xml:space="preserve">　　D. 电动车可以闯红灯</w:t>
      </w:r>
    </w:p>
    <w:p>
      <w:pPr>
        <w:ind w:firstLine="440"/>
      </w:pPr>
      <w:r>
        <w:t>【答案】ABC　【解析】电动车同样不得闯红灯。</w:t>
      </w:r>
    </w:p>
    <w:p>
      <w:pPr>
        <w:ind w:firstLine="440"/>
      </w:pPr>
      <w:r>
        <w:t>77. 下列属于我国直辖市的有（　）。</w:t>
      </w:r>
    </w:p>
    <w:p>
      <w:pPr>
        <w:ind w:firstLine="440"/>
      </w:pPr>
      <w:r>
        <w:t xml:space="preserve">　　A. 北京</w:t>
      </w:r>
    </w:p>
    <w:p>
      <w:pPr>
        <w:ind w:firstLine="440"/>
      </w:pPr>
      <w:r>
        <w:t xml:space="preserve">　　B. 上海</w:t>
      </w:r>
    </w:p>
    <w:p>
      <w:pPr>
        <w:ind w:firstLine="440"/>
      </w:pPr>
      <w:r>
        <w:t xml:space="preserve">　　C. 天津</w:t>
      </w:r>
    </w:p>
    <w:p>
      <w:pPr>
        <w:ind w:firstLine="440"/>
      </w:pPr>
      <w:r>
        <w:t xml:space="preserve">　　D. 重庆</w:t>
      </w:r>
    </w:p>
    <w:p>
      <w:pPr>
        <w:ind w:firstLine="440"/>
      </w:pPr>
      <w:r>
        <w:t>【答案】ABCD　【解析】我国四个直辖市即京津沪渝。</w:t>
      </w:r>
    </w:p>
    <w:p>
      <w:pPr>
        <w:ind w:firstLine="440"/>
      </w:pPr>
      <w:r>
        <w:t>78. 下列关于健康生活方式说法正确的有（　）。</w:t>
      </w:r>
    </w:p>
    <w:p>
      <w:pPr>
        <w:ind w:firstLine="440"/>
      </w:pPr>
      <w:r>
        <w:t xml:space="preserve">　　A. 合理膳食</w:t>
      </w:r>
    </w:p>
    <w:p>
      <w:pPr>
        <w:ind w:firstLine="440"/>
      </w:pPr>
      <w:r>
        <w:t xml:space="preserve">　　B. 适量运动</w:t>
      </w:r>
    </w:p>
    <w:p>
      <w:pPr>
        <w:ind w:firstLine="440"/>
      </w:pPr>
      <w:r>
        <w:t xml:space="preserve">　　C. 戒烟限酒</w:t>
      </w:r>
    </w:p>
    <w:p>
      <w:pPr>
        <w:ind w:firstLine="440"/>
      </w:pPr>
      <w:r>
        <w:t xml:space="preserve">　　D. 心理平衡</w:t>
      </w:r>
    </w:p>
    <w:p>
      <w:pPr>
        <w:ind w:firstLine="440"/>
      </w:pPr>
      <w:r>
        <w:t>【答案】ABCD　【解析】健康四大基石即合理膳食、适量运动、戒烟限酒、心理平衡。</w:t>
      </w:r>
    </w:p>
    <w:p>
      <w:pPr>
        <w:ind w:firstLine="440"/>
      </w:pPr>
      <w:r>
        <w:t>79. 下列属于我国传统美德的有（　）。</w:t>
      </w:r>
    </w:p>
    <w:p>
      <w:pPr>
        <w:ind w:firstLine="440"/>
      </w:pPr>
      <w:r>
        <w:t xml:space="preserve">　　A. 尊老爱幼</w:t>
      </w:r>
    </w:p>
    <w:p>
      <w:pPr>
        <w:ind w:firstLine="440"/>
      </w:pPr>
      <w:r>
        <w:t xml:space="preserve">　　B. 诚实守信</w:t>
      </w:r>
    </w:p>
    <w:p>
      <w:pPr>
        <w:ind w:firstLine="440"/>
      </w:pPr>
      <w:r>
        <w:t xml:space="preserve">　　C. 勤俭节约</w:t>
      </w:r>
    </w:p>
    <w:p>
      <w:pPr>
        <w:ind w:firstLine="440"/>
      </w:pPr>
      <w:r>
        <w:t xml:space="preserve">　　D. 损人利己</w:t>
      </w:r>
    </w:p>
    <w:p>
      <w:pPr>
        <w:ind w:firstLine="440"/>
      </w:pPr>
      <w:r>
        <w:t>【答案】ABC　【解析】损人利己是不良品行。</w:t>
      </w:r>
    </w:p>
    <w:p>
      <w:pPr>
        <w:ind w:firstLine="440"/>
      </w:pPr>
      <w:r>
        <w:t>80. 下列关于网络使用的做法正确的有（　）。</w:t>
      </w:r>
    </w:p>
    <w:p>
      <w:pPr>
        <w:ind w:firstLine="440"/>
      </w:pPr>
      <w:r>
        <w:t xml:space="preserve">　　A. 不随意泄露个人信息</w:t>
      </w:r>
    </w:p>
    <w:p>
      <w:pPr>
        <w:ind w:firstLine="440"/>
      </w:pPr>
      <w:r>
        <w:t xml:space="preserve">　　B. 不信谣不传谣</w:t>
      </w:r>
    </w:p>
    <w:p>
      <w:pPr>
        <w:ind w:firstLine="440"/>
      </w:pPr>
      <w:r>
        <w:t xml:space="preserve">　　C. 文明上网</w:t>
      </w:r>
    </w:p>
    <w:p>
      <w:pPr>
        <w:ind w:firstLine="440"/>
      </w:pPr>
      <w:r>
        <w:t xml:space="preserve">　　D. 随意点击陌生链接</w:t>
      </w:r>
    </w:p>
    <w:p>
      <w:pPr>
        <w:ind w:firstLine="440"/>
      </w:pPr>
      <w:r>
        <w:t>【答案】ABC　【解析】陌生链接易致诈骗，不应随意点击。</w:t>
      </w:r>
    </w:p>
    <w:p>
      <w:pPr>
        <w:pStyle w:val="Heading1"/>
      </w:pPr>
      <w:r>
        <w:t>三、判断题（共15题，正确打√，错误打×）</w:t>
      </w:r>
    </w:p>
    <w:p>
      <w:pPr>
        <w:ind w:firstLine="440"/>
      </w:pPr>
      <w:r>
        <w:t>81. 我国宪法规定，公民有受教育的权利和义务。（　）</w:t>
      </w:r>
    </w:p>
    <w:p>
      <w:pPr>
        <w:ind w:firstLine="440"/>
      </w:pPr>
      <w:r>
        <w:t>【答案】√　【解析】受教育既是权利也是义务。</w:t>
      </w:r>
    </w:p>
    <w:p>
      <w:pPr>
        <w:ind w:firstLine="440"/>
      </w:pPr>
      <w:r>
        <w:t>82. 全国人民代表大会每届任期五年。（　）</w:t>
      </w:r>
    </w:p>
    <w:p>
      <w:pPr>
        <w:ind w:firstLine="440"/>
      </w:pPr>
      <w:r>
        <w:t>【答案】√　【解析】宪法规定全国人大每届五年。</w:t>
      </w:r>
    </w:p>
    <w:p>
      <w:pPr>
        <w:ind w:firstLine="440"/>
      </w:pPr>
      <w:r>
        <w:t>83. 我国是人民民主专政的社会主义国家。（　）</w:t>
      </w:r>
    </w:p>
    <w:p>
      <w:pPr>
        <w:ind w:firstLine="440"/>
      </w:pPr>
      <w:r>
        <w:t>【答案】√　【解析】宪法第一条明确我国国家性质。</w:t>
      </w:r>
    </w:p>
    <w:p>
      <w:pPr>
        <w:ind w:firstLine="440"/>
      </w:pPr>
      <w:r>
        <w:t>84. 年满18周岁的我国公民都有选举权和被选举权，没有任何例外。（　）</w:t>
      </w:r>
    </w:p>
    <w:p>
      <w:pPr>
        <w:ind w:firstLine="440"/>
      </w:pPr>
      <w:r>
        <w:t>【答案】×　【解析】依法被剥夺政治权利的人除外。</w:t>
      </w:r>
    </w:p>
    <w:p>
      <w:pPr>
        <w:ind w:firstLine="440"/>
      </w:pPr>
      <w:r>
        <w:t>85. 长江是我国第一长河。（　）</w:t>
      </w:r>
    </w:p>
    <w:p>
      <w:pPr>
        <w:ind w:firstLine="440"/>
      </w:pPr>
      <w:r>
        <w:t>【答案】√　【解析】长江全长约6300公里，为我国第一长河。</w:t>
      </w:r>
    </w:p>
    <w:p>
      <w:pPr>
        <w:ind w:firstLine="440"/>
      </w:pPr>
      <w:r>
        <w:t>86. 我国位于亚洲东部、太平洋西岸。（　）</w:t>
      </w:r>
    </w:p>
    <w:p>
      <w:pPr>
        <w:ind w:firstLine="440"/>
      </w:pPr>
      <w:r>
        <w:t>【答案】√　【解析】海陆位置描述正确。</w:t>
      </w:r>
    </w:p>
    <w:p>
      <w:pPr>
        <w:ind w:firstLine="440"/>
      </w:pPr>
      <w:r>
        <w:t>87. 太阳是太阳系的中心天体。（　）</w:t>
      </w:r>
    </w:p>
    <w:p>
      <w:pPr>
        <w:ind w:firstLine="440"/>
      </w:pPr>
      <w:r>
        <w:t>【答案】√　【解析】太阳质量占太阳系绝大部分，是中心天体。</w:t>
      </w:r>
    </w:p>
    <w:p>
      <w:pPr>
        <w:ind w:firstLine="440"/>
      </w:pPr>
      <w:r>
        <w:t>88. 所有的细菌对人体都是有害的。（　）</w:t>
      </w:r>
    </w:p>
    <w:p>
      <w:pPr>
        <w:ind w:firstLine="440"/>
      </w:pPr>
      <w:r>
        <w:t>【答案】×　【解析】很多细菌有益，如肠道菌群、发酵用菌。</w:t>
      </w:r>
    </w:p>
    <w:p>
      <w:pPr>
        <w:ind w:firstLine="440"/>
      </w:pPr>
      <w:r>
        <w:t>89. 法律面前人人平等。（　）</w:t>
      </w:r>
    </w:p>
    <w:p>
      <w:pPr>
        <w:ind w:firstLine="440"/>
      </w:pPr>
      <w:r>
        <w:t>【答案】√　【解析】这是我国宪法确立的基本原则。</w:t>
      </w:r>
    </w:p>
    <w:p>
      <w:pPr>
        <w:ind w:firstLine="440"/>
      </w:pPr>
      <w:r>
        <w:t>90. 合同一经成立就一定有效。（　）</w:t>
      </w:r>
    </w:p>
    <w:p>
      <w:pPr>
        <w:ind w:firstLine="440"/>
      </w:pPr>
      <w:r>
        <w:t>【答案】×　【解析】还须满足主体合格、意思真实、不违法等生效要件。</w:t>
      </w:r>
    </w:p>
    <w:p>
      <w:pPr>
        <w:ind w:firstLine="440"/>
      </w:pPr>
      <w:r>
        <w:t>91. 我国的一切权力属于公民。（　）</w:t>
      </w:r>
    </w:p>
    <w:p>
      <w:pPr>
        <w:ind w:firstLine="440"/>
      </w:pPr>
      <w:r>
        <w:t>【答案】×　【解析】属于人民，注意“人民”与“公民”的区别。</w:t>
      </w:r>
    </w:p>
    <w:p>
      <w:pPr>
        <w:ind w:firstLine="440"/>
      </w:pPr>
      <w:r>
        <w:t>92. 节能减排是每个公民应尽的责任。（　）</w:t>
      </w:r>
    </w:p>
    <w:p>
      <w:pPr>
        <w:ind w:firstLine="440"/>
      </w:pPr>
      <w:r>
        <w:t>【答案】√　【解析】符合绿色发展理念。</w:t>
      </w:r>
    </w:p>
    <w:p>
      <w:pPr>
        <w:ind w:firstLine="440"/>
      </w:pPr>
      <w:r>
        <w:t>93. 计算机病毒是一种人为编制的破坏性程序。（　）</w:t>
      </w:r>
    </w:p>
    <w:p>
      <w:pPr>
        <w:ind w:firstLine="440"/>
      </w:pPr>
      <w:r>
        <w:t>【答案】√　【解析】病毒本质是恶意程序。</w:t>
      </w:r>
    </w:p>
    <w:p>
      <w:pPr>
        <w:ind w:firstLine="440"/>
      </w:pPr>
      <w:r>
        <w:t>94. 我国实行九年义务教育制度。（　）</w:t>
      </w:r>
    </w:p>
    <w:p>
      <w:pPr>
        <w:ind w:firstLine="440"/>
      </w:pPr>
      <w:r>
        <w:t>【答案】√　【解析】义务教育法规定九年义务教育。</w:t>
      </w:r>
    </w:p>
    <w:p>
      <w:pPr>
        <w:ind w:firstLine="440"/>
      </w:pPr>
      <w:r>
        <w:t>95. 遇到地震时，应迅速乘坐电梯下楼逃生。（　）</w:t>
      </w:r>
    </w:p>
    <w:p>
      <w:pPr>
        <w:ind w:firstLine="440"/>
      </w:pPr>
      <w:r>
        <w:t>【答案】×　【解析】地震时不能乘电梯，应就近避险或走安全通道。</w:t>
      </w:r>
    </w:p>
    <w:p>
      <w:pPr>
        <w:pStyle w:val="Heading1"/>
      </w:pPr>
      <w:r>
        <w:t>四、简答题（共5题）</w:t>
      </w:r>
    </w:p>
    <w:p>
      <w:pPr>
        <w:ind w:firstLine="440"/>
      </w:pPr>
      <w:r>
        <w:t>96. 简述我国公民的基本权利主要包括哪几类。</w:t>
      </w:r>
    </w:p>
    <w:p>
      <w:pPr>
        <w:ind w:firstLine="440"/>
      </w:pPr>
      <w:r>
        <w:t>【参考答案】主要包括：①平等权；②政治权利和自由（选举权被选举权、言论出版集会结社等自由）；③人身自由（人身自由、人格尊严、住宅不受侵犯、通信自由）；④社会经济权利（劳动权、休息权、社会保障权、物质帮助权）；⑤文化教育权利（受教育权、文化活动自由）；⑥宗教信仰自由等。</w:t>
      </w:r>
    </w:p>
    <w:p>
      <w:pPr>
        <w:ind w:firstLine="440"/>
      </w:pPr>
      <w:r>
        <w:t>97. 简述社会主义核心价值观的基本内容。</w:t>
      </w:r>
    </w:p>
    <w:p>
      <w:pPr>
        <w:ind w:firstLine="440"/>
      </w:pPr>
      <w:r>
        <w:t>【参考答案】国家层面：富强、民主、文明、和谐；社会层面：自由、平等、公正、法治；公民个人层面：爱国、敬业、诚信、友善。共24个字。</w:t>
      </w:r>
    </w:p>
    <w:p>
      <w:pPr>
        <w:ind w:firstLine="440"/>
      </w:pPr>
      <w:r>
        <w:t>98. 遇到火灾，正确的逃生自救要点有哪些？</w:t>
      </w:r>
    </w:p>
    <w:p>
      <w:pPr>
        <w:ind w:firstLine="440"/>
      </w:pPr>
      <w:r>
        <w:t>【参考答案】①保持冷静，迅速判断安全出口；②用湿毛巾捂住口鼻，低姿弯腰撤离；③不乘坐电梯；④身上着火就地打滚，不要奔跑；⑤无法逃离时关闭房门、堵缝呼救、发出求救信号等待救援；⑥及时拨打119说清地址火情。</w:t>
      </w:r>
    </w:p>
    <w:p>
      <w:pPr>
        <w:ind w:firstLine="440"/>
      </w:pPr>
      <w:r>
        <w:t>99. 简述为什么要依法行政。</w:t>
      </w:r>
    </w:p>
    <w:p>
      <w:pPr>
        <w:ind w:firstLine="440"/>
      </w:pPr>
      <w:r>
        <w:t>【参考答案】①我国是人民当家作主的国家，行政权力来自人民、为人民服务；②依法行政是建设法治政府的必然要求，能防止权力滥用；③有利于保障公民合法权益、维护社会公平正义；④有利于提高行政效率、树立政府公信力。</w:t>
      </w:r>
    </w:p>
    <w:p>
      <w:pPr>
        <w:ind w:firstLine="440"/>
      </w:pPr>
      <w:r>
        <w:t>100. 作为一名普通公民，应如何维护国家安全？</w:t>
      </w:r>
    </w:p>
    <w:p>
      <w:pPr>
        <w:ind w:firstLine="440"/>
      </w:pPr>
      <w:r>
        <w:t>【参考答案】①树立国家安全意识，认真学习国家安全相关法律；②自觉维护国家统一和民族团结，不说不利于团结的话；③发现危害国家安全的行为及时向有关部门报告；④保守国家秘密，不随意拍摄军事禁区；⑤从自身做起，理性爱国，不被谣言和境外势力利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