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公共基础知识模拟卷</w:t>
      </w:r>
    </w:p>
    <w:p>
      <w:pPr>
        <w:pStyle w:val="Heading2"/>
      </w:pPr>
      <w:r>
        <w:t>（满分100分　建议用时90分钟　含答案与解析）</w:t>
      </w:r>
    </w:p>
    <w:p>
      <w:pPr>
        <w:pStyle w:val="Heading1"/>
      </w:pPr>
      <w:r>
        <w:t>一、单项选择题（共60题，每题只有一个正确答案）</w:t>
      </w:r>
    </w:p>
    <w:p>
      <w:pPr>
        <w:ind w:firstLine="440"/>
      </w:pPr>
      <w:r>
        <w:t>1. 党的二十大报告指出，中国共产党的中心任务就是团结带领全国各族人民全面建成社会主义现代化强国、实现第二个百年奋斗目标，以（　）全面推进中华民族伟大复兴。</w:t>
      </w:r>
    </w:p>
    <w:p>
      <w:pPr>
        <w:ind w:firstLine="440"/>
      </w:pPr>
      <w:r>
        <w:t xml:space="preserve">　　A. 中国式现代化</w:t>
      </w:r>
    </w:p>
    <w:p>
      <w:pPr>
        <w:ind w:firstLine="440"/>
      </w:pPr>
      <w:r>
        <w:t xml:space="preserve">　　B. 高速发展</w:t>
      </w:r>
    </w:p>
    <w:p>
      <w:pPr>
        <w:ind w:firstLine="440"/>
      </w:pPr>
      <w:r>
        <w:t xml:space="preserve">　　C. 改革开放</w:t>
      </w:r>
    </w:p>
    <w:p>
      <w:pPr>
        <w:ind w:firstLine="440"/>
      </w:pPr>
      <w:r>
        <w:t xml:space="preserve">　　D. 科技创新</w:t>
      </w:r>
    </w:p>
    <w:p>
      <w:pPr>
        <w:ind w:firstLine="440"/>
      </w:pPr>
      <w:r>
        <w:t>【答案】A　【解析】二十大明确以中国式现代化全面推进民族复兴。</w:t>
      </w:r>
    </w:p>
    <w:p>
      <w:pPr>
        <w:ind w:firstLine="440"/>
      </w:pPr>
      <w:r>
        <w:t>2. 习近平新时代中国特色社会主义思想的核心要义集中体现为（　）。</w:t>
      </w:r>
    </w:p>
    <w:p>
      <w:pPr>
        <w:ind w:firstLine="440"/>
      </w:pPr>
      <w:r>
        <w:t xml:space="preserve">　　A. 八个明确</w:t>
      </w:r>
    </w:p>
    <w:p>
      <w:pPr>
        <w:ind w:firstLine="440"/>
      </w:pPr>
      <w:r>
        <w:t xml:space="preserve">　　B. 十个明确、十四个坚持、十三个方面成就等</w:t>
      </w:r>
    </w:p>
    <w:p>
      <w:pPr>
        <w:ind w:firstLine="440"/>
      </w:pPr>
      <w:r>
        <w:t xml:space="preserve">　　C. 一个中心两个基本点</w:t>
      </w:r>
    </w:p>
    <w:p>
      <w:pPr>
        <w:ind w:firstLine="440"/>
      </w:pPr>
      <w:r>
        <w:t xml:space="preserve">　　D. 三民主义</w:t>
      </w:r>
    </w:p>
    <w:p>
      <w:pPr>
        <w:ind w:firstLine="440"/>
      </w:pPr>
      <w:r>
        <w:t>【答案】B　【解析】核心要义体现为“十个明确”“十四个坚持”“十三个方面成就”等。</w:t>
      </w:r>
    </w:p>
    <w:p>
      <w:pPr>
        <w:ind w:firstLine="440"/>
      </w:pPr>
      <w:r>
        <w:t>3. 我国社会的主要矛盾已经转化为人民日益增长的美好生活需要和（　）之间的矛盾。</w:t>
      </w:r>
    </w:p>
    <w:p>
      <w:pPr>
        <w:ind w:firstLine="440"/>
      </w:pPr>
      <w:r>
        <w:t xml:space="preserve">　　A. 落后的社会生产</w:t>
      </w:r>
    </w:p>
    <w:p>
      <w:pPr>
        <w:ind w:firstLine="440"/>
      </w:pPr>
      <w:r>
        <w:t xml:space="preserve">　　B. 不平衡不充分的发展</w:t>
      </w:r>
    </w:p>
    <w:p>
      <w:pPr>
        <w:ind w:firstLine="440"/>
      </w:pPr>
      <w:r>
        <w:t xml:space="preserve">　　C. 生产力与生产关系</w:t>
      </w:r>
    </w:p>
    <w:p>
      <w:pPr>
        <w:ind w:firstLine="440"/>
      </w:pPr>
      <w:r>
        <w:t xml:space="preserve">　　D. 经济基础与上层建筑</w:t>
      </w:r>
    </w:p>
    <w:p>
      <w:pPr>
        <w:ind w:firstLine="440"/>
      </w:pPr>
      <w:r>
        <w:t>【答案】B　【解析】十九大作出主要矛盾转化的重大判断。</w:t>
      </w:r>
    </w:p>
    <w:p>
      <w:pPr>
        <w:ind w:firstLine="440"/>
      </w:pPr>
      <w:r>
        <w:t>4. “四个全面”战略布局不包括（　）。</w:t>
      </w:r>
    </w:p>
    <w:p>
      <w:pPr>
        <w:ind w:firstLine="440"/>
      </w:pPr>
      <w:r>
        <w:t xml:space="preserve">　　A. 全面建设社会主义现代化国家</w:t>
      </w:r>
    </w:p>
    <w:p>
      <w:pPr>
        <w:ind w:firstLine="440"/>
      </w:pPr>
      <w:r>
        <w:t xml:space="preserve">　　B. 全面深化改革</w:t>
      </w:r>
    </w:p>
    <w:p>
      <w:pPr>
        <w:ind w:firstLine="440"/>
      </w:pPr>
      <w:r>
        <w:t xml:space="preserve">　　C. 全面依法治国</w:t>
      </w:r>
    </w:p>
    <w:p>
      <w:pPr>
        <w:ind w:firstLine="440"/>
      </w:pPr>
      <w:r>
        <w:t xml:space="preserve">　　D. 全面追求GDP增速</w:t>
      </w:r>
    </w:p>
    <w:p>
      <w:pPr>
        <w:ind w:firstLine="440"/>
      </w:pPr>
      <w:r>
        <w:t>【答案】D　【解析】四个全面：现代化国家、深化改革、依法治国、从严治党。</w:t>
      </w:r>
    </w:p>
    <w:p>
      <w:pPr>
        <w:ind w:firstLine="440"/>
      </w:pPr>
      <w:r>
        <w:t>5. 新发展理念的内容是（　）。</w:t>
      </w:r>
    </w:p>
    <w:p>
      <w:pPr>
        <w:ind w:firstLine="440"/>
      </w:pPr>
      <w:r>
        <w:t xml:space="preserve">　　A. 创新、协调、绿色、开放、共享</w:t>
      </w:r>
    </w:p>
    <w:p>
      <w:pPr>
        <w:ind w:firstLine="440"/>
      </w:pPr>
      <w:r>
        <w:t xml:space="preserve">　　B. 改革、发展、稳定</w:t>
      </w:r>
    </w:p>
    <w:p>
      <w:pPr>
        <w:ind w:firstLine="440"/>
      </w:pPr>
      <w:r>
        <w:t xml:space="preserve">　　C. 和平、发展、合作、共赢</w:t>
      </w:r>
    </w:p>
    <w:p>
      <w:pPr>
        <w:ind w:firstLine="440"/>
      </w:pPr>
      <w:r>
        <w:t xml:space="preserve">　　D. 富强、民主、文明、和谐</w:t>
      </w:r>
    </w:p>
    <w:p>
      <w:pPr>
        <w:ind w:firstLine="440"/>
      </w:pPr>
      <w:r>
        <w:t>【答案】A　【解析】新发展理念即创新协调绿色开放共享。</w:t>
      </w:r>
    </w:p>
    <w:p>
      <w:pPr>
        <w:ind w:firstLine="440"/>
      </w:pPr>
      <w:r>
        <w:t>6. 我国的根本制度是（　）。</w:t>
      </w:r>
    </w:p>
    <w:p>
      <w:pPr>
        <w:ind w:firstLine="440"/>
      </w:pPr>
      <w:r>
        <w:t xml:space="preserve">　　A. 人民代表大会制度</w:t>
      </w:r>
    </w:p>
    <w:p>
      <w:pPr>
        <w:ind w:firstLine="440"/>
      </w:pPr>
      <w:r>
        <w:t xml:space="preserve">　　B. 社会主义制度</w:t>
      </w:r>
    </w:p>
    <w:p>
      <w:pPr>
        <w:ind w:firstLine="440"/>
      </w:pPr>
      <w:r>
        <w:t xml:space="preserve">　　C. 民族区域自治制度</w:t>
      </w:r>
    </w:p>
    <w:p>
      <w:pPr>
        <w:ind w:firstLine="440"/>
      </w:pPr>
      <w:r>
        <w:t xml:space="preserve">　　D. 基层群众自治制度</w:t>
      </w:r>
    </w:p>
    <w:p>
      <w:pPr>
        <w:ind w:firstLine="440"/>
      </w:pPr>
      <w:r>
        <w:t>【答案】B　【解析】社会主义制度是我国根本制度；人大制度是根本政治制度。</w:t>
      </w:r>
    </w:p>
    <w:p>
      <w:pPr>
        <w:ind w:firstLine="440"/>
      </w:pPr>
      <w:r>
        <w:t>7. 宪法的修改，由全国人大常委会或者（　）以上的全国人大代表提议。</w:t>
      </w:r>
    </w:p>
    <w:p>
      <w:pPr>
        <w:ind w:firstLine="440"/>
      </w:pPr>
      <w:r>
        <w:t xml:space="preserve">　　A. 三分之一</w:t>
      </w:r>
    </w:p>
    <w:p>
      <w:pPr>
        <w:ind w:firstLine="440"/>
      </w:pPr>
      <w:r>
        <w:t xml:space="preserve">　　B. 五分之一</w:t>
      </w:r>
    </w:p>
    <w:p>
      <w:pPr>
        <w:ind w:firstLine="440"/>
      </w:pPr>
      <w:r>
        <w:t xml:space="preserve">　　C. 过半数</w:t>
      </w:r>
    </w:p>
    <w:p>
      <w:pPr>
        <w:ind w:firstLine="440"/>
      </w:pPr>
      <w:r>
        <w:t xml:space="preserve">　　D. 三分之二</w:t>
      </w:r>
    </w:p>
    <w:p>
      <w:pPr>
        <w:ind w:firstLine="440"/>
      </w:pPr>
      <w:r>
        <w:t>【答案】B　【解析】宪法规定由全国人大常委会或五分之一以上全国人大代表提议。</w:t>
      </w:r>
    </w:p>
    <w:p>
      <w:pPr>
        <w:ind w:firstLine="440"/>
      </w:pPr>
      <w:r>
        <w:t>8. 下列属于行政处罚种类的是（　）。</w:t>
      </w:r>
    </w:p>
    <w:p>
      <w:pPr>
        <w:ind w:firstLine="440"/>
      </w:pPr>
      <w:r>
        <w:t xml:space="preserve">　　A. 管制</w:t>
      </w:r>
    </w:p>
    <w:p>
      <w:pPr>
        <w:ind w:firstLine="440"/>
      </w:pPr>
      <w:r>
        <w:t xml:space="preserve">　　B. 罚款</w:t>
      </w:r>
    </w:p>
    <w:p>
      <w:pPr>
        <w:ind w:firstLine="440"/>
      </w:pPr>
      <w:r>
        <w:t xml:space="preserve">　　C. 拘役</w:t>
      </w:r>
    </w:p>
    <w:p>
      <w:pPr>
        <w:ind w:firstLine="440"/>
      </w:pPr>
      <w:r>
        <w:t xml:space="preserve">　　D. 罚金</w:t>
      </w:r>
    </w:p>
    <w:p>
      <w:pPr>
        <w:ind w:firstLine="440"/>
      </w:pPr>
      <w:r>
        <w:t>【答案】B　【解析】罚款是行政处罚；管制拘役是刑罚主刑，罚金是附加刑。</w:t>
      </w:r>
    </w:p>
    <w:p>
      <w:pPr>
        <w:ind w:firstLine="440"/>
      </w:pPr>
      <w:r>
        <w:t>9. 行政复议机关收到行政复议申请后，应当在（　）日内进行审查。</w:t>
      </w:r>
    </w:p>
    <w:p>
      <w:pPr>
        <w:ind w:firstLine="440"/>
      </w:pPr>
      <w:r>
        <w:t xml:space="preserve">　　A. 3</w:t>
      </w:r>
    </w:p>
    <w:p>
      <w:pPr>
        <w:ind w:firstLine="440"/>
      </w:pPr>
      <w:r>
        <w:t xml:space="preserve">　　B. 5</w:t>
      </w:r>
    </w:p>
    <w:p>
      <w:pPr>
        <w:ind w:firstLine="440"/>
      </w:pPr>
      <w:r>
        <w:t xml:space="preserve">　　C. 7</w:t>
      </w:r>
    </w:p>
    <w:p>
      <w:pPr>
        <w:ind w:firstLine="440"/>
      </w:pPr>
      <w:r>
        <w:t xml:space="preserve">　　D. 15</w:t>
      </w:r>
    </w:p>
    <w:p>
      <w:pPr>
        <w:ind w:firstLine="440"/>
      </w:pPr>
      <w:r>
        <w:t>【答案】B　【解析】行政复议法规定5日内审查决定是否受理。</w:t>
      </w:r>
    </w:p>
    <w:p>
      <w:pPr>
        <w:ind w:firstLine="440"/>
      </w:pPr>
      <w:r>
        <w:t>10. 下列关于公务员的说法，正确的是（　）。</w:t>
      </w:r>
    </w:p>
    <w:p>
      <w:pPr>
        <w:ind w:firstLine="440"/>
      </w:pPr>
      <w:r>
        <w:t xml:space="preserve">　　A. 公务员可以兼职取酬</w:t>
      </w:r>
    </w:p>
    <w:p>
      <w:pPr>
        <w:ind w:firstLine="440"/>
      </w:pPr>
      <w:r>
        <w:t xml:space="preserve">　　B. 公务员应当全心全意为人民服务</w:t>
      </w:r>
    </w:p>
    <w:p>
      <w:pPr>
        <w:ind w:firstLine="440"/>
      </w:pPr>
      <w:r>
        <w:t xml:space="preserve">　　C. 公务员不受监督</w:t>
      </w:r>
    </w:p>
    <w:p>
      <w:pPr>
        <w:ind w:firstLine="440"/>
      </w:pPr>
      <w:r>
        <w:t xml:space="preserve">　　D. 公务员考核只看人缘</w:t>
      </w:r>
    </w:p>
    <w:p>
      <w:pPr>
        <w:ind w:firstLine="440"/>
      </w:pPr>
      <w:r>
        <w:t>【答案】B　【解析】公务员应当履行全心全意为人民服务的义务。</w:t>
      </w:r>
    </w:p>
    <w:p>
      <w:pPr>
        <w:ind w:firstLine="440"/>
      </w:pPr>
      <w:r>
        <w:t>11. 公文的成文日期应当是（　）。</w:t>
      </w:r>
    </w:p>
    <w:p>
      <w:pPr>
        <w:ind w:firstLine="440"/>
      </w:pPr>
      <w:r>
        <w:t xml:space="preserve">　　A. 公文打印日期</w:t>
      </w:r>
    </w:p>
    <w:p>
      <w:pPr>
        <w:ind w:firstLine="440"/>
      </w:pPr>
      <w:r>
        <w:t xml:space="preserve">　　B. 负责人签发的日期</w:t>
      </w:r>
    </w:p>
    <w:p>
      <w:pPr>
        <w:ind w:firstLine="440"/>
      </w:pPr>
      <w:r>
        <w:t xml:space="preserve">　　C. 公文寄出日期</w:t>
      </w:r>
    </w:p>
    <w:p>
      <w:pPr>
        <w:ind w:firstLine="440"/>
      </w:pPr>
      <w:r>
        <w:t xml:space="preserve">　　D. 起草日期</w:t>
      </w:r>
    </w:p>
    <w:p>
      <w:pPr>
        <w:ind w:firstLine="440"/>
      </w:pPr>
      <w:r>
        <w:t>【答案】B　【解析】成文日期以负责人签发日期为准。</w:t>
      </w:r>
    </w:p>
    <w:p>
      <w:pPr>
        <w:ind w:firstLine="440"/>
      </w:pPr>
      <w:r>
        <w:t>12. 下列公文文种中，适用于向上级机关汇报工作、反映情况、回复询问的是（　）。</w:t>
      </w:r>
    </w:p>
    <w:p>
      <w:pPr>
        <w:ind w:firstLine="440"/>
      </w:pPr>
      <w:r>
        <w:t xml:space="preserve">　　A. 请示</w:t>
      </w:r>
    </w:p>
    <w:p>
      <w:pPr>
        <w:ind w:firstLine="440"/>
      </w:pPr>
      <w:r>
        <w:t xml:space="preserve">　　B. 报告</w:t>
      </w:r>
    </w:p>
    <w:p>
      <w:pPr>
        <w:ind w:firstLine="440"/>
      </w:pPr>
      <w:r>
        <w:t xml:space="preserve">　　C. 通知</w:t>
      </w:r>
    </w:p>
    <w:p>
      <w:pPr>
        <w:ind w:firstLine="440"/>
      </w:pPr>
      <w:r>
        <w:t xml:space="preserve">　　D. 函</w:t>
      </w:r>
    </w:p>
    <w:p>
      <w:pPr>
        <w:ind w:firstLine="440"/>
      </w:pPr>
      <w:r>
        <w:t>【答案】B　【解析】报告用于汇报工作、反映情况、回复询问；请示用于请求批准。</w:t>
      </w:r>
    </w:p>
    <w:p>
      <w:pPr>
        <w:ind w:firstLine="440"/>
      </w:pPr>
      <w:r>
        <w:t>13. 用于向上级机关请求指示、批准的公文是（　）。</w:t>
      </w:r>
    </w:p>
    <w:p>
      <w:pPr>
        <w:ind w:firstLine="440"/>
      </w:pPr>
      <w:r>
        <w:t xml:space="preserve">　　A. 报告</w:t>
      </w:r>
    </w:p>
    <w:p>
      <w:pPr>
        <w:ind w:firstLine="440"/>
      </w:pPr>
      <w:r>
        <w:t xml:space="preserve">　　B. 请示</w:t>
      </w:r>
    </w:p>
    <w:p>
      <w:pPr>
        <w:ind w:firstLine="440"/>
      </w:pPr>
      <w:r>
        <w:t xml:space="preserve">　　C. 意见</w:t>
      </w:r>
    </w:p>
    <w:p>
      <w:pPr>
        <w:ind w:firstLine="440"/>
      </w:pPr>
      <w:r>
        <w:t xml:space="preserve">　　D. 决定</w:t>
      </w:r>
    </w:p>
    <w:p>
      <w:pPr>
        <w:ind w:firstLine="440"/>
      </w:pPr>
      <w:r>
        <w:t>【答案】B　【解析】请示为上行文，请求指示批准。</w:t>
      </w:r>
    </w:p>
    <w:p>
      <w:pPr>
        <w:ind w:firstLine="440"/>
      </w:pPr>
      <w:r>
        <w:t>14. 公文标题一般由（　）组成。</w:t>
      </w:r>
    </w:p>
    <w:p>
      <w:pPr>
        <w:ind w:firstLine="440"/>
      </w:pPr>
      <w:r>
        <w:t xml:space="preserve">　　A. 发文机关+事由+文种</w:t>
      </w:r>
    </w:p>
    <w:p>
      <w:pPr>
        <w:ind w:firstLine="440"/>
      </w:pPr>
      <w:r>
        <w:t xml:space="preserve">　　B. 主送机关+正文</w:t>
      </w:r>
    </w:p>
    <w:p>
      <w:pPr>
        <w:ind w:firstLine="440"/>
      </w:pPr>
      <w:r>
        <w:t xml:space="preserve">　　C. 标题+正文+落款</w:t>
      </w:r>
    </w:p>
    <w:p>
      <w:pPr>
        <w:ind w:firstLine="440"/>
      </w:pPr>
      <w:r>
        <w:t xml:space="preserve">　　D. 事由+日期</w:t>
      </w:r>
    </w:p>
    <w:p>
      <w:pPr>
        <w:ind w:firstLine="440"/>
      </w:pPr>
      <w:r>
        <w:t>【答案】A　【解析】公文标题三要素：发文机关、事由、文种。</w:t>
      </w:r>
    </w:p>
    <w:p>
      <w:pPr>
        <w:ind w:firstLine="440"/>
      </w:pPr>
      <w:r>
        <w:t>15. “请示”应当（　）。</w:t>
      </w:r>
    </w:p>
    <w:p>
      <w:pPr>
        <w:ind w:firstLine="440"/>
      </w:pPr>
      <w:r>
        <w:t xml:space="preserve">　　A. 一文多事</w:t>
      </w:r>
    </w:p>
    <w:p>
      <w:pPr>
        <w:ind w:firstLine="440"/>
      </w:pPr>
      <w:r>
        <w:t xml:space="preserve">　　B. 一文一事</w:t>
      </w:r>
    </w:p>
    <w:p>
      <w:pPr>
        <w:ind w:firstLine="440"/>
      </w:pPr>
      <w:r>
        <w:t xml:space="preserve">　　C. 事后再请示</w:t>
      </w:r>
    </w:p>
    <w:p>
      <w:pPr>
        <w:ind w:firstLine="440"/>
      </w:pPr>
      <w:r>
        <w:t xml:space="preserve">　　D. 抄送下级</w:t>
      </w:r>
    </w:p>
    <w:p>
      <w:pPr>
        <w:ind w:firstLine="440"/>
      </w:pPr>
      <w:r>
        <w:t>【答案】B　【解析】请示应一文一事，不得抄送下级。</w:t>
      </w:r>
    </w:p>
    <w:p>
      <w:pPr>
        <w:ind w:firstLine="440"/>
      </w:pPr>
      <w:r>
        <w:t>16. 唯物辩证法的实质和核心是（　）。</w:t>
      </w:r>
    </w:p>
    <w:p>
      <w:pPr>
        <w:ind w:firstLine="440"/>
      </w:pPr>
      <w:r>
        <w:t xml:space="preserve">　　A. 对立统一规律</w:t>
      </w:r>
    </w:p>
    <w:p>
      <w:pPr>
        <w:ind w:firstLine="440"/>
      </w:pPr>
      <w:r>
        <w:t xml:space="preserve">　　B. 质量互变规律</w:t>
      </w:r>
    </w:p>
    <w:p>
      <w:pPr>
        <w:ind w:firstLine="440"/>
      </w:pPr>
      <w:r>
        <w:t xml:space="preserve">　　C. 否定之否定规律</w:t>
      </w:r>
    </w:p>
    <w:p>
      <w:pPr>
        <w:ind w:firstLine="440"/>
      </w:pPr>
      <w:r>
        <w:t xml:space="preserve">　　D. 联系的观点</w:t>
      </w:r>
    </w:p>
    <w:p>
      <w:pPr>
        <w:ind w:firstLine="440"/>
      </w:pPr>
      <w:r>
        <w:t>【答案】A　【解析】对立统一规律是唯物辩证法的实质与核心。</w:t>
      </w:r>
    </w:p>
    <w:p>
      <w:pPr>
        <w:ind w:firstLine="440"/>
      </w:pPr>
      <w:r>
        <w:t>17. 实践与认识的关系是（　）。</w:t>
      </w:r>
    </w:p>
    <w:p>
      <w:pPr>
        <w:ind w:firstLine="440"/>
      </w:pPr>
      <w:r>
        <w:t xml:space="preserve">　　A. 认识决定实践</w:t>
      </w:r>
    </w:p>
    <w:p>
      <w:pPr>
        <w:ind w:firstLine="440"/>
      </w:pPr>
      <w:r>
        <w:t xml:space="preserve">　　B. 实践是认识的基础</w:t>
      </w:r>
    </w:p>
    <w:p>
      <w:pPr>
        <w:ind w:firstLine="440"/>
      </w:pPr>
      <w:r>
        <w:t xml:space="preserve">　　C. 两者无关</w:t>
      </w:r>
    </w:p>
    <w:p>
      <w:pPr>
        <w:ind w:firstLine="440"/>
      </w:pPr>
      <w:r>
        <w:t xml:space="preserve">　　D. 认识先于实践</w:t>
      </w:r>
    </w:p>
    <w:p>
      <w:pPr>
        <w:ind w:firstLine="440"/>
      </w:pPr>
      <w:r>
        <w:t>【答案】B　【解析】实践决定认识，是认识的来源、动力、目的和检验标准。</w:t>
      </w:r>
    </w:p>
    <w:p>
      <w:pPr>
        <w:ind w:firstLine="440"/>
      </w:pPr>
      <w:r>
        <w:t>18. 划分历史唯物主义和历史唯心主义的根本标准是（　）。</w:t>
      </w:r>
    </w:p>
    <w:p>
      <w:pPr>
        <w:ind w:firstLine="440"/>
      </w:pPr>
      <w:r>
        <w:t xml:space="preserve">　　A. 是否承认社会存在决定社会意识</w:t>
      </w:r>
    </w:p>
    <w:p>
      <w:pPr>
        <w:ind w:firstLine="440"/>
      </w:pPr>
      <w:r>
        <w:t xml:space="preserve">　　B. 是否承认阶级斗争</w:t>
      </w:r>
    </w:p>
    <w:p>
      <w:pPr>
        <w:ind w:firstLine="440"/>
      </w:pPr>
      <w:r>
        <w:t xml:space="preserve">　　C. 是否承认英雄人物</w:t>
      </w:r>
    </w:p>
    <w:p>
      <w:pPr>
        <w:ind w:firstLine="440"/>
      </w:pPr>
      <w:r>
        <w:t xml:space="preserve">　　D. 是否承认生产力</w:t>
      </w:r>
    </w:p>
    <w:p>
      <w:pPr>
        <w:ind w:firstLine="440"/>
      </w:pPr>
      <w:r>
        <w:t>【答案】A　【解析】社会存在与社会意识何者为第一性是根本标准。</w:t>
      </w:r>
    </w:p>
    <w:p>
      <w:pPr>
        <w:ind w:firstLine="440"/>
      </w:pPr>
      <w:r>
        <w:t>19. 物质的唯一特性是（　）。</w:t>
      </w:r>
    </w:p>
    <w:p>
      <w:pPr>
        <w:ind w:firstLine="440"/>
      </w:pPr>
      <w:r>
        <w:t xml:space="preserve">　　A. 运动</w:t>
      </w:r>
    </w:p>
    <w:p>
      <w:pPr>
        <w:ind w:firstLine="440"/>
      </w:pPr>
      <w:r>
        <w:t xml:space="preserve">　　B. 客观实在性</w:t>
      </w:r>
    </w:p>
    <w:p>
      <w:pPr>
        <w:ind w:firstLine="440"/>
      </w:pPr>
      <w:r>
        <w:t xml:space="preserve">　　C. 可知性</w:t>
      </w:r>
    </w:p>
    <w:p>
      <w:pPr>
        <w:ind w:firstLine="440"/>
      </w:pPr>
      <w:r>
        <w:t xml:space="preserve">　　D. 永恒性</w:t>
      </w:r>
    </w:p>
    <w:p>
      <w:pPr>
        <w:ind w:firstLine="440"/>
      </w:pPr>
      <w:r>
        <w:t>【答案】B　【解析】客观实在性是物质的唯一特性。</w:t>
      </w:r>
    </w:p>
    <w:p>
      <w:pPr>
        <w:ind w:firstLine="440"/>
      </w:pPr>
      <w:r>
        <w:t>20. “巧妇难为无米之炊”说明（　）。</w:t>
      </w:r>
    </w:p>
    <w:p>
      <w:pPr>
        <w:ind w:firstLine="440"/>
      </w:pPr>
      <w:r>
        <w:t xml:space="preserve">　　A. 意识决定物质</w:t>
      </w:r>
    </w:p>
    <w:p>
      <w:pPr>
        <w:ind w:firstLine="440"/>
      </w:pPr>
      <w:r>
        <w:t xml:space="preserve">　　B. 物质第一性，发挥主观能动性要以客观条件为前提</w:t>
      </w:r>
    </w:p>
    <w:p>
      <w:pPr>
        <w:ind w:firstLine="440"/>
      </w:pPr>
      <w:r>
        <w:t xml:space="preserve">　　C. 人无能为力</w:t>
      </w:r>
    </w:p>
    <w:p>
      <w:pPr>
        <w:ind w:firstLine="440"/>
      </w:pPr>
      <w:r>
        <w:t xml:space="preserve">　　D. 意识没有作用</w:t>
      </w:r>
    </w:p>
    <w:p>
      <w:pPr>
        <w:ind w:firstLine="440"/>
      </w:pPr>
      <w:r>
        <w:t>【答案】B　【解析】强调客观条件的重要性，主观能动性受物质条件制约。</w:t>
      </w:r>
    </w:p>
    <w:p>
      <w:pPr>
        <w:ind w:firstLine="440"/>
      </w:pPr>
      <w:r>
        <w:t>21. 我国经济已由高速增长阶段转向（　）阶段。</w:t>
      </w:r>
    </w:p>
    <w:p>
      <w:pPr>
        <w:ind w:firstLine="440"/>
      </w:pPr>
      <w:r>
        <w:t xml:space="preserve">　　A. 高质量发展</w:t>
      </w:r>
    </w:p>
    <w:p>
      <w:pPr>
        <w:ind w:firstLine="440"/>
      </w:pPr>
      <w:r>
        <w:t xml:space="preserve">　　B. 中速增长</w:t>
      </w:r>
    </w:p>
    <w:p>
      <w:pPr>
        <w:ind w:firstLine="440"/>
      </w:pPr>
      <w:r>
        <w:t xml:space="preserve">　　C. 规模扩张</w:t>
      </w:r>
    </w:p>
    <w:p>
      <w:pPr>
        <w:ind w:firstLine="440"/>
      </w:pPr>
      <w:r>
        <w:t xml:space="preserve">　　D. 粗放型增长</w:t>
      </w:r>
    </w:p>
    <w:p>
      <w:pPr>
        <w:ind w:firstLine="440"/>
      </w:pPr>
      <w:r>
        <w:t>【答案】A　【解析】我国经济进入高质量发展阶段。</w:t>
      </w:r>
    </w:p>
    <w:p>
      <w:pPr>
        <w:ind w:firstLine="440"/>
      </w:pPr>
      <w:r>
        <w:t>22. 构建新发展格局，是指以（　）为主体。</w:t>
      </w:r>
    </w:p>
    <w:p>
      <w:pPr>
        <w:ind w:firstLine="440"/>
      </w:pPr>
      <w:r>
        <w:t xml:space="preserve">　　A. 国际大循环</w:t>
      </w:r>
    </w:p>
    <w:p>
      <w:pPr>
        <w:ind w:firstLine="440"/>
      </w:pPr>
      <w:r>
        <w:t xml:space="preserve">　　B. 国内大循环</w:t>
      </w:r>
    </w:p>
    <w:p>
      <w:pPr>
        <w:ind w:firstLine="440"/>
      </w:pPr>
      <w:r>
        <w:t xml:space="preserve">　　C. 区域循环</w:t>
      </w:r>
    </w:p>
    <w:p>
      <w:pPr>
        <w:ind w:firstLine="440"/>
      </w:pPr>
      <w:r>
        <w:t xml:space="preserve">　　D. 城乡循环</w:t>
      </w:r>
    </w:p>
    <w:p>
      <w:pPr>
        <w:ind w:firstLine="440"/>
      </w:pPr>
      <w:r>
        <w:t>【答案】B　【解析】新发展格局以国内大循环为主体、国内国际双循环相互促进。</w:t>
      </w:r>
    </w:p>
    <w:p>
      <w:pPr>
        <w:ind w:firstLine="440"/>
      </w:pPr>
      <w:r>
        <w:t>23. 三农问题是指（　）。</w:t>
      </w:r>
    </w:p>
    <w:p>
      <w:pPr>
        <w:ind w:firstLine="440"/>
      </w:pPr>
      <w:r>
        <w:t xml:space="preserve">　　A. 农业、农村、农民</w:t>
      </w:r>
    </w:p>
    <w:p>
      <w:pPr>
        <w:ind w:firstLine="440"/>
      </w:pPr>
      <w:r>
        <w:t xml:space="preserve">　　B. 农田、农具、农机</w:t>
      </w:r>
    </w:p>
    <w:p>
      <w:pPr>
        <w:ind w:firstLine="440"/>
      </w:pPr>
      <w:r>
        <w:t xml:space="preserve">　　C. 农药、化肥、种子</w:t>
      </w:r>
    </w:p>
    <w:p>
      <w:pPr>
        <w:ind w:firstLine="440"/>
      </w:pPr>
      <w:r>
        <w:t xml:space="preserve">　　D. 农活、农活、农活</w:t>
      </w:r>
    </w:p>
    <w:p>
      <w:pPr>
        <w:ind w:firstLine="440"/>
      </w:pPr>
      <w:r>
        <w:t>【答案】A　【解析】三农即农业农村农民问题。</w:t>
      </w:r>
    </w:p>
    <w:p>
      <w:pPr>
        <w:ind w:firstLine="440"/>
      </w:pPr>
      <w:r>
        <w:t>24. 我国的基本经济制度是（　）。</w:t>
      </w:r>
    </w:p>
    <w:p>
      <w:pPr>
        <w:ind w:firstLine="440"/>
      </w:pPr>
      <w:r>
        <w:t xml:space="preserve">　　A. 公有制为主体、多种所有制经济共同发展</w:t>
      </w:r>
    </w:p>
    <w:p>
      <w:pPr>
        <w:ind w:firstLine="440"/>
      </w:pPr>
      <w:r>
        <w:t xml:space="preserve">　　B. 全面私有化</w:t>
      </w:r>
    </w:p>
    <w:p>
      <w:pPr>
        <w:ind w:firstLine="440"/>
      </w:pPr>
      <w:r>
        <w:t xml:space="preserve">　　C. 单一公有制</w:t>
      </w:r>
    </w:p>
    <w:p>
      <w:pPr>
        <w:ind w:firstLine="440"/>
      </w:pPr>
      <w:r>
        <w:t xml:space="preserve">　　D. 混合所有制为唯一形式</w:t>
      </w:r>
    </w:p>
    <w:p>
      <w:pPr>
        <w:ind w:firstLine="440"/>
      </w:pPr>
      <w:r>
        <w:t>【答案】A　【解析】公有制为主体、多种所有制共同发展是基本经济制度。</w:t>
      </w:r>
    </w:p>
    <w:p>
      <w:pPr>
        <w:ind w:firstLine="440"/>
      </w:pPr>
      <w:r>
        <w:t>25. 按劳分配为主体、多种分配方式并存是我国的（　）。</w:t>
      </w:r>
    </w:p>
    <w:p>
      <w:pPr>
        <w:ind w:firstLine="440"/>
      </w:pPr>
      <w:r>
        <w:t xml:space="preserve">　　A. 基本政治制度</w:t>
      </w:r>
    </w:p>
    <w:p>
      <w:pPr>
        <w:ind w:firstLine="440"/>
      </w:pPr>
      <w:r>
        <w:t xml:space="preserve">　　B. 分配制度</w:t>
      </w:r>
    </w:p>
    <w:p>
      <w:pPr>
        <w:ind w:firstLine="440"/>
      </w:pPr>
      <w:r>
        <w:t xml:space="preserve">　　C. 根本制度</w:t>
      </w:r>
    </w:p>
    <w:p>
      <w:pPr>
        <w:ind w:firstLine="440"/>
      </w:pPr>
      <w:r>
        <w:t xml:space="preserve">　　D. 经济体制</w:t>
      </w:r>
    </w:p>
    <w:p>
      <w:pPr>
        <w:ind w:firstLine="440"/>
      </w:pPr>
      <w:r>
        <w:t>【答案】B　【解析】这是我国分配制度，与基本经济制度相适应。</w:t>
      </w:r>
    </w:p>
    <w:p>
      <w:pPr>
        <w:ind w:firstLine="440"/>
      </w:pPr>
      <w:r>
        <w:t>26. 下列属于市场在资源配置中起（　）作用。</w:t>
      </w:r>
    </w:p>
    <w:p>
      <w:pPr>
        <w:ind w:firstLine="440"/>
      </w:pPr>
      <w:r>
        <w:t xml:space="preserve">　　A. 基础性</w:t>
      </w:r>
    </w:p>
    <w:p>
      <w:pPr>
        <w:ind w:firstLine="440"/>
      </w:pPr>
      <w:r>
        <w:t xml:space="preserve">　　B. 决定性</w:t>
      </w:r>
    </w:p>
    <w:p>
      <w:pPr>
        <w:ind w:firstLine="440"/>
      </w:pPr>
      <w:r>
        <w:t xml:space="preserve">　　C. 辅助性</w:t>
      </w:r>
    </w:p>
    <w:p>
      <w:pPr>
        <w:ind w:firstLine="440"/>
      </w:pPr>
      <w:r>
        <w:t xml:space="preserve">　　D. 补充性</w:t>
      </w:r>
    </w:p>
    <w:p>
      <w:pPr>
        <w:ind w:firstLine="440"/>
      </w:pPr>
      <w:r>
        <w:t>【答案】B　【解析】十八届三中全会提出使市场在资源配置中起决定性作用。</w:t>
      </w:r>
    </w:p>
    <w:p>
      <w:pPr>
        <w:ind w:firstLine="440"/>
      </w:pPr>
      <w:r>
        <w:t>27. 社会保障体系中，最基本的是（　）。</w:t>
      </w:r>
    </w:p>
    <w:p>
      <w:pPr>
        <w:ind w:firstLine="440"/>
      </w:pPr>
      <w:r>
        <w:t xml:space="preserve">　　A. 社会保险</w:t>
      </w:r>
    </w:p>
    <w:p>
      <w:pPr>
        <w:ind w:firstLine="440"/>
      </w:pPr>
      <w:r>
        <w:t xml:space="preserve">　　B. 社会救助</w:t>
      </w:r>
    </w:p>
    <w:p>
      <w:pPr>
        <w:ind w:firstLine="440"/>
      </w:pPr>
      <w:r>
        <w:t xml:space="preserve">　　C. 社会福利</w:t>
      </w:r>
    </w:p>
    <w:p>
      <w:pPr>
        <w:ind w:firstLine="440"/>
      </w:pPr>
      <w:r>
        <w:t xml:space="preserve">　　D. 社会优抚</w:t>
      </w:r>
    </w:p>
    <w:p>
      <w:pPr>
        <w:ind w:firstLine="440"/>
      </w:pPr>
      <w:r>
        <w:t>【答案】A　【解析】社会保险是社会保障体系的核心和最基本部分。</w:t>
      </w:r>
    </w:p>
    <w:p>
      <w:pPr>
        <w:ind w:firstLine="440"/>
      </w:pPr>
      <w:r>
        <w:t>28. 下列属于我国根本大法的是（　）。</w:t>
      </w:r>
    </w:p>
    <w:p>
      <w:pPr>
        <w:ind w:firstLine="440"/>
      </w:pPr>
      <w:r>
        <w:t xml:space="preserve">　　A. 民法典</w:t>
      </w:r>
    </w:p>
    <w:p>
      <w:pPr>
        <w:ind w:firstLine="440"/>
      </w:pPr>
      <w:r>
        <w:t xml:space="preserve">　　B. 刑法</w:t>
      </w:r>
    </w:p>
    <w:p>
      <w:pPr>
        <w:ind w:firstLine="440"/>
      </w:pPr>
      <w:r>
        <w:t xml:space="preserve">　　C. 宪法</w:t>
      </w:r>
    </w:p>
    <w:p>
      <w:pPr>
        <w:ind w:firstLine="440"/>
      </w:pPr>
      <w:r>
        <w:t xml:space="preserve">　　D. 行政法</w:t>
      </w:r>
    </w:p>
    <w:p>
      <w:pPr>
        <w:ind w:firstLine="440"/>
      </w:pPr>
      <w:r>
        <w:t>【答案】C　【解析】宪法是国家的根本大法，具有最高法律效力。</w:t>
      </w:r>
    </w:p>
    <w:p>
      <w:pPr>
        <w:ind w:firstLine="440"/>
      </w:pPr>
      <w:r>
        <w:t>29. 法的效力层次中，最高的是（　）。</w:t>
      </w:r>
    </w:p>
    <w:p>
      <w:pPr>
        <w:ind w:firstLine="440"/>
      </w:pPr>
      <w:r>
        <w:t xml:space="preserve">　　A. 法律</w:t>
      </w:r>
    </w:p>
    <w:p>
      <w:pPr>
        <w:ind w:firstLine="440"/>
      </w:pPr>
      <w:r>
        <w:t xml:space="preserve">　　B. 行政法规</w:t>
      </w:r>
    </w:p>
    <w:p>
      <w:pPr>
        <w:ind w:firstLine="440"/>
      </w:pPr>
      <w:r>
        <w:t xml:space="preserve">　　C. 宪法</w:t>
      </w:r>
    </w:p>
    <w:p>
      <w:pPr>
        <w:ind w:firstLine="440"/>
      </w:pPr>
      <w:r>
        <w:t xml:space="preserve">　　D. 地方性法规</w:t>
      </w:r>
    </w:p>
    <w:p>
      <w:pPr>
        <w:ind w:firstLine="440"/>
      </w:pPr>
      <w:r>
        <w:t>【答案】C　【解析】宪法具有最高法律效力。</w:t>
      </w:r>
    </w:p>
    <w:p>
      <w:pPr>
        <w:ind w:firstLine="440"/>
      </w:pPr>
      <w:r>
        <w:t>30. 下列关于民事行为能力的说法，正确的是（　）。</w:t>
      </w:r>
    </w:p>
    <w:p>
      <w:pPr>
        <w:ind w:firstLine="440"/>
      </w:pPr>
      <w:r>
        <w:t xml:space="preserve">　　A. 不满8周岁为无民事行为能力人</w:t>
      </w:r>
    </w:p>
    <w:p>
      <w:pPr>
        <w:ind w:firstLine="440"/>
      </w:pPr>
      <w:r>
        <w:t xml:space="preserve">　　B. 10周岁以上为完全民事行为能力人</w:t>
      </w:r>
    </w:p>
    <w:p>
      <w:pPr>
        <w:ind w:firstLine="440"/>
      </w:pPr>
      <w:r>
        <w:t xml:space="preserve">　　C. 所有人都能独立签合同</w:t>
      </w:r>
    </w:p>
    <w:p>
      <w:pPr>
        <w:ind w:firstLine="440"/>
      </w:pPr>
      <w:r>
        <w:t xml:space="preserve">　　D. 未成年人一切行为无效</w:t>
      </w:r>
    </w:p>
    <w:p>
      <w:pPr>
        <w:ind w:firstLine="440"/>
      </w:pPr>
      <w:r>
        <w:t>【答案】A　【解析】民法典规定不满8周岁为无民事行为能力人。</w:t>
      </w:r>
    </w:p>
    <w:p>
      <w:pPr>
        <w:ind w:firstLine="440"/>
      </w:pPr>
      <w:r>
        <w:t>31. 订立劳动合同，应当遵循的原则不包括（　）。</w:t>
      </w:r>
    </w:p>
    <w:p>
      <w:pPr>
        <w:ind w:firstLine="440"/>
      </w:pPr>
      <w:r>
        <w:t xml:space="preserve">　　A. 合法</w:t>
      </w:r>
    </w:p>
    <w:p>
      <w:pPr>
        <w:ind w:firstLine="440"/>
      </w:pPr>
      <w:r>
        <w:t xml:space="preserve">　　B. 公平</w:t>
      </w:r>
    </w:p>
    <w:p>
      <w:pPr>
        <w:ind w:firstLine="440"/>
      </w:pPr>
      <w:r>
        <w:t xml:space="preserve">　　C. 平等自愿、协商一致</w:t>
      </w:r>
    </w:p>
    <w:p>
      <w:pPr>
        <w:ind w:firstLine="440"/>
      </w:pPr>
      <w:r>
        <w:t xml:space="preserve">　　D. 单位单方强制</w:t>
      </w:r>
    </w:p>
    <w:p>
      <w:pPr>
        <w:ind w:firstLine="440"/>
      </w:pPr>
      <w:r>
        <w:t>【答案】D　【解析】劳动合同应合法公平平等自愿协商一致诚实信用。</w:t>
      </w:r>
    </w:p>
    <w:p>
      <w:pPr>
        <w:ind w:firstLine="440"/>
      </w:pPr>
      <w:r>
        <w:t>32. 我国劳动法规定，劳动者每日工作时间不超过（　）小时。</w:t>
      </w:r>
    </w:p>
    <w:p>
      <w:pPr>
        <w:ind w:firstLine="440"/>
      </w:pPr>
      <w:r>
        <w:t xml:space="preserve">　　A. 6</w:t>
      </w:r>
    </w:p>
    <w:p>
      <w:pPr>
        <w:ind w:firstLine="440"/>
      </w:pPr>
      <w:r>
        <w:t xml:space="preserve">　　B. 8</w:t>
      </w:r>
    </w:p>
    <w:p>
      <w:pPr>
        <w:ind w:firstLine="440"/>
      </w:pPr>
      <w:r>
        <w:t xml:space="preserve">　　C. 10</w:t>
      </w:r>
    </w:p>
    <w:p>
      <w:pPr>
        <w:ind w:firstLine="440"/>
      </w:pPr>
      <w:r>
        <w:t xml:space="preserve">　　D. 12</w:t>
      </w:r>
    </w:p>
    <w:p>
      <w:pPr>
        <w:ind w:firstLine="440"/>
      </w:pPr>
      <w:r>
        <w:t>【答案】B　【解析】国家实行每日不超过8小时、平均每周不超过44小时工时制度。</w:t>
      </w:r>
    </w:p>
    <w:p>
      <w:pPr>
        <w:ind w:firstLine="440"/>
      </w:pPr>
      <w:r>
        <w:t>33. 下列属于公务员处分种类的是（　）。</w:t>
      </w:r>
    </w:p>
    <w:p>
      <w:pPr>
        <w:ind w:firstLine="440"/>
      </w:pPr>
      <w:r>
        <w:t xml:space="preserve">　　A. 警告</w:t>
      </w:r>
    </w:p>
    <w:p>
      <w:pPr>
        <w:ind w:firstLine="440"/>
      </w:pPr>
      <w:r>
        <w:t xml:space="preserve">　　B. 罚款</w:t>
      </w:r>
    </w:p>
    <w:p>
      <w:pPr>
        <w:ind w:firstLine="440"/>
      </w:pPr>
      <w:r>
        <w:t xml:space="preserve">　　C. 拘留</w:t>
      </w:r>
    </w:p>
    <w:p>
      <w:pPr>
        <w:ind w:firstLine="440"/>
      </w:pPr>
      <w:r>
        <w:t xml:space="preserve">　　D. 罚金</w:t>
      </w:r>
    </w:p>
    <w:p>
      <w:pPr>
        <w:ind w:firstLine="440"/>
      </w:pPr>
      <w:r>
        <w:t>【答案】A　【解析】处分为警告、记过、记大过、降级、撤职、开除。</w:t>
      </w:r>
    </w:p>
    <w:p>
      <w:pPr>
        <w:ind w:firstLine="440"/>
      </w:pPr>
      <w:r>
        <w:t>34. 事业单位工作人员考核的内容不包括（　）。</w:t>
      </w:r>
    </w:p>
    <w:p>
      <w:pPr>
        <w:ind w:firstLine="440"/>
      </w:pPr>
      <w:r>
        <w:t xml:space="preserve">　　A. 德</w:t>
      </w:r>
    </w:p>
    <w:p>
      <w:pPr>
        <w:ind w:firstLine="440"/>
      </w:pPr>
      <w:r>
        <w:t xml:space="preserve">　　B. 能</w:t>
      </w:r>
    </w:p>
    <w:p>
      <w:pPr>
        <w:ind w:firstLine="440"/>
      </w:pPr>
      <w:r>
        <w:t xml:space="preserve">　　C. 勤、绩、廉</w:t>
      </w:r>
    </w:p>
    <w:p>
      <w:pPr>
        <w:ind w:firstLine="440"/>
      </w:pPr>
      <w:r>
        <w:t xml:space="preserve">　　D. 酒量</w:t>
      </w:r>
    </w:p>
    <w:p>
      <w:pPr>
        <w:ind w:firstLine="440"/>
      </w:pPr>
      <w:r>
        <w:t>【答案】D　【解析】考核德能勤绩廉。</w:t>
      </w:r>
    </w:p>
    <w:p>
      <w:pPr>
        <w:ind w:firstLine="440"/>
      </w:pPr>
      <w:r>
        <w:t>35. 下列关于基层治理的说法，正确的是（　）。</w:t>
      </w:r>
    </w:p>
    <w:p>
      <w:pPr>
        <w:ind w:firstLine="440"/>
      </w:pPr>
      <w:r>
        <w:t xml:space="preserve">　　A. 村民委员会是基层政权机关</w:t>
      </w:r>
    </w:p>
    <w:p>
      <w:pPr>
        <w:ind w:firstLine="440"/>
      </w:pPr>
      <w:r>
        <w:t xml:space="preserve">　　B. 实行村民自我管理、自我教育、自我服务</w:t>
      </w:r>
    </w:p>
    <w:p>
      <w:pPr>
        <w:ind w:firstLine="440"/>
      </w:pPr>
      <w:r>
        <w:t xml:space="preserve">　　C. 村务无需公开</w:t>
      </w:r>
    </w:p>
    <w:p>
      <w:pPr>
        <w:ind w:firstLine="440"/>
      </w:pPr>
      <w:r>
        <w:t xml:space="preserve">　　D. 村委会由乡镇政府直接任命</w:t>
      </w:r>
    </w:p>
    <w:p>
      <w:pPr>
        <w:ind w:firstLine="440"/>
      </w:pPr>
      <w:r>
        <w:t>【答案】B　【解析】村委会是基层群众性自治组织，村民自治。</w:t>
      </w:r>
    </w:p>
    <w:p>
      <w:pPr>
        <w:ind w:firstLine="440"/>
      </w:pPr>
      <w:r>
        <w:t>36. 社会主义道德建设的核心是（　）。</w:t>
      </w:r>
    </w:p>
    <w:p>
      <w:pPr>
        <w:ind w:firstLine="440"/>
      </w:pPr>
      <w:r>
        <w:t xml:space="preserve">　　A. 为人民服务</w:t>
      </w:r>
    </w:p>
    <w:p>
      <w:pPr>
        <w:ind w:firstLine="440"/>
      </w:pPr>
      <w:r>
        <w:t xml:space="preserve">　　B. 集体主义</w:t>
      </w:r>
    </w:p>
    <w:p>
      <w:pPr>
        <w:ind w:firstLine="440"/>
      </w:pPr>
      <w:r>
        <w:t xml:space="preserve">　　C. 爱国主义</w:t>
      </w:r>
    </w:p>
    <w:p>
      <w:pPr>
        <w:ind w:firstLine="440"/>
      </w:pPr>
      <w:r>
        <w:t xml:space="preserve">　　D. 诚实守信</w:t>
      </w:r>
    </w:p>
    <w:p>
      <w:pPr>
        <w:ind w:firstLine="440"/>
      </w:pPr>
      <w:r>
        <w:t>【答案】A　【解析】社会主义道德建设以为人民服务为核心、以集体主义为原则。</w:t>
      </w:r>
    </w:p>
    <w:p>
      <w:pPr>
        <w:ind w:firstLine="440"/>
      </w:pPr>
      <w:r>
        <w:t>37. 下列关于国情的说法，错误的是（　）。</w:t>
      </w:r>
    </w:p>
    <w:p>
      <w:pPr>
        <w:ind w:firstLine="440"/>
      </w:pPr>
      <w:r>
        <w:t xml:space="preserve">　　A. 我国是发展中国家</w:t>
      </w:r>
    </w:p>
    <w:p>
      <w:pPr>
        <w:ind w:firstLine="440"/>
      </w:pPr>
      <w:r>
        <w:t xml:space="preserve">　　B. 我国仍处于并将长期处于社会主义初级阶段</w:t>
      </w:r>
    </w:p>
    <w:p>
      <w:pPr>
        <w:ind w:firstLine="440"/>
      </w:pPr>
      <w:r>
        <w:t xml:space="preserve">　　C. 我国是世界上人口最多的国家之一</w:t>
      </w:r>
    </w:p>
    <w:p>
      <w:pPr>
        <w:ind w:firstLine="440"/>
      </w:pPr>
      <w:r>
        <w:t xml:space="preserve">　　D. 我国已经跨过社会主义初级阶段</w:t>
      </w:r>
    </w:p>
    <w:p>
      <w:pPr>
        <w:ind w:firstLine="440"/>
      </w:pPr>
      <w:r>
        <w:t>【答案】D　【解析】我国仍处于并将长期处于社会主义初级阶段。</w:t>
      </w:r>
    </w:p>
    <w:p>
      <w:pPr>
        <w:ind w:firstLine="440"/>
      </w:pPr>
      <w:r>
        <w:t>38. 我国处理民族关系的基本原则是（　）。</w:t>
      </w:r>
    </w:p>
    <w:p>
      <w:pPr>
        <w:ind w:firstLine="440"/>
      </w:pPr>
      <w:r>
        <w:t xml:space="preserve">　　A. 民族平等、团结和共同繁荣</w:t>
      </w:r>
    </w:p>
    <w:p>
      <w:pPr>
        <w:ind w:firstLine="440"/>
      </w:pPr>
      <w:r>
        <w:t xml:space="preserve">　　B. 大民族主义</w:t>
      </w:r>
    </w:p>
    <w:p>
      <w:pPr>
        <w:ind w:firstLine="440"/>
      </w:pPr>
      <w:r>
        <w:t xml:space="preserve">　　C. 地方民族主义</w:t>
      </w:r>
    </w:p>
    <w:p>
      <w:pPr>
        <w:ind w:firstLine="440"/>
      </w:pPr>
      <w:r>
        <w:t xml:space="preserve">　　D. 民族隔离</w:t>
      </w:r>
    </w:p>
    <w:p>
      <w:pPr>
        <w:ind w:firstLine="440"/>
      </w:pPr>
      <w:r>
        <w:t>【答案】A　【解析】民族平等团结共同繁荣是基本原则。</w:t>
      </w:r>
    </w:p>
    <w:p>
      <w:pPr>
        <w:ind w:firstLine="440"/>
      </w:pPr>
      <w:r>
        <w:t>39. 我国的外交政策宗旨是（　）。</w:t>
      </w:r>
    </w:p>
    <w:p>
      <w:pPr>
        <w:ind w:firstLine="440"/>
      </w:pPr>
      <w:r>
        <w:t xml:space="preserve">　　A. 维护世界和平、促进共同发展</w:t>
      </w:r>
    </w:p>
    <w:p>
      <w:pPr>
        <w:ind w:firstLine="440"/>
      </w:pPr>
      <w:r>
        <w:t xml:space="preserve">　　B. 称霸世界</w:t>
      </w:r>
    </w:p>
    <w:p>
      <w:pPr>
        <w:ind w:firstLine="440"/>
      </w:pPr>
      <w:r>
        <w:t xml:space="preserve">　　C. 结盟对抗</w:t>
      </w:r>
    </w:p>
    <w:p>
      <w:pPr>
        <w:ind w:firstLine="440"/>
      </w:pPr>
      <w:r>
        <w:t xml:space="preserve">　　D. 闭关锁国</w:t>
      </w:r>
    </w:p>
    <w:p>
      <w:pPr>
        <w:ind w:firstLine="440"/>
      </w:pPr>
      <w:r>
        <w:t>【答案】A　【解析】我国奉行独立自主的和平外交政策，宗旨是维护和平促进发展。</w:t>
      </w:r>
    </w:p>
    <w:p>
      <w:pPr>
        <w:ind w:firstLine="440"/>
      </w:pPr>
      <w:r>
        <w:t>40. “一带一路”是指（　）。</w:t>
      </w:r>
    </w:p>
    <w:p>
      <w:pPr>
        <w:ind w:firstLine="440"/>
      </w:pPr>
      <w:r>
        <w:t xml:space="preserve">　　A. 丝绸之路经济带和21世纪海上丝绸之路</w:t>
      </w:r>
    </w:p>
    <w:p>
      <w:pPr>
        <w:ind w:firstLine="440"/>
      </w:pPr>
      <w:r>
        <w:t xml:space="preserve">　　B. 两条铁路</w:t>
      </w:r>
    </w:p>
    <w:p>
      <w:pPr>
        <w:ind w:firstLine="440"/>
      </w:pPr>
      <w:r>
        <w:t xml:space="preserve">　　C. 一条公路</w:t>
      </w:r>
    </w:p>
    <w:p>
      <w:pPr>
        <w:ind w:firstLine="440"/>
      </w:pPr>
      <w:r>
        <w:t xml:space="preserve">　　D. 两条运河</w:t>
      </w:r>
    </w:p>
    <w:p>
      <w:pPr>
        <w:ind w:firstLine="440"/>
      </w:pPr>
      <w:r>
        <w:t>【答案】A　【解析】即“丝绸之路经济带”和“21世纪海上丝绸之路”。</w:t>
      </w:r>
    </w:p>
    <w:p>
      <w:pPr>
        <w:ind w:firstLine="440"/>
      </w:pPr>
      <w:r>
        <w:t>41. 下列关于脱贫攻坚与乡村振兴衔接的说法，正确的是（　）。</w:t>
      </w:r>
    </w:p>
    <w:p>
      <w:pPr>
        <w:ind w:firstLine="440"/>
      </w:pPr>
      <w:r>
        <w:t xml:space="preserve">　　A. 脱贫攻坚目标完成后设立五年过渡期</w:t>
      </w:r>
    </w:p>
    <w:p>
      <w:pPr>
        <w:ind w:firstLine="440"/>
      </w:pPr>
      <w:r>
        <w:t xml:space="preserve">　　B. 马上撤掉帮扶</w:t>
      </w:r>
    </w:p>
    <w:p>
      <w:pPr>
        <w:ind w:firstLine="440"/>
      </w:pPr>
      <w:r>
        <w:t xml:space="preserve">　　C. 不再关注农村</w:t>
      </w:r>
    </w:p>
    <w:p>
      <w:pPr>
        <w:ind w:firstLine="440"/>
      </w:pPr>
      <w:r>
        <w:t xml:space="preserve">　　D. 乡村振兴与脱贫无关</w:t>
      </w:r>
    </w:p>
    <w:p>
      <w:pPr>
        <w:ind w:firstLine="440"/>
      </w:pPr>
      <w:r>
        <w:t>【答案】A　【解析】脱贫攻坚任务完成后设立五年过渡期，保持主要帮扶政策总体稳定。</w:t>
      </w:r>
    </w:p>
    <w:p>
      <w:pPr>
        <w:ind w:firstLine="440"/>
      </w:pPr>
      <w:r>
        <w:t>42. 绿色发展注重解决的是（　）。</w:t>
      </w:r>
    </w:p>
    <w:p>
      <w:pPr>
        <w:ind w:firstLine="440"/>
      </w:pPr>
      <w:r>
        <w:t xml:space="preserve">　　A. 人与自然和谐共生问题</w:t>
      </w:r>
    </w:p>
    <w:p>
      <w:pPr>
        <w:ind w:firstLine="440"/>
      </w:pPr>
      <w:r>
        <w:t xml:space="preserve">　　B. 发展内外联动问题</w:t>
      </w:r>
    </w:p>
    <w:p>
      <w:pPr>
        <w:ind w:firstLine="440"/>
      </w:pPr>
      <w:r>
        <w:t xml:space="preserve">　　C. 社会公平正义问题</w:t>
      </w:r>
    </w:p>
    <w:p>
      <w:pPr>
        <w:ind w:firstLine="440"/>
      </w:pPr>
      <w:r>
        <w:t xml:space="preserve">　　D. 发展动力问题</w:t>
      </w:r>
    </w:p>
    <w:p>
      <w:pPr>
        <w:ind w:firstLine="440"/>
      </w:pPr>
      <w:r>
        <w:t>【答案】A　【解析】绿色解决人与自然和谐；创新解决动力；协调解决不平衡；开放解决联动；共享解决公平。</w:t>
      </w:r>
    </w:p>
    <w:p>
      <w:pPr>
        <w:ind w:firstLine="440"/>
      </w:pPr>
      <w:r>
        <w:t>43. 下列属于公文办理程序的是（　）。</w:t>
      </w:r>
    </w:p>
    <w:p>
      <w:pPr>
        <w:ind w:firstLine="440"/>
      </w:pPr>
      <w:r>
        <w:t xml:space="preserve">　　A. 拟制、办理、管理</w:t>
      </w:r>
    </w:p>
    <w:p>
      <w:pPr>
        <w:ind w:firstLine="440"/>
      </w:pPr>
      <w:r>
        <w:t xml:space="preserve">　　B. 起草、打印、扔掉</w:t>
      </w:r>
    </w:p>
    <w:p>
      <w:pPr>
        <w:ind w:firstLine="440"/>
      </w:pPr>
      <w:r>
        <w:t xml:space="preserve">　　C. 签收、登记、初审、承办等</w:t>
      </w:r>
    </w:p>
    <w:p>
      <w:pPr>
        <w:ind w:firstLine="440"/>
      </w:pPr>
      <w:r>
        <w:t xml:space="preserve">　　D. 不需要任何程序</w:t>
      </w:r>
    </w:p>
    <w:p>
      <w:pPr>
        <w:ind w:firstLine="440"/>
      </w:pPr>
      <w:r>
        <w:t>【答案】C　【解析】收文办理包括签收、登记、初审、承办、传阅、催办、答复等。</w:t>
      </w:r>
    </w:p>
    <w:p>
      <w:pPr>
        <w:ind w:firstLine="440"/>
      </w:pPr>
      <w:r>
        <w:t>44. 公文的密级不包括（　）。</w:t>
      </w:r>
    </w:p>
    <w:p>
      <w:pPr>
        <w:ind w:firstLine="440"/>
      </w:pPr>
      <w:r>
        <w:t xml:space="preserve">　　A. 绝密</w:t>
      </w:r>
    </w:p>
    <w:p>
      <w:pPr>
        <w:ind w:firstLine="440"/>
      </w:pPr>
      <w:r>
        <w:t xml:space="preserve">　　B. 机密</w:t>
      </w:r>
    </w:p>
    <w:p>
      <w:pPr>
        <w:ind w:firstLine="440"/>
      </w:pPr>
      <w:r>
        <w:t xml:space="preserve">　　C. 秘密</w:t>
      </w:r>
    </w:p>
    <w:p>
      <w:pPr>
        <w:ind w:firstLine="440"/>
      </w:pPr>
      <w:r>
        <w:t xml:space="preserve">　　D. 保密</w:t>
      </w:r>
    </w:p>
    <w:p>
      <w:pPr>
        <w:ind w:firstLine="440"/>
      </w:pPr>
      <w:r>
        <w:t>【答案】D　【解析】密级分绝密、机密、秘密三级。</w:t>
      </w:r>
    </w:p>
    <w:p>
      <w:pPr>
        <w:ind w:firstLine="440"/>
      </w:pPr>
      <w:r>
        <w:t>45. 下列关于应用文写作的说法，正确的是（　）。</w:t>
      </w:r>
    </w:p>
    <w:p>
      <w:pPr>
        <w:ind w:firstLine="440"/>
      </w:pPr>
      <w:r>
        <w:t xml:space="preserve">　　A. 讲究实用、格式规范、语言平实</w:t>
      </w:r>
    </w:p>
    <w:p>
      <w:pPr>
        <w:ind w:firstLine="440"/>
      </w:pPr>
      <w:r>
        <w:t xml:space="preserve">　　B. 追求华丽辞藻</w:t>
      </w:r>
    </w:p>
    <w:p>
      <w:pPr>
        <w:ind w:firstLine="440"/>
      </w:pPr>
      <w:r>
        <w:t xml:space="preserve">　　C. 可以随意发挥</w:t>
      </w:r>
    </w:p>
    <w:p>
      <w:pPr>
        <w:ind w:firstLine="440"/>
      </w:pPr>
      <w:r>
        <w:t xml:space="preserve">　　D. 不需要格式</w:t>
      </w:r>
    </w:p>
    <w:p>
      <w:pPr>
        <w:ind w:firstLine="440"/>
      </w:pPr>
      <w:r>
        <w:t>【答案】A　【解析】应用文讲求实用、规范、平实。</w:t>
      </w:r>
    </w:p>
    <w:p>
      <w:pPr>
        <w:ind w:firstLine="440"/>
      </w:pPr>
      <w:r>
        <w:t>46. 下列属于议论文三要素的是（　）。</w:t>
      </w:r>
    </w:p>
    <w:p>
      <w:pPr>
        <w:ind w:firstLine="440"/>
      </w:pPr>
      <w:r>
        <w:t xml:space="preserve">　　A. 论点、论据、论证</w:t>
      </w:r>
    </w:p>
    <w:p>
      <w:pPr>
        <w:ind w:firstLine="440"/>
      </w:pPr>
      <w:r>
        <w:t xml:space="preserve">　　B. 时间、地点、人物</w:t>
      </w:r>
    </w:p>
    <w:p>
      <w:pPr>
        <w:ind w:firstLine="440"/>
      </w:pPr>
      <w:r>
        <w:t xml:space="preserve">　　C. 起因、经过、结果</w:t>
      </w:r>
    </w:p>
    <w:p>
      <w:pPr>
        <w:ind w:firstLine="440"/>
      </w:pPr>
      <w:r>
        <w:t xml:space="preserve">　　D. 开头、中间、结尾</w:t>
      </w:r>
    </w:p>
    <w:p>
      <w:pPr>
        <w:ind w:firstLine="440"/>
      </w:pPr>
      <w:r>
        <w:t>【答案】A　【解析】议论文三要素为论点论据论证。</w:t>
      </w:r>
    </w:p>
    <w:p>
      <w:pPr>
        <w:ind w:firstLine="440"/>
      </w:pPr>
      <w:r>
        <w:t>47. 通知属于（　）。</w:t>
      </w:r>
    </w:p>
    <w:p>
      <w:pPr>
        <w:ind w:firstLine="440"/>
      </w:pPr>
      <w:r>
        <w:t xml:space="preserve">　　A. 上行文</w:t>
      </w:r>
    </w:p>
    <w:p>
      <w:pPr>
        <w:ind w:firstLine="440"/>
      </w:pPr>
      <w:r>
        <w:t xml:space="preserve">　　B. 下行文或平行文</w:t>
      </w:r>
    </w:p>
    <w:p>
      <w:pPr>
        <w:ind w:firstLine="440"/>
      </w:pPr>
      <w:r>
        <w:t xml:space="preserve">　　C. 只有上行</w:t>
      </w:r>
    </w:p>
    <w:p>
      <w:pPr>
        <w:ind w:firstLine="440"/>
      </w:pPr>
      <w:r>
        <w:t xml:space="preserve">　　D. 私密文件</w:t>
      </w:r>
    </w:p>
    <w:p>
      <w:pPr>
        <w:ind w:firstLine="440"/>
      </w:pPr>
      <w:r>
        <w:t>【答案】B　【解析】通知多用于下行，也可平行，使用最广。</w:t>
      </w:r>
    </w:p>
    <w:p>
      <w:pPr>
        <w:ind w:firstLine="440"/>
      </w:pPr>
      <w:r>
        <w:t>48. 下列关于爱岗敬业的说法，错误的是（　）。</w:t>
      </w:r>
    </w:p>
    <w:p>
      <w:pPr>
        <w:ind w:firstLine="440"/>
      </w:pPr>
      <w:r>
        <w:t xml:space="preserve">　　A. 干一行爱一行</w:t>
      </w:r>
    </w:p>
    <w:p>
      <w:pPr>
        <w:ind w:firstLine="440"/>
      </w:pPr>
      <w:r>
        <w:t xml:space="preserve">　　B. 恪尽职守</w:t>
      </w:r>
    </w:p>
    <w:p>
      <w:pPr>
        <w:ind w:firstLine="440"/>
      </w:pPr>
      <w:r>
        <w:t xml:space="preserve">　　C. 马虎应付、经常跳槽为荣</w:t>
      </w:r>
    </w:p>
    <w:p>
      <w:pPr>
        <w:ind w:firstLine="440"/>
      </w:pPr>
      <w:r>
        <w:t xml:space="preserve">　　D. 精益求精</w:t>
      </w:r>
    </w:p>
    <w:p>
      <w:pPr>
        <w:ind w:firstLine="440"/>
      </w:pPr>
      <w:r>
        <w:t>【答案】C　【解析】爱岗敬业要求认真负责，不能敷衍。</w:t>
      </w:r>
    </w:p>
    <w:p>
      <w:pPr>
        <w:ind w:firstLine="440"/>
      </w:pPr>
      <w:r>
        <w:t>49. 公民道德建设中，社会公德的主要内容是（　）。</w:t>
      </w:r>
    </w:p>
    <w:p>
      <w:pPr>
        <w:ind w:firstLine="440"/>
      </w:pPr>
      <w:r>
        <w:t xml:space="preserve">　　A. 文明礼貌、助人为乐、爱护公物、保护环境、遵纪守法</w:t>
      </w:r>
    </w:p>
    <w:p>
      <w:pPr>
        <w:ind w:firstLine="440"/>
      </w:pPr>
      <w:r>
        <w:t xml:space="preserve">　　B. 贪污腐败</w:t>
      </w:r>
    </w:p>
    <w:p>
      <w:pPr>
        <w:ind w:firstLine="440"/>
      </w:pPr>
      <w:r>
        <w:t xml:space="preserve">　　C. 损人利己</w:t>
      </w:r>
    </w:p>
    <w:p>
      <w:pPr>
        <w:ind w:firstLine="440"/>
      </w:pPr>
      <w:r>
        <w:t xml:space="preserve">　　D. 好逸恶劳</w:t>
      </w:r>
    </w:p>
    <w:p>
      <w:pPr>
        <w:ind w:firstLine="440"/>
      </w:pPr>
      <w:r>
        <w:t>【答案】A　【解析】社会公德即文明礼貌助人为乐爱护公物保护环境遵纪守法。</w:t>
      </w:r>
    </w:p>
    <w:p>
      <w:pPr>
        <w:ind w:firstLine="440"/>
      </w:pPr>
      <w:r>
        <w:t>50. 下列关于网络问政的说法，正确的是（　）。</w:t>
      </w:r>
    </w:p>
    <w:p>
      <w:pPr>
        <w:ind w:firstLine="440"/>
      </w:pPr>
      <w:r>
        <w:t xml:space="preserve">　　A. 有利于公民有序参与公共事务</w:t>
      </w:r>
    </w:p>
    <w:p>
      <w:pPr>
        <w:ind w:firstLine="440"/>
      </w:pPr>
      <w:r>
        <w:t xml:space="preserve">　　B. 可以随意造谣</w:t>
      </w:r>
    </w:p>
    <w:p>
      <w:pPr>
        <w:ind w:firstLine="440"/>
      </w:pPr>
      <w:r>
        <w:t xml:space="preserve">　　C. 与政府无关</w:t>
      </w:r>
    </w:p>
    <w:p>
      <w:pPr>
        <w:ind w:firstLine="440"/>
      </w:pPr>
      <w:r>
        <w:t xml:space="preserve">　　D. 没有任何作用</w:t>
      </w:r>
    </w:p>
    <w:p>
      <w:pPr>
        <w:ind w:firstLine="440"/>
      </w:pPr>
      <w:r>
        <w:t>【答案】A　【解析】网络问政拓宽了公民有序政治参与渠道。</w:t>
      </w:r>
    </w:p>
    <w:p>
      <w:pPr>
        <w:ind w:firstLine="440"/>
      </w:pPr>
      <w:r>
        <w:t>51. 我国第一个百年奋斗目标是（　）。</w:t>
      </w:r>
    </w:p>
    <w:p>
      <w:pPr>
        <w:ind w:firstLine="440"/>
      </w:pPr>
      <w:r>
        <w:t xml:space="preserve">　　A. 全面建成小康社会</w:t>
      </w:r>
    </w:p>
    <w:p>
      <w:pPr>
        <w:ind w:firstLine="440"/>
      </w:pPr>
      <w:r>
        <w:t xml:space="preserve">　　B. 基本实现现代化</w:t>
      </w:r>
    </w:p>
    <w:p>
      <w:pPr>
        <w:ind w:firstLine="440"/>
      </w:pPr>
      <w:r>
        <w:t xml:space="preserve">　　C. 建成现代化强国</w:t>
      </w:r>
    </w:p>
    <w:p>
      <w:pPr>
        <w:ind w:firstLine="440"/>
      </w:pPr>
      <w:r>
        <w:t xml:space="preserve">　　D. 实现共同富裕</w:t>
      </w:r>
    </w:p>
    <w:p>
      <w:pPr>
        <w:ind w:firstLine="440"/>
      </w:pPr>
      <w:r>
        <w:t>【答案】A　【解析】第一个百年即到建党一百年全面建成小康社会，已实现。</w:t>
      </w:r>
    </w:p>
    <w:p>
      <w:pPr>
        <w:ind w:firstLine="440"/>
      </w:pPr>
      <w:r>
        <w:t>52. 第二个百年奋斗目标是到新中国成立一百年时（　）。</w:t>
      </w:r>
    </w:p>
    <w:p>
      <w:pPr>
        <w:ind w:firstLine="440"/>
      </w:pPr>
      <w:r>
        <w:t xml:space="preserve">　　A. 全面建成社会主义现代化强国</w:t>
      </w:r>
    </w:p>
    <w:p>
      <w:pPr>
        <w:ind w:firstLine="440"/>
      </w:pPr>
      <w:r>
        <w:t xml:space="preserve">　　B. 解决温饱</w:t>
      </w:r>
    </w:p>
    <w:p>
      <w:pPr>
        <w:ind w:firstLine="440"/>
      </w:pPr>
      <w:r>
        <w:t xml:space="preserve">　　C. 达到小康</w:t>
      </w:r>
    </w:p>
    <w:p>
      <w:pPr>
        <w:ind w:firstLine="440"/>
      </w:pPr>
      <w:r>
        <w:t xml:space="preserve">　　D. 实现工业化即可</w:t>
      </w:r>
    </w:p>
    <w:p>
      <w:pPr>
        <w:ind w:firstLine="440"/>
      </w:pPr>
      <w:r>
        <w:t>【答案】A　【解析】第二个百年即到本世纪中叶建成社会主义现代化强国。</w:t>
      </w:r>
    </w:p>
    <w:p>
      <w:pPr>
        <w:ind w:firstLine="440"/>
      </w:pPr>
      <w:r>
        <w:t>53. 下列关于宪法宣誓的说法，正确的是（　）。</w:t>
      </w:r>
    </w:p>
    <w:p>
      <w:pPr>
        <w:ind w:firstLine="440"/>
      </w:pPr>
      <w:r>
        <w:t xml:space="preserve">　　A. 彰显宪法尊严</w:t>
      </w:r>
    </w:p>
    <w:p>
      <w:pPr>
        <w:ind w:firstLine="440"/>
      </w:pPr>
      <w:r>
        <w:t xml:space="preserve">　　B. 只是走形式</w:t>
      </w:r>
    </w:p>
    <w:p>
      <w:pPr>
        <w:ind w:firstLine="440"/>
      </w:pPr>
      <w:r>
        <w:t xml:space="preserve">　　C. 与公职人员无关</w:t>
      </w:r>
    </w:p>
    <w:p>
      <w:pPr>
        <w:ind w:firstLine="440"/>
      </w:pPr>
      <w:r>
        <w:t xml:space="preserve">　　D. 可以不宣誓</w:t>
      </w:r>
    </w:p>
    <w:p>
      <w:pPr>
        <w:ind w:firstLine="440"/>
      </w:pPr>
      <w:r>
        <w:t>【答案】A　【解析】宪法宣誓有助于增强公职人员宪法意识。</w:t>
      </w:r>
    </w:p>
    <w:p>
      <w:pPr>
        <w:ind w:firstLine="440"/>
      </w:pPr>
      <w:r>
        <w:t>54. 下列属于行政许可的是（　）。</w:t>
      </w:r>
    </w:p>
    <w:p>
      <w:pPr>
        <w:ind w:firstLine="440"/>
      </w:pPr>
      <w:r>
        <w:t xml:space="preserve">　　A. 颁发营业执照</w:t>
      </w:r>
    </w:p>
    <w:p>
      <w:pPr>
        <w:ind w:firstLine="440"/>
      </w:pPr>
      <w:r>
        <w:t xml:space="preserve">　　B. 交通违章罚款</w:t>
      </w:r>
    </w:p>
    <w:p>
      <w:pPr>
        <w:ind w:firstLine="440"/>
      </w:pPr>
      <w:r>
        <w:t xml:space="preserve">　　C. 行政拘留</w:t>
      </w:r>
    </w:p>
    <w:p>
      <w:pPr>
        <w:ind w:firstLine="440"/>
      </w:pPr>
      <w:r>
        <w:t xml:space="preserve">　　D. 行政处分</w:t>
      </w:r>
    </w:p>
    <w:p>
      <w:pPr>
        <w:ind w:firstLine="440"/>
      </w:pPr>
      <w:r>
        <w:t>【答案】A　【解析】颁发执照是准予从事特定活动的行政许可。</w:t>
      </w:r>
    </w:p>
    <w:p>
      <w:pPr>
        <w:ind w:firstLine="440"/>
      </w:pPr>
      <w:r>
        <w:t>55. 行政机关作出重大处罚决定前，应当告知当事人有（　）的权利。</w:t>
      </w:r>
    </w:p>
    <w:p>
      <w:pPr>
        <w:ind w:firstLine="440"/>
      </w:pPr>
      <w:r>
        <w:t xml:space="preserve">　　A. 要求举行听证</w:t>
      </w:r>
    </w:p>
    <w:p>
      <w:pPr>
        <w:ind w:firstLine="440"/>
      </w:pPr>
      <w:r>
        <w:t xml:space="preserve">　　B. 逃跑</w:t>
      </w:r>
    </w:p>
    <w:p>
      <w:pPr>
        <w:ind w:firstLine="440"/>
      </w:pPr>
      <w:r>
        <w:t xml:space="preserve">　　C. 拒绝执行</w:t>
      </w:r>
    </w:p>
    <w:p>
      <w:pPr>
        <w:ind w:firstLine="440"/>
      </w:pPr>
      <w:r>
        <w:t xml:space="preserve">　　D. 毁灭证据</w:t>
      </w:r>
    </w:p>
    <w:p>
      <w:pPr>
        <w:ind w:firstLine="440"/>
      </w:pPr>
      <w:r>
        <w:t>【答案】A　【解析】符合法定情形当事人有权要求听证。</w:t>
      </w:r>
    </w:p>
    <w:p>
      <w:pPr>
        <w:ind w:firstLine="440"/>
      </w:pPr>
      <w:r>
        <w:t>56. 下列关于依法治国的说法，错误的是（　）。</w:t>
      </w:r>
    </w:p>
    <w:p>
      <w:pPr>
        <w:ind w:firstLine="440"/>
      </w:pPr>
      <w:r>
        <w:t xml:space="preserve">　　A. 坚持党的领导</w:t>
      </w:r>
    </w:p>
    <w:p>
      <w:pPr>
        <w:ind w:firstLine="440"/>
      </w:pPr>
      <w:r>
        <w:t xml:space="preserve">　　B. 坚持人民主体地位</w:t>
      </w:r>
    </w:p>
    <w:p>
      <w:pPr>
        <w:ind w:firstLine="440"/>
      </w:pPr>
      <w:r>
        <w:t xml:space="preserve">　　C. 法律面前人人平等</w:t>
      </w:r>
    </w:p>
    <w:p>
      <w:pPr>
        <w:ind w:firstLine="440"/>
      </w:pPr>
      <w:r>
        <w:t xml:space="preserve">　　D. 权大于法</w:t>
      </w:r>
    </w:p>
    <w:p>
      <w:pPr>
        <w:ind w:firstLine="440"/>
      </w:pPr>
      <w:r>
        <w:t>【答案】D　【解析】依法治国要求法律至上，法大于权。</w:t>
      </w:r>
    </w:p>
    <w:p>
      <w:pPr>
        <w:ind w:firstLine="440"/>
      </w:pPr>
      <w:r>
        <w:t>57. 我国的爱国统一战线组织是（　）。</w:t>
      </w:r>
    </w:p>
    <w:p>
      <w:pPr>
        <w:ind w:firstLine="440"/>
      </w:pPr>
      <w:r>
        <w:t xml:space="preserve">　　A. 人民代表大会</w:t>
      </w:r>
    </w:p>
    <w:p>
      <w:pPr>
        <w:ind w:firstLine="440"/>
      </w:pPr>
      <w:r>
        <w:t xml:space="preserve">　　B. 人民政协</w:t>
      </w:r>
    </w:p>
    <w:p>
      <w:pPr>
        <w:ind w:firstLine="440"/>
      </w:pPr>
      <w:r>
        <w:t xml:space="preserve">　　C. 国务院</w:t>
      </w:r>
    </w:p>
    <w:p>
      <w:pPr>
        <w:ind w:firstLine="440"/>
      </w:pPr>
      <w:r>
        <w:t xml:space="preserve">　　D. 法院</w:t>
      </w:r>
    </w:p>
    <w:p>
      <w:pPr>
        <w:ind w:firstLine="440"/>
      </w:pPr>
      <w:r>
        <w:t>【答案】B　【解析】人民政协是爱国统一战线组织，履行政治协商民主监督参政议政职能。</w:t>
      </w:r>
    </w:p>
    <w:p>
      <w:pPr>
        <w:ind w:firstLine="440"/>
      </w:pPr>
      <w:r>
        <w:t>58. 下列关于调查研究的说法，正确的是（　）。</w:t>
      </w:r>
    </w:p>
    <w:p>
      <w:pPr>
        <w:ind w:firstLine="440"/>
      </w:pPr>
      <w:r>
        <w:t xml:space="preserve">　　A. 没有调查就没有发言权</w:t>
      </w:r>
    </w:p>
    <w:p>
      <w:pPr>
        <w:ind w:firstLine="440"/>
      </w:pPr>
      <w:r>
        <w:t xml:space="preserve">　　B. 坐在办公室拍脑袋决策</w:t>
      </w:r>
    </w:p>
    <w:p>
      <w:pPr>
        <w:ind w:firstLine="440"/>
      </w:pPr>
      <w:r>
        <w:t xml:space="preserve">　　C. 调研只是走形式</w:t>
      </w:r>
    </w:p>
    <w:p>
      <w:pPr>
        <w:ind w:firstLine="440"/>
      </w:pPr>
      <w:r>
        <w:t xml:space="preserve">　　D. 不必深入群众</w:t>
      </w:r>
    </w:p>
    <w:p>
      <w:pPr>
        <w:ind w:firstLine="440"/>
      </w:pPr>
      <w:r>
        <w:t>【答案】A　【解析】没有调查就没有发言权、没有决策权。</w:t>
      </w:r>
    </w:p>
    <w:p>
      <w:pPr>
        <w:ind w:firstLine="440"/>
      </w:pPr>
      <w:r>
        <w:t>59. 新时代党的建设的根本方针是（　）。</w:t>
      </w:r>
    </w:p>
    <w:p>
      <w:pPr>
        <w:ind w:firstLine="440"/>
      </w:pPr>
      <w:r>
        <w:t xml:space="preserve">　　A. 坚持党要管党、全面从严治党</w:t>
      </w:r>
    </w:p>
    <w:p>
      <w:pPr>
        <w:ind w:firstLine="440"/>
      </w:pPr>
      <w:r>
        <w:t xml:space="preserve">　　B. 放松管理</w:t>
      </w:r>
    </w:p>
    <w:p>
      <w:pPr>
        <w:ind w:firstLine="440"/>
      </w:pPr>
      <w:r>
        <w:t xml:space="preserve">　　C. 只重业务</w:t>
      </w:r>
    </w:p>
    <w:p>
      <w:pPr>
        <w:ind w:firstLine="440"/>
      </w:pPr>
      <w:r>
        <w:t xml:space="preserve">　　D. 不管思想</w:t>
      </w:r>
    </w:p>
    <w:p>
      <w:pPr>
        <w:ind w:firstLine="440"/>
      </w:pPr>
      <w:r>
        <w:t>【答案】A　【解析】全面从严治党是党的建设的鲜明主题和根本方针。</w:t>
      </w:r>
    </w:p>
    <w:p>
      <w:pPr>
        <w:ind w:firstLine="440"/>
      </w:pPr>
      <w:r>
        <w:t>60. 下列关于为人民服务的说法，错误的是（　）。</w:t>
      </w:r>
    </w:p>
    <w:p>
      <w:pPr>
        <w:ind w:firstLine="440"/>
      </w:pPr>
      <w:r>
        <w:t xml:space="preserve">　　A. 是党的根本宗旨</w:t>
      </w:r>
    </w:p>
    <w:p>
      <w:pPr>
        <w:ind w:firstLine="440"/>
      </w:pPr>
      <w:r>
        <w:t xml:space="preserve">　　B. 要落到具体工作中</w:t>
      </w:r>
    </w:p>
    <w:p>
      <w:pPr>
        <w:ind w:firstLine="440"/>
      </w:pPr>
      <w:r>
        <w:t xml:space="preserve">　　C. 只说不做</w:t>
      </w:r>
    </w:p>
    <w:p>
      <w:pPr>
        <w:ind w:firstLine="440"/>
      </w:pPr>
      <w:r>
        <w:t xml:space="preserve">　　D. 关心群众疾苦</w:t>
      </w:r>
    </w:p>
    <w:p>
      <w:pPr>
        <w:ind w:firstLine="440"/>
      </w:pPr>
      <w:r>
        <w:t>【答案】C　【解析】为人民服务要落实到行动，不能只说不做。</w:t>
      </w:r>
    </w:p>
    <w:p>
      <w:pPr>
        <w:pStyle w:val="Heading1"/>
      </w:pPr>
      <w:r>
        <w:t>二、多项选择题（共20题，每题有两个或两个以上正确答案，多选少选均不得分）</w:t>
      </w:r>
    </w:p>
    <w:p>
      <w:pPr>
        <w:ind w:firstLine="440"/>
      </w:pPr>
      <w:r>
        <w:t>61. “两个确立”是指（　）。</w:t>
      </w:r>
    </w:p>
    <w:p>
      <w:pPr>
        <w:ind w:firstLine="440"/>
      </w:pPr>
      <w:r>
        <w:t xml:space="preserve">　　A. 确立习近平同志党中央的核心、全党的核心地位</w:t>
      </w:r>
    </w:p>
    <w:p>
      <w:pPr>
        <w:ind w:firstLine="440"/>
      </w:pPr>
      <w:r>
        <w:t xml:space="preserve">　　B. 确立习近平新时代中国特色社会主义思想的指导地位</w:t>
      </w:r>
    </w:p>
    <w:p>
      <w:pPr>
        <w:ind w:firstLine="440"/>
      </w:pPr>
      <w:r>
        <w:t xml:space="preserve">　　C. 确立市场经济地位</w:t>
      </w:r>
    </w:p>
    <w:p>
      <w:pPr>
        <w:ind w:firstLine="440"/>
      </w:pPr>
      <w:r>
        <w:t xml:space="preserve">　　D. 确立改革开放</w:t>
      </w:r>
    </w:p>
    <w:p>
      <w:pPr>
        <w:ind w:firstLine="440"/>
      </w:pPr>
      <w:r>
        <w:t>【答案】AB　【解析】两个确立的政治内涵。</w:t>
      </w:r>
    </w:p>
    <w:p>
      <w:pPr>
        <w:ind w:firstLine="440"/>
      </w:pPr>
      <w:r>
        <w:t>62. 下列属于“四个意识”的有（　）。</w:t>
      </w:r>
    </w:p>
    <w:p>
      <w:pPr>
        <w:ind w:firstLine="440"/>
      </w:pPr>
      <w:r>
        <w:t xml:space="preserve">　　A. 政治意识</w:t>
      </w:r>
    </w:p>
    <w:p>
      <w:pPr>
        <w:ind w:firstLine="440"/>
      </w:pPr>
      <w:r>
        <w:t xml:space="preserve">　　B. 大局意识</w:t>
      </w:r>
    </w:p>
    <w:p>
      <w:pPr>
        <w:ind w:firstLine="440"/>
      </w:pPr>
      <w:r>
        <w:t xml:space="preserve">　　C. 核心意识</w:t>
      </w:r>
    </w:p>
    <w:p>
      <w:pPr>
        <w:ind w:firstLine="440"/>
      </w:pPr>
      <w:r>
        <w:t xml:space="preserve">　　D. 看齐意识</w:t>
      </w:r>
    </w:p>
    <w:p>
      <w:pPr>
        <w:ind w:firstLine="440"/>
      </w:pPr>
      <w:r>
        <w:t>【答案】ABCD　【解析】四个意识即政治、大局、核心、看齐。</w:t>
      </w:r>
    </w:p>
    <w:p>
      <w:pPr>
        <w:ind w:firstLine="440"/>
      </w:pPr>
      <w:r>
        <w:t>63. 下列属于“四个自信”的有（　）。</w:t>
      </w:r>
    </w:p>
    <w:p>
      <w:pPr>
        <w:ind w:firstLine="440"/>
      </w:pPr>
      <w:r>
        <w:t xml:space="preserve">　　A. 道路自信</w:t>
      </w:r>
    </w:p>
    <w:p>
      <w:pPr>
        <w:ind w:firstLine="440"/>
      </w:pPr>
      <w:r>
        <w:t xml:space="preserve">　　B. 理论自信</w:t>
      </w:r>
    </w:p>
    <w:p>
      <w:pPr>
        <w:ind w:firstLine="440"/>
      </w:pPr>
      <w:r>
        <w:t xml:space="preserve">　　C. 制度自信</w:t>
      </w:r>
    </w:p>
    <w:p>
      <w:pPr>
        <w:ind w:firstLine="440"/>
      </w:pPr>
      <w:r>
        <w:t xml:space="preserve">　　D. 文化自信</w:t>
      </w:r>
    </w:p>
    <w:p>
      <w:pPr>
        <w:ind w:firstLine="440"/>
      </w:pPr>
      <w:r>
        <w:t>【答案】ABCD　【解析】四个自信即道路理论制度文化。</w:t>
      </w:r>
    </w:p>
    <w:p>
      <w:pPr>
        <w:ind w:firstLine="440"/>
      </w:pPr>
      <w:r>
        <w:t>64. 新发展理念包括（　）。</w:t>
      </w:r>
    </w:p>
    <w:p>
      <w:pPr>
        <w:ind w:firstLine="440"/>
      </w:pPr>
      <w:r>
        <w:t xml:space="preserve">　　A. 创新、协调</w:t>
      </w:r>
    </w:p>
    <w:p>
      <w:pPr>
        <w:ind w:firstLine="440"/>
      </w:pPr>
      <w:r>
        <w:t xml:space="preserve">　　B. 绿色</w:t>
      </w:r>
    </w:p>
    <w:p>
      <w:pPr>
        <w:ind w:firstLine="440"/>
      </w:pPr>
      <w:r>
        <w:t xml:space="preserve">　　C. 开放</w:t>
      </w:r>
    </w:p>
    <w:p>
      <w:pPr>
        <w:ind w:firstLine="440"/>
      </w:pPr>
      <w:r>
        <w:t xml:space="preserve">　　D. 共享</w:t>
      </w:r>
    </w:p>
    <w:p>
      <w:pPr>
        <w:ind w:firstLine="440"/>
      </w:pPr>
      <w:r>
        <w:t>【答案】ABCD　【解析】五大发展理念。</w:t>
      </w:r>
    </w:p>
    <w:p>
      <w:pPr>
        <w:ind w:firstLine="440"/>
      </w:pPr>
      <w:r>
        <w:t>65. 下列属于我国基本政治制度的有（　）。</w:t>
      </w:r>
    </w:p>
    <w:p>
      <w:pPr>
        <w:ind w:firstLine="440"/>
      </w:pPr>
      <w:r>
        <w:t xml:space="preserve">　　A. 中国共产党领导的多党合作和政治协商制度</w:t>
      </w:r>
    </w:p>
    <w:p>
      <w:pPr>
        <w:ind w:firstLine="440"/>
      </w:pPr>
      <w:r>
        <w:t xml:space="preserve">　　B. 民族区域自治制度</w:t>
      </w:r>
    </w:p>
    <w:p>
      <w:pPr>
        <w:ind w:firstLine="440"/>
      </w:pPr>
      <w:r>
        <w:t xml:space="preserve">　　C. 基层群众自治制度</w:t>
      </w:r>
    </w:p>
    <w:p>
      <w:pPr>
        <w:ind w:firstLine="440"/>
      </w:pPr>
      <w:r>
        <w:t xml:space="preserve">　　D. 人民代表大会制度</w:t>
      </w:r>
    </w:p>
    <w:p>
      <w:pPr>
        <w:ind w:firstLine="440"/>
      </w:pPr>
      <w:r>
        <w:t>【答案】ABC　【解析】人大制度是根本政治制度。</w:t>
      </w:r>
    </w:p>
    <w:p>
      <w:pPr>
        <w:ind w:firstLine="440"/>
      </w:pPr>
      <w:r>
        <w:t>66. 公文的特点包括（　）。</w:t>
      </w:r>
    </w:p>
    <w:p>
      <w:pPr>
        <w:ind w:firstLine="440"/>
      </w:pPr>
      <w:r>
        <w:t xml:space="preserve">　　A. 法定作者</w:t>
      </w:r>
    </w:p>
    <w:p>
      <w:pPr>
        <w:ind w:firstLine="440"/>
      </w:pPr>
      <w:r>
        <w:t xml:space="preserve">　　B. 规范体式</w:t>
      </w:r>
    </w:p>
    <w:p>
      <w:pPr>
        <w:ind w:firstLine="440"/>
      </w:pPr>
      <w:r>
        <w:t xml:space="preserve">　　C. 法定效用</w:t>
      </w:r>
    </w:p>
    <w:p>
      <w:pPr>
        <w:ind w:firstLine="440"/>
      </w:pPr>
      <w:r>
        <w:t xml:space="preserve">　　D. 随意编写</w:t>
      </w:r>
    </w:p>
    <w:p>
      <w:pPr>
        <w:ind w:firstLine="440"/>
      </w:pPr>
      <w:r>
        <w:t>【答案】ABC　【解析】公文由法定作者制发、具规范体式和法定效用。</w:t>
      </w:r>
    </w:p>
    <w:p>
      <w:pPr>
        <w:ind w:firstLine="440"/>
      </w:pPr>
      <w:r>
        <w:t>67. 下列属于上行文的有（　）。</w:t>
      </w:r>
    </w:p>
    <w:p>
      <w:pPr>
        <w:ind w:firstLine="440"/>
      </w:pPr>
      <w:r>
        <w:t xml:space="preserve">　　A. 请示</w:t>
      </w:r>
    </w:p>
    <w:p>
      <w:pPr>
        <w:ind w:firstLine="440"/>
      </w:pPr>
      <w:r>
        <w:t xml:space="preserve">　　B. 报告</w:t>
      </w:r>
    </w:p>
    <w:p>
      <w:pPr>
        <w:ind w:firstLine="440"/>
      </w:pPr>
      <w:r>
        <w:t xml:space="preserve">　　C. 通知</w:t>
      </w:r>
    </w:p>
    <w:p>
      <w:pPr>
        <w:ind w:firstLine="440"/>
      </w:pPr>
      <w:r>
        <w:t xml:space="preserve">　　D. 函</w:t>
      </w:r>
    </w:p>
    <w:p>
      <w:pPr>
        <w:ind w:firstLine="440"/>
      </w:pPr>
      <w:r>
        <w:t>【答案】AB　【解析】请示报告为上行文；通知多下行；函多平行。</w:t>
      </w:r>
    </w:p>
    <w:p>
      <w:pPr>
        <w:ind w:firstLine="440"/>
      </w:pPr>
      <w:r>
        <w:t>68. 下列属于行政处罚种类的有（　）。</w:t>
      </w:r>
    </w:p>
    <w:p>
      <w:pPr>
        <w:ind w:firstLine="440"/>
      </w:pPr>
      <w:r>
        <w:t xml:space="preserve">　　A. 警告、通报批评</w:t>
      </w:r>
    </w:p>
    <w:p>
      <w:pPr>
        <w:ind w:firstLine="440"/>
      </w:pPr>
      <w:r>
        <w:t xml:space="preserve">　　B. 罚款、没收违法所得</w:t>
      </w:r>
    </w:p>
    <w:p>
      <w:pPr>
        <w:ind w:firstLine="440"/>
      </w:pPr>
      <w:r>
        <w:t xml:space="preserve">　　C. 暂扣吊销许可证</w:t>
      </w:r>
    </w:p>
    <w:p>
      <w:pPr>
        <w:ind w:firstLine="440"/>
      </w:pPr>
      <w:r>
        <w:t xml:space="preserve">　　D. 行政拘留</w:t>
      </w:r>
    </w:p>
    <w:p>
      <w:pPr>
        <w:ind w:firstLine="440"/>
      </w:pPr>
      <w:r>
        <w:t>【答案】ABCD　【解析】均为行政处罚法规定种类。</w:t>
      </w:r>
    </w:p>
    <w:p>
      <w:pPr>
        <w:ind w:firstLine="440"/>
      </w:pPr>
      <w:r>
        <w:t>69. 唯物辩证法的总特征是（　）。</w:t>
      </w:r>
    </w:p>
    <w:p>
      <w:pPr>
        <w:ind w:firstLine="440"/>
      </w:pPr>
      <w:r>
        <w:t xml:space="preserve">　　A. 联系的观点</w:t>
      </w:r>
    </w:p>
    <w:p>
      <w:pPr>
        <w:ind w:firstLine="440"/>
      </w:pPr>
      <w:r>
        <w:t xml:space="preserve">　　B. 发展的观点</w:t>
      </w:r>
    </w:p>
    <w:p>
      <w:pPr>
        <w:ind w:firstLine="440"/>
      </w:pPr>
      <w:r>
        <w:t xml:space="preserve">　　C. 孤立的观点</w:t>
      </w:r>
    </w:p>
    <w:p>
      <w:pPr>
        <w:ind w:firstLine="440"/>
      </w:pPr>
      <w:r>
        <w:t xml:space="preserve">　　D. 静止的观点</w:t>
      </w:r>
    </w:p>
    <w:p>
      <w:pPr>
        <w:ind w:firstLine="440"/>
      </w:pPr>
      <w:r>
        <w:t>【答案】AB　【解析】联系和发展是唯物辩证法的总特征。</w:t>
      </w:r>
    </w:p>
    <w:p>
      <w:pPr>
        <w:ind w:firstLine="440"/>
      </w:pPr>
      <w:r>
        <w:t>70. 下列属于社会主义核心价值观社会层面内容的有（　）。</w:t>
      </w:r>
    </w:p>
    <w:p>
      <w:pPr>
        <w:ind w:firstLine="440"/>
      </w:pPr>
      <w:r>
        <w:t xml:space="preserve">　　A. 自由</w:t>
      </w:r>
    </w:p>
    <w:p>
      <w:pPr>
        <w:ind w:firstLine="440"/>
      </w:pPr>
      <w:r>
        <w:t xml:space="preserve">　　B. 平等</w:t>
      </w:r>
    </w:p>
    <w:p>
      <w:pPr>
        <w:ind w:firstLine="440"/>
      </w:pPr>
      <w:r>
        <w:t xml:space="preserve">　　C. 公正</w:t>
      </w:r>
    </w:p>
    <w:p>
      <w:pPr>
        <w:ind w:firstLine="440"/>
      </w:pPr>
      <w:r>
        <w:t xml:space="preserve">　　D. 法治</w:t>
      </w:r>
    </w:p>
    <w:p>
      <w:pPr>
        <w:ind w:firstLine="440"/>
      </w:pPr>
      <w:r>
        <w:t>【答案】ABCD　【解析】社会层面即自由平等公正法治。</w:t>
      </w:r>
    </w:p>
    <w:p>
      <w:pPr>
        <w:ind w:firstLine="440"/>
      </w:pPr>
      <w:r>
        <w:t>71. 下列属于公民道德基本规范的有（　）。</w:t>
      </w:r>
    </w:p>
    <w:p>
      <w:pPr>
        <w:ind w:firstLine="440"/>
      </w:pPr>
      <w:r>
        <w:t xml:space="preserve">　　A. 爱国守法</w:t>
      </w:r>
    </w:p>
    <w:p>
      <w:pPr>
        <w:ind w:firstLine="440"/>
      </w:pPr>
      <w:r>
        <w:t xml:space="preserve">　　B. 明礼诚信</w:t>
      </w:r>
    </w:p>
    <w:p>
      <w:pPr>
        <w:ind w:firstLine="440"/>
      </w:pPr>
      <w:r>
        <w:t xml:space="preserve">　　C. 团结友善</w:t>
      </w:r>
    </w:p>
    <w:p>
      <w:pPr>
        <w:ind w:firstLine="440"/>
      </w:pPr>
      <w:r>
        <w:t xml:space="preserve">　　D. 勤俭自强、敬业奉献</w:t>
      </w:r>
    </w:p>
    <w:p>
      <w:pPr>
        <w:ind w:firstLine="440"/>
      </w:pPr>
      <w:r>
        <w:t>【答案】ABCD　【解析】公民基本道德规范二十字。</w:t>
      </w:r>
    </w:p>
    <w:p>
      <w:pPr>
        <w:ind w:firstLine="440"/>
      </w:pPr>
      <w:r>
        <w:t>72. 下列关于基层群众自治说法正确的有（　）。</w:t>
      </w:r>
    </w:p>
    <w:p>
      <w:pPr>
        <w:ind w:firstLine="440"/>
      </w:pPr>
      <w:r>
        <w:t xml:space="preserve">　　A. 村委会、居委会是自治组织</w:t>
      </w:r>
    </w:p>
    <w:p>
      <w:pPr>
        <w:ind w:firstLine="440"/>
      </w:pPr>
      <w:r>
        <w:t xml:space="preserve">　　B. 实行民主选举、民主协商</w:t>
      </w:r>
    </w:p>
    <w:p>
      <w:pPr>
        <w:ind w:firstLine="440"/>
      </w:pPr>
      <w:r>
        <w:t xml:space="preserve">　　C. 民主决策、民主管理、民主监督</w:t>
      </w:r>
    </w:p>
    <w:p>
      <w:pPr>
        <w:ind w:firstLine="440"/>
      </w:pPr>
      <w:r>
        <w:t xml:space="preserve">　　D. 由政府直接包办一切</w:t>
      </w:r>
    </w:p>
    <w:p>
      <w:pPr>
        <w:ind w:firstLine="440"/>
      </w:pPr>
      <w:r>
        <w:t>【答案】ABC　【解析】基层群众自治强调群众自我管理，D错误。</w:t>
      </w:r>
    </w:p>
    <w:p>
      <w:pPr>
        <w:ind w:firstLine="440"/>
      </w:pPr>
      <w:r>
        <w:t>73. 下列属于就业政策鼓励方向的有（　）。</w:t>
      </w:r>
    </w:p>
    <w:p>
      <w:pPr>
        <w:ind w:firstLine="440"/>
      </w:pPr>
      <w:r>
        <w:t xml:space="preserve">　　A. 创业带动就业</w:t>
      </w:r>
    </w:p>
    <w:p>
      <w:pPr>
        <w:ind w:firstLine="440"/>
      </w:pPr>
      <w:r>
        <w:t xml:space="preserve">　　B. 支持灵活就业</w:t>
      </w:r>
    </w:p>
    <w:p>
      <w:pPr>
        <w:ind w:firstLine="440"/>
      </w:pPr>
      <w:r>
        <w:t xml:space="preserve">　　C. 引导高校毕业生到基层就业</w:t>
      </w:r>
    </w:p>
    <w:p>
      <w:pPr>
        <w:ind w:firstLine="440"/>
      </w:pPr>
      <w:r>
        <w:t xml:space="preserve">　　D. 歧视性用工</w:t>
      </w:r>
    </w:p>
    <w:p>
      <w:pPr>
        <w:ind w:firstLine="440"/>
      </w:pPr>
      <w:r>
        <w:t>【答案】ABC　【解析】应反对就业歧视，D错误。</w:t>
      </w:r>
    </w:p>
    <w:p>
      <w:pPr>
        <w:ind w:firstLine="440"/>
      </w:pPr>
      <w:r>
        <w:t>74. 下列属于民生“七有”内涵方向的有（　）。</w:t>
      </w:r>
    </w:p>
    <w:p>
      <w:pPr>
        <w:ind w:firstLine="440"/>
      </w:pPr>
      <w:r>
        <w:t xml:space="preserve">　　A. 幼有所育</w:t>
      </w:r>
    </w:p>
    <w:p>
      <w:pPr>
        <w:ind w:firstLine="440"/>
      </w:pPr>
      <w:r>
        <w:t xml:space="preserve">　　B. 学有所教</w:t>
      </w:r>
    </w:p>
    <w:p>
      <w:pPr>
        <w:ind w:firstLine="440"/>
      </w:pPr>
      <w:r>
        <w:t xml:space="preserve">　　C. 劳有所得、病有所医</w:t>
      </w:r>
    </w:p>
    <w:p>
      <w:pPr>
        <w:ind w:firstLine="440"/>
      </w:pPr>
      <w:r>
        <w:t xml:space="preserve">　　D. 老有所养、住有所居、弱有所扶</w:t>
      </w:r>
    </w:p>
    <w:p>
      <w:pPr>
        <w:ind w:firstLine="440"/>
      </w:pPr>
      <w:r>
        <w:t>【答案】ABCD　【解析】即七有。</w:t>
      </w:r>
    </w:p>
    <w:p>
      <w:pPr>
        <w:ind w:firstLine="440"/>
      </w:pPr>
      <w:r>
        <w:t>75. 下列关于公文格式说法正确的有（　）。</w:t>
      </w:r>
    </w:p>
    <w:p>
      <w:pPr>
        <w:ind w:firstLine="440"/>
      </w:pPr>
      <w:r>
        <w:t xml:space="preserve">　　A. 标题用二号小标宋体</w:t>
      </w:r>
    </w:p>
    <w:p>
      <w:pPr>
        <w:ind w:firstLine="440"/>
      </w:pPr>
      <w:r>
        <w:t xml:space="preserve">　　B. 正文用三号仿宋</w:t>
      </w:r>
    </w:p>
    <w:p>
      <w:pPr>
        <w:ind w:firstLine="440"/>
      </w:pPr>
      <w:r>
        <w:t xml:space="preserve">　　C. 层次序数依次为一、（一）、1、（1）</w:t>
      </w:r>
    </w:p>
    <w:p>
      <w:pPr>
        <w:ind w:firstLine="440"/>
      </w:pPr>
      <w:r>
        <w:t xml:space="preserve">　　D. 可以不加落款</w:t>
      </w:r>
    </w:p>
    <w:p>
      <w:pPr>
        <w:ind w:firstLine="440"/>
      </w:pPr>
      <w:r>
        <w:t>【答案】ABC　【解析】公文须有发文机关署名和成文日期，D错误。</w:t>
      </w:r>
    </w:p>
    <w:p>
      <w:pPr>
        <w:ind w:firstLine="440"/>
      </w:pPr>
      <w:r>
        <w:t>76. 下列属于公务员义务的有（　）。</w:t>
      </w:r>
    </w:p>
    <w:p>
      <w:pPr>
        <w:ind w:firstLine="440"/>
      </w:pPr>
      <w:r>
        <w:t xml:space="preserve">　　A. 模范遵守宪法法律</w:t>
      </w:r>
    </w:p>
    <w:p>
      <w:pPr>
        <w:ind w:firstLine="440"/>
      </w:pPr>
      <w:r>
        <w:t xml:space="preserve">　　B. 按照规定权限履行职责</w:t>
      </w:r>
    </w:p>
    <w:p>
      <w:pPr>
        <w:ind w:firstLine="440"/>
      </w:pPr>
      <w:r>
        <w:t xml:space="preserve">　　C. 忠于职守、勤勉尽责</w:t>
      </w:r>
    </w:p>
    <w:p>
      <w:pPr>
        <w:ind w:firstLine="440"/>
      </w:pPr>
      <w:r>
        <w:t xml:space="preserve">　　D. 保守国家秘密</w:t>
      </w:r>
    </w:p>
    <w:p>
      <w:pPr>
        <w:ind w:firstLine="440"/>
      </w:pPr>
      <w:r>
        <w:t>【答案】ABCD　【解析】均为公务员应尽义务。</w:t>
      </w:r>
    </w:p>
    <w:p>
      <w:pPr>
        <w:ind w:firstLine="440"/>
      </w:pPr>
      <w:r>
        <w:t>77. 下列属于我国法治建设“十六字方针”的有（　）。</w:t>
      </w:r>
    </w:p>
    <w:p>
      <w:pPr>
        <w:ind w:firstLine="440"/>
      </w:pPr>
      <w:r>
        <w:t xml:space="preserve">　　A. 科学立法</w:t>
      </w:r>
    </w:p>
    <w:p>
      <w:pPr>
        <w:ind w:firstLine="440"/>
      </w:pPr>
      <w:r>
        <w:t xml:space="preserve">　　B. 严格执法</w:t>
      </w:r>
    </w:p>
    <w:p>
      <w:pPr>
        <w:ind w:firstLine="440"/>
      </w:pPr>
      <w:r>
        <w:t xml:space="preserve">　　C. 公正司法</w:t>
      </w:r>
    </w:p>
    <w:p>
      <w:pPr>
        <w:ind w:firstLine="440"/>
      </w:pPr>
      <w:r>
        <w:t xml:space="preserve">　　D. 全民守法</w:t>
      </w:r>
    </w:p>
    <w:p>
      <w:pPr>
        <w:ind w:firstLine="440"/>
      </w:pPr>
      <w:r>
        <w:t>【答案】ABCD　【解析】新十六字方针。</w:t>
      </w:r>
    </w:p>
    <w:p>
      <w:pPr>
        <w:ind w:firstLine="440"/>
      </w:pPr>
      <w:r>
        <w:t>78. 下列属于推动高质量发展举措的有（　）。</w:t>
      </w:r>
    </w:p>
    <w:p>
      <w:pPr>
        <w:ind w:firstLine="440"/>
      </w:pPr>
      <w:r>
        <w:t xml:space="preserve">　　A. 建设现代化经济体系</w:t>
      </w:r>
    </w:p>
    <w:p>
      <w:pPr>
        <w:ind w:firstLine="440"/>
      </w:pPr>
      <w:r>
        <w:t xml:space="preserve">　　B. 实施创新驱动发展</w:t>
      </w:r>
    </w:p>
    <w:p>
      <w:pPr>
        <w:ind w:firstLine="440"/>
      </w:pPr>
      <w:r>
        <w:t xml:space="preserve">　　C. 全面深化改革开放</w:t>
      </w:r>
    </w:p>
    <w:p>
      <w:pPr>
        <w:ind w:firstLine="440"/>
      </w:pPr>
      <w:r>
        <w:t xml:space="preserve">　　D. 推进共同富裕</w:t>
      </w:r>
    </w:p>
    <w:p>
      <w:pPr>
        <w:ind w:firstLine="440"/>
      </w:pPr>
      <w:r>
        <w:t>【答案】ABCD　【解析】均为高质量发展要求。</w:t>
      </w:r>
    </w:p>
    <w:p>
      <w:pPr>
        <w:ind w:firstLine="440"/>
      </w:pPr>
      <w:r>
        <w:t>79. 下列关于调查研究做法正确的有（　）。</w:t>
      </w:r>
    </w:p>
    <w:p>
      <w:pPr>
        <w:ind w:firstLine="440"/>
      </w:pPr>
      <w:r>
        <w:t xml:space="preserve">　　A. 深入基层、深入群众</w:t>
      </w:r>
    </w:p>
    <w:p>
      <w:pPr>
        <w:ind w:firstLine="440"/>
      </w:pPr>
      <w:r>
        <w:t xml:space="preserve">　　B. 听真话、察实情</w:t>
      </w:r>
    </w:p>
    <w:p>
      <w:pPr>
        <w:ind w:firstLine="440"/>
      </w:pPr>
      <w:r>
        <w:t xml:space="preserve">　　C. 不搞形式主义</w:t>
      </w:r>
    </w:p>
    <w:p>
      <w:pPr>
        <w:ind w:firstLine="440"/>
      </w:pPr>
      <w:r>
        <w:t xml:space="preserve">　　D. 带着结论去找证据</w:t>
      </w:r>
    </w:p>
    <w:p>
      <w:pPr>
        <w:ind w:firstLine="440"/>
      </w:pPr>
      <w:r>
        <w:t>【答案】ABC　【解析】调研应客观求真，不能先入为主，D错误。</w:t>
      </w:r>
    </w:p>
    <w:p>
      <w:pPr>
        <w:ind w:firstLine="440"/>
      </w:pPr>
      <w:r>
        <w:t>80. 下列属于公务员纪律要求的有（　）。</w:t>
      </w:r>
    </w:p>
    <w:p>
      <w:pPr>
        <w:ind w:firstLine="440"/>
      </w:pPr>
      <w:r>
        <w:t xml:space="preserve">　　A. 不得散布有损国家声誉的言论</w:t>
      </w:r>
    </w:p>
    <w:p>
      <w:pPr>
        <w:ind w:firstLine="440"/>
      </w:pPr>
      <w:r>
        <w:t xml:space="preserve">　　B. 不得贪污行贿</w:t>
      </w:r>
    </w:p>
    <w:p>
      <w:pPr>
        <w:ind w:firstLine="440"/>
      </w:pPr>
      <w:r>
        <w:t xml:space="preserve">　　C. 不得滥用职权</w:t>
      </w:r>
    </w:p>
    <w:p>
      <w:pPr>
        <w:ind w:firstLine="440"/>
      </w:pPr>
      <w:r>
        <w:t xml:space="preserve">　　D. 不得泄露工作秘密</w:t>
      </w:r>
    </w:p>
    <w:p>
      <w:pPr>
        <w:ind w:firstLine="440"/>
      </w:pPr>
      <w:r>
        <w:t>【答案】ABCD　【解析】均为公务员纪律红线。</w:t>
      </w:r>
    </w:p>
    <w:p>
      <w:pPr>
        <w:pStyle w:val="Heading1"/>
      </w:pPr>
      <w:r>
        <w:t>三、判断题（共15题，正确打√，错误打×）</w:t>
      </w:r>
    </w:p>
    <w:p>
      <w:pPr>
        <w:ind w:firstLine="440"/>
      </w:pPr>
      <w:r>
        <w:t>81. 中国共产党领导是中国特色社会主义最本质的特征。（　）</w:t>
      </w:r>
    </w:p>
    <w:p>
      <w:pPr>
        <w:ind w:firstLine="440"/>
      </w:pPr>
      <w:r>
        <w:t>【答案】√　【解析】宪法第一条明确规定。</w:t>
      </w:r>
    </w:p>
    <w:p>
      <w:pPr>
        <w:ind w:firstLine="440"/>
      </w:pPr>
      <w:r>
        <w:t>82. 我国社会主要矛盾已经不再是人民日益增长的物质文化需要同落后的社会生产之间的矛盾。（　）</w:t>
      </w:r>
    </w:p>
    <w:p>
      <w:pPr>
        <w:ind w:firstLine="440"/>
      </w:pPr>
      <w:r>
        <w:t>【答案】√　【解析】已转化为美好生活需要与不平衡不充分发展之间的矛盾。</w:t>
      </w:r>
    </w:p>
    <w:p>
      <w:pPr>
        <w:ind w:firstLine="440"/>
      </w:pPr>
      <w:r>
        <w:t>83. 改革开放是决定当代中国命运的关键一招。（　）</w:t>
      </w:r>
    </w:p>
    <w:p>
      <w:pPr>
        <w:ind w:firstLine="440"/>
      </w:pPr>
      <w:r>
        <w:t>【答案】√　【解析】论断正确。</w:t>
      </w:r>
    </w:p>
    <w:p>
      <w:pPr>
        <w:ind w:firstLine="440"/>
      </w:pPr>
      <w:r>
        <w:t>84. 宪法的法律效力和普通法律一样。（　）</w:t>
      </w:r>
    </w:p>
    <w:p>
      <w:pPr>
        <w:ind w:firstLine="440"/>
      </w:pPr>
      <w:r>
        <w:t>【答案】×　【解析】宪法具有最高法律效力。</w:t>
      </w:r>
    </w:p>
    <w:p>
      <w:pPr>
        <w:ind w:firstLine="440"/>
      </w:pPr>
      <w:r>
        <w:t>85. 请示可以一文多事，还可以事后补请示。（　）</w:t>
      </w:r>
    </w:p>
    <w:p>
      <w:pPr>
        <w:ind w:firstLine="440"/>
      </w:pPr>
      <w:r>
        <w:t>【答案】×　【解析】请示应一文一事、事前行文。</w:t>
      </w:r>
    </w:p>
    <w:p>
      <w:pPr>
        <w:ind w:firstLine="440"/>
      </w:pPr>
      <w:r>
        <w:t>86. 实践是检验真理的唯一标准。（　）</w:t>
      </w:r>
    </w:p>
    <w:p>
      <w:pPr>
        <w:ind w:firstLine="440"/>
      </w:pPr>
      <w:r>
        <w:t>【答案】√　【解析】马克思主义认识论基本观点。</w:t>
      </w:r>
    </w:p>
    <w:p>
      <w:pPr>
        <w:ind w:firstLine="440"/>
      </w:pPr>
      <w:r>
        <w:t>87. 发展是解决我国一切问题的基础和关键。（　）</w:t>
      </w:r>
    </w:p>
    <w:p>
      <w:pPr>
        <w:ind w:firstLine="440"/>
      </w:pPr>
      <w:r>
        <w:t>【答案】√　【解析】发展理念正确。</w:t>
      </w:r>
    </w:p>
    <w:p>
      <w:pPr>
        <w:ind w:firstLine="440"/>
      </w:pPr>
      <w:r>
        <w:t>88. 共同富裕就是同时同步同等富裕。（　）</w:t>
      </w:r>
    </w:p>
    <w:p>
      <w:pPr>
        <w:ind w:firstLine="440"/>
      </w:pPr>
      <w:r>
        <w:t>【答案】×　【解析】共同富裕是渐进过程，不是平均主义。</w:t>
      </w:r>
    </w:p>
    <w:p>
      <w:pPr>
        <w:ind w:firstLine="440"/>
      </w:pPr>
      <w:r>
        <w:t>89. 按劳分配是我国唯一的分配方式。（　）</w:t>
      </w:r>
    </w:p>
    <w:p>
      <w:pPr>
        <w:ind w:firstLine="440"/>
      </w:pPr>
      <w:r>
        <w:t>【答案】×　【解析】是主体，还有按生产要素分配等多种方式。</w:t>
      </w:r>
    </w:p>
    <w:p>
      <w:pPr>
        <w:ind w:firstLine="440"/>
      </w:pPr>
      <w:r>
        <w:t>90. 公务员享有非因法定事由、非经法定程序不被处分的权利。（　）</w:t>
      </w:r>
    </w:p>
    <w:p>
      <w:pPr>
        <w:ind w:firstLine="440"/>
      </w:pPr>
      <w:r>
        <w:t>【答案】√　【解析】这是公务员的合法权益保障。</w:t>
      </w:r>
    </w:p>
    <w:p>
      <w:pPr>
        <w:ind w:firstLine="440"/>
      </w:pPr>
      <w:r>
        <w:t>91. 全面依法治国必须坚持党的领导。（　）</w:t>
      </w:r>
    </w:p>
    <w:p>
      <w:pPr>
        <w:ind w:firstLine="440"/>
      </w:pPr>
      <w:r>
        <w:t>【答案】√　【解析】党的领导是根本保证。</w:t>
      </w:r>
    </w:p>
    <w:p>
      <w:pPr>
        <w:ind w:firstLine="440"/>
      </w:pPr>
      <w:r>
        <w:t>92. 我国已经实现了第一个百年奋斗目标，全面建成了小康社会。（　）</w:t>
      </w:r>
    </w:p>
    <w:p>
      <w:pPr>
        <w:ind w:firstLine="440"/>
      </w:pPr>
      <w:r>
        <w:t>【答案】√　【解析】2021年宣告全面建成小康社会。</w:t>
      </w:r>
    </w:p>
    <w:p>
      <w:pPr>
        <w:ind w:firstLine="440"/>
      </w:pPr>
      <w:r>
        <w:t>93. 公文的成文日期用阿拉伯数字将年月日标全。（　）</w:t>
      </w:r>
    </w:p>
    <w:p>
      <w:pPr>
        <w:ind w:firstLine="440"/>
      </w:pPr>
      <w:r>
        <w:t>【答案】√　【解析】现行格式要求用阿拉伯数字。</w:t>
      </w:r>
    </w:p>
    <w:p>
      <w:pPr>
        <w:ind w:firstLine="440"/>
      </w:pPr>
      <w:r>
        <w:t>94. 群众路线就是一切为了群众、一切依靠群众，从群众中来、到群众中去。（　）</w:t>
      </w:r>
    </w:p>
    <w:p>
      <w:pPr>
        <w:ind w:firstLine="440"/>
      </w:pPr>
      <w:r>
        <w:t>【答案】√　【解析】党的根本工作路线。</w:t>
      </w:r>
    </w:p>
    <w:p>
      <w:pPr>
        <w:ind w:firstLine="440"/>
      </w:pPr>
      <w:r>
        <w:t>95. 营商环境优化就是要弱化监管、放任不管。（　）</w:t>
      </w:r>
    </w:p>
    <w:p>
      <w:pPr>
        <w:ind w:firstLine="440"/>
      </w:pPr>
      <w:r>
        <w:t>【答案】×　【解析】优化环境是放管结合、依法监管，不是放任。</w:t>
      </w:r>
    </w:p>
    <w:p>
      <w:pPr>
        <w:pStyle w:val="Heading1"/>
      </w:pPr>
      <w:r>
        <w:t>四、简答题（共5题）</w:t>
      </w:r>
    </w:p>
    <w:p>
      <w:pPr>
        <w:ind w:firstLine="440"/>
      </w:pPr>
      <w:r>
        <w:t>96. 简述新时代坚持和发展中国特色社会主义的基本方略中，与“以人民为中心”相关的要点。</w:t>
      </w:r>
    </w:p>
    <w:p>
      <w:pPr>
        <w:ind w:firstLine="440"/>
      </w:pPr>
      <w:r>
        <w:t>【参考答案】①坚持以人民为中心，把人民利益放在首位；②坚持人民当家作主，发展全过程人民民主；③坚持在发展中保障和改善民生，不断增进民生福祉；④坚持人与自然和谐共生；⑤坚持总体国家安全观，维护人民安全；⑥发展为了人民、发展依靠人民、发展成果由人民共享，逐步实现共同富裕。</w:t>
      </w:r>
    </w:p>
    <w:p>
      <w:pPr>
        <w:ind w:firstLine="440"/>
      </w:pPr>
      <w:r>
        <w:t>97. 简述公文写作中“请示”与“报告”的区别。</w:t>
      </w:r>
    </w:p>
    <w:p>
      <w:pPr>
        <w:ind w:firstLine="440"/>
      </w:pPr>
      <w:r>
        <w:t>【参考答案】①行文目的不同：请示请求上级指示批准，需要答复；报告汇报工作、反映情况、回复询问，一般不需批复；②行文时间不同：请示事前行文，报告可事中事后；③内容含量不同：请示一文一事，报告可一文多事；④处理方式不同：请示上级必须答复，报告阅知即可。</w:t>
      </w:r>
    </w:p>
    <w:p>
      <w:pPr>
        <w:ind w:firstLine="440"/>
      </w:pPr>
      <w:r>
        <w:t>98. 简述为什么说“没有调查，就没有发言权”。</w:t>
      </w:r>
    </w:p>
    <w:p>
      <w:pPr>
        <w:ind w:firstLine="440"/>
      </w:pPr>
      <w:r>
        <w:t>【参考答案】①认识来源于实践，正确认识必须建立在客观实际之上；②只有深入实际、深入群众，才能掌握真实情况；③脱离实际、拍脑袋决策必然出错；④调查研究是做到主观符合客观、实现科学决策的前提；⑤党员干部要大兴调查研究之风，力戒形式主义、官僚主义。</w:t>
      </w:r>
    </w:p>
    <w:p>
      <w:pPr>
        <w:ind w:firstLine="440"/>
      </w:pPr>
      <w:r>
        <w:t>99. 简述全面依法治国的总目标和基本要求。</w:t>
      </w:r>
    </w:p>
    <w:p>
      <w:pPr>
        <w:ind w:firstLine="440"/>
      </w:pPr>
      <w:r>
        <w:t>【参考答案】总目标是建设中国特色社会主义法治体系、建设社会主义法治国家。基本要求：坚持党的领导、人民当家作主、依法治国有机统一；坚持科学立法、严格执法、公正司法、全民守法；坚持法律面前人人平等；坚持依法治国和以德治国相结合。</w:t>
      </w:r>
    </w:p>
    <w:p>
      <w:pPr>
        <w:ind w:firstLine="440"/>
      </w:pPr>
      <w:r>
        <w:t>100. 作为一名基层工作人员，如何在岗位上践行全心全意为人民服务的宗旨？</w:t>
      </w:r>
    </w:p>
    <w:p>
      <w:pPr>
        <w:ind w:firstLine="440"/>
      </w:pPr>
      <w:r>
        <w:t>【参考答案】①摆正位置，把群众当亲人，热情接待、耐心解答；②熟练掌握政策业务，让群众少跑腿、好办事；③首问负责，不推诿扯皮，能办的马上办、不能办的讲清楚；④虚心听取群众意见，及时改进工作；⑤清正廉洁，不拿群众一针一线；⑥从小事做起，把每一件关乎群众利益的办实办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