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劳动合同（通用模板）</w:t>
      </w:r>
    </w:p>
    <w:p>
      <w:pPr>
        <w:pStyle w:val="Heading2"/>
      </w:pPr>
      <w:r>
        <w:t>（本模板仅供参考，不构成法律意见；涉及重大金额、复杂条款或存在争议的事项，建议签署前咨询专业律师或当地人社、住建部门。）</w:t>
      </w:r>
    </w:p>
    <w:p>
      <w:pPr>
        <w:ind w:firstLine="440"/>
      </w:pPr>
      <w:r>
        <w:t>甲方（用人单位）：【单位全称】</w:t>
      </w:r>
    </w:p>
    <w:p>
      <w:pPr>
        <w:ind w:firstLine="440"/>
      </w:pPr>
      <w:r>
        <w:t>统一社会信用代码：【　　　　　】　法定代表人：【　　　】</w:t>
      </w:r>
    </w:p>
    <w:p>
      <w:pPr>
        <w:ind w:firstLine="440"/>
      </w:pPr>
      <w:r>
        <w:t>住所：【　　　　　　　】　联系电话：【　　　】</w:t>
      </w:r>
    </w:p>
    <w:p>
      <w:pPr>
        <w:ind w:firstLine="440"/>
      </w:pPr>
      <w:r>
        <w:t>乙方（劳动者）：【姓名】　性别：【　】　身份证号：【　　　　　】</w:t>
      </w:r>
    </w:p>
    <w:p>
      <w:pPr>
        <w:ind w:firstLine="440"/>
      </w:pPr>
      <w:r>
        <w:t>住址：【　　　　　　　】　联系电话：【　　　】</w:t>
      </w:r>
    </w:p>
    <w:p>
      <w:pPr>
        <w:ind w:firstLine="440"/>
      </w:pPr>
      <w:r>
        <w:t>根据《中华人民共和国劳动法》《中华人民共和国劳动合同法》及有关规定，甲乙双方本着平等自愿、协商一致的原则，签订本合同，共同遵守。</w:t>
      </w:r>
    </w:p>
    <w:p>
      <w:pPr>
        <w:pStyle w:val="Heading1"/>
      </w:pPr>
      <w:r>
        <w:t>第一条　合同期限</w:t>
      </w:r>
    </w:p>
    <w:p>
      <w:pPr>
        <w:ind w:firstLine="440"/>
      </w:pPr>
      <w:r>
        <w:t>本合同为【固定期限 / 无固定期限 / 以完成一定工作任务为期限】劳动合同。</w:t>
      </w:r>
    </w:p>
    <w:p>
      <w:pPr>
        <w:ind w:firstLine="440"/>
      </w:pPr>
      <w:r>
        <w:t>固定期限：自【　　年　月　日】起至【　　年　月　日】止。其中试用期【　】个月，自【　　年　月　日】起至【　　年　月　日】止。</w:t>
      </w:r>
    </w:p>
    <w:p>
      <w:pPr>
        <w:pStyle w:val="Heading1"/>
      </w:pPr>
      <w:r>
        <w:t>第二条　工作内容与工作地点</w:t>
      </w:r>
    </w:p>
    <w:p>
      <w:pPr>
        <w:ind w:firstLine="440"/>
      </w:pPr>
      <w:r>
        <w:t>乙方同意根据甲方安排，从事【　　　】岗位工作，工作地点为【　　　】。乙方应按岗位职责完成工作任务。</w:t>
      </w:r>
    </w:p>
    <w:p>
      <w:pPr>
        <w:pStyle w:val="Heading1"/>
      </w:pPr>
      <w:r>
        <w:t>第三条　工作时间与休息休假</w:t>
      </w:r>
    </w:p>
    <w:p>
      <w:pPr>
        <w:ind w:firstLine="440"/>
      </w:pPr>
      <w:r>
        <w:t>甲方执行【标准工时 / 综合计算工时 / 不定时】工作制。乙方每周至少休息一日，依法享有法定节假日、年休假等假期。</w:t>
      </w:r>
    </w:p>
    <w:p>
      <w:pPr>
        <w:pStyle w:val="Heading1"/>
      </w:pPr>
      <w:r>
        <w:t>第四条　劳动报酬</w:t>
      </w:r>
    </w:p>
    <w:p>
      <w:pPr>
        <w:ind w:firstLine="440"/>
      </w:pPr>
      <w:r>
        <w:t>乙方月工资为人民币【　　　】元（试用期工资为人民币【　　　】元，不低于约定工资的百分之八十）。甲方于每月【　】日前以货币形式足额支付。</w:t>
      </w:r>
    </w:p>
    <w:p>
      <w:pPr>
        <w:pStyle w:val="Heading1"/>
      </w:pPr>
      <w:r>
        <w:t>第五条　社会保险与福利</w:t>
      </w:r>
    </w:p>
    <w:p>
      <w:pPr>
        <w:ind w:firstLine="440"/>
      </w:pPr>
      <w:r>
        <w:t>甲乙双方依法参加社会保险，甲方为乙方办理养老、医疗、失业、工伤、生育保险并缴纳费用，个人应缴部分由甲方代扣代缴。</w:t>
      </w:r>
    </w:p>
    <w:p>
      <w:pPr>
        <w:pStyle w:val="Heading1"/>
      </w:pPr>
      <w:r>
        <w:t>第六条　劳动保护与劳动条件</w:t>
      </w:r>
    </w:p>
    <w:p>
      <w:pPr>
        <w:ind w:firstLine="440"/>
      </w:pPr>
      <w:r>
        <w:t>甲方为乙方提供符合国家规定的劳动安全卫生条件，对从事有职业危害作业的乙方定期进行健康检查。</w:t>
      </w:r>
    </w:p>
    <w:p>
      <w:pPr>
        <w:pStyle w:val="Heading1"/>
      </w:pPr>
      <w:r>
        <w:t>第七条　劳动纪律</w:t>
      </w:r>
    </w:p>
    <w:p>
      <w:pPr>
        <w:ind w:firstLine="440"/>
      </w:pPr>
      <w:r>
        <w:t>乙方应遵守国家法律法规和甲方依法制定的规章制度，服从管理，爱护财物，保守商业秘密。</w:t>
      </w:r>
    </w:p>
    <w:p>
      <w:pPr>
        <w:pStyle w:val="Heading1"/>
      </w:pPr>
      <w:r>
        <w:t>第八条　合同的解除与终止</w:t>
      </w:r>
    </w:p>
    <w:p>
      <w:pPr>
        <w:ind w:firstLine="440"/>
      </w:pPr>
      <w:r>
        <w:t>双方解除、终止本合同，依照《劳动合同法》有关规定执行。符合经济补偿情形的，甲方依法支付。</w:t>
      </w:r>
    </w:p>
    <w:p>
      <w:pPr>
        <w:pStyle w:val="Heading1"/>
      </w:pPr>
      <w:r>
        <w:t>第九条　其他约定</w:t>
      </w:r>
    </w:p>
    <w:p>
      <w:pPr>
        <w:ind w:firstLine="440"/>
      </w:pPr>
      <w:r>
        <w:t>【如：培训服务期、竞业限制、保密义务等，无则写"无"】。</w:t>
      </w:r>
    </w:p>
    <w:p>
      <w:pPr>
        <w:ind w:firstLine="440"/>
      </w:pPr>
      <w:r>
        <w:t>本合同一式两份，甲乙双方各执一份，自双方签字（盖章）之日起生效。</w:t>
      </w:r>
    </w:p>
    <w:p>
      <w:pPr>
        <w:ind w:firstLine="440"/>
      </w:pPr>
      <w:r>
        <w:t>甲方（盖章）：　　　　　　　　乙方（签字）：</w:t>
      </w:r>
    </w:p>
    <w:p>
      <w:pPr>
        <w:ind w:firstLine="440"/>
      </w:pPr>
      <w:r>
        <w:t xml:space="preserve">法定代表人/委托代理人：　　　　　　　　</w:t>
      </w:r>
    </w:p>
    <w:p>
      <w:pPr>
        <w:ind w:firstLine="440"/>
      </w:pPr>
      <w:r>
        <w:t>日期：　　年　月　日　　　　日期：　　年　月　日</w:t>
      </w:r>
    </w:p>
    <w:p>
      <w:pPr>
        <w:pStyle w:val="Heading1"/>
      </w:pPr>
      <w:r>
        <w:t>签约提醒（使用前删除本部分）</w:t>
      </w:r>
    </w:p>
    <w:p>
      <w:pPr>
        <w:ind w:firstLine="440"/>
      </w:pPr>
      <w:r>
        <w:t>1. 不要签空白合同，所有空格填写完整后再签字盖章；</w:t>
      </w:r>
    </w:p>
    <w:p>
      <w:pPr>
        <w:ind w:firstLine="440"/>
      </w:pPr>
      <w:r>
        <w:t>2. 工资数额、发放日期要写具体，不要只写"按公司制度执行"；</w:t>
      </w:r>
    </w:p>
    <w:p>
      <w:pPr>
        <w:ind w:firstLine="440"/>
      </w:pPr>
      <w:r>
        <w:t>3. 社保是法定义务，任何"自愿放弃社保"的约定均无效；</w:t>
      </w:r>
    </w:p>
    <w:p>
      <w:pPr>
        <w:ind w:firstLine="440"/>
      </w:pPr>
      <w:r>
        <w:t>4. 签约后务必自己留存一份合同原件；</w:t>
      </w:r>
    </w:p>
    <w:p>
      <w:pPr>
        <w:ind w:firstLine="440"/>
      </w:pPr>
      <w:r>
        <w:t>5. 本模板仅供参考，重大事项建议咨询律师或当地人社部门。</w:t>
      </w:r>
    </w:p>
    <w:p>
      <w:pPr>
        <w:pStyle w:val="Heading1"/>
      </w:pPr>
      <w:r>
        <w:t>附：试用期与工资的常见疑问</w:t>
      </w:r>
    </w:p>
    <w:p>
      <w:pPr>
        <w:ind w:firstLine="440"/>
      </w:pPr>
      <w:r>
        <w:t>试用期工资不得低于转正工资的百分之八十，这是法律底线。试用期长短也有规定：合同一年以内的，试用期不超过一个月；一到三年的，不超过两个月；三年以上和无固定期限的，不超过六个月。单位只签试用期合同、不签正式合同的做法是违法的。</w:t>
      </w:r>
    </w:p>
    <w:p>
      <w:pPr>
        <w:pStyle w:val="Heading1"/>
      </w:pPr>
      <w:r>
        <w:t>附：社会保险与公积金</w:t>
      </w:r>
    </w:p>
    <w:p>
      <w:pPr>
        <w:ind w:firstLine="440"/>
      </w:pPr>
      <w:r>
        <w:t>五险（养老、医疗、失业、工伤、生育）是单位必须给缴的，从入职起就该缴，不能等转正。公积金不是所有地方都强制，但多数正规单位都会缴。工资条上要看清应发、代扣、实发分别是多少。单位让你签"自愿放弃社保"的，那是违法的，签了也无效，留个心眼。</w:t>
      </w:r>
    </w:p>
    <w:p>
      <w:pPr>
        <w:pStyle w:val="Heading1"/>
      </w:pPr>
      <w:r>
        <w:t>附：发生劳动争议怎么办</w:t>
      </w:r>
    </w:p>
    <w:p>
      <w:pPr>
        <w:ind w:firstLine="440"/>
      </w:pPr>
      <w:r>
        <w:t>万一和单位起了纠纷（比如拖欠工资、违法辞退），先留好证据：劳动合同、工资条、考勤记录、工作聊天记录。然后可以先和单位协商；协商不成，向当地劳动监察部门投诉，或者申请劳动仲裁。劳动仲裁是免费的，不用怕。平时把合同和重要证据自己收好，这是保护自己的底气。</w:t>
      </w:r>
    </w:p>
    <w:p>
      <w:pPr>
        <w:pStyle w:val="Heading1"/>
      </w:pPr>
      <w:r>
        <w:t>附：加班与休假</w:t>
      </w:r>
    </w:p>
    <w:p>
      <w:pPr>
        <w:ind w:firstLine="440"/>
      </w:pPr>
      <w:r>
        <w:t>标准工时下，加班一般每日不超过一小时、特殊情况不超过三小时、每月不超过三十六小时。安排加班的，单位应依法支付加班费或安排补休。法定节假日加班要付三倍工资。带薪年休假：工作满一年不满十年五天，满十年不满二十年十天，满二十年十五天。这些是法律给你的权益，签合同时心里要有数。</w:t>
      </w:r>
    </w:p>
    <w:p>
      <w:pPr>
        <w:pStyle w:val="Heading1"/>
      </w:pPr>
      <w:r>
        <w:t>附：女职工与特殊保护</w:t>
      </w:r>
    </w:p>
    <w:p>
      <w:pPr>
        <w:ind w:firstLine="440"/>
      </w:pPr>
      <w:r>
        <w:t>女职工在孕期、产期、哺乳期内，单位不得随意解除劳动合同，并应依法保障产假、哺乳时间等权益。从事有职业危害作业的，单位应组织上岗前、在岗期间和离岗时的职业健康检查。这些是法律的强制性保护，写进合同或按法律执行，单位不能打折扣。</w:t>
      </w:r>
    </w:p>
    <w:p>
      <w:pPr>
        <w:pStyle w:val="Heading1"/>
      </w:pPr>
      <w:r>
        <w:t>附：合同保管</w:t>
      </w:r>
    </w:p>
    <w:p>
      <w:pPr>
        <w:ind w:firstLine="440"/>
      </w:pPr>
      <w:r>
        <w:t>签完的合同自己留一份原件，别弄丢。工资条、考勤、社保记录也留着。真出事了，这些都是证据。正规单位一式两份各执一份，只让你签一份还收走的，要多留个心眼。</w:t>
      </w:r>
    </w:p>
    <w:p>
      <w:pPr>
        <w:ind w:firstLine="440"/>
      </w:pPr>
      <w:r>
        <w:t>劳动合同是保护劳动者的武器，签之前逐字看清楚，有不明白的当场问。别稀里糊涂签了字，事后吃哑巴亏。这份模板供你参考，真遇到拿不准的条款，多问、多查、必要时找专业人士。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