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</w:t>
      </w:r>
    </w:p>
    <w:p>
      <w:pPr>
        <w:pStyle w:val="Heading2"/>
      </w:pPr>
      <w:r>
        <w:t>（本模板仅供参考，不构成法律意见；涉及重大金额、复杂条款或存在争议的事项，建议签署前咨询专业律师或当地人社、住建部门。）</w:t>
      </w:r>
    </w:p>
    <w:p>
      <w:pPr>
        <w:ind w:firstLine="440"/>
      </w:pPr>
      <w:r>
        <w:t>出租方（甲方）：【姓名】　身份证号：【　　　】　联系电话：【　　　】</w:t>
      </w:r>
    </w:p>
    <w:p>
      <w:pPr>
        <w:ind w:firstLine="440"/>
      </w:pPr>
      <w:r>
        <w:t>承租方（乙方）：【姓名】　身份证号：【　　　】　联系电话：【　　　】</w:t>
      </w:r>
    </w:p>
    <w:p>
      <w:pPr>
        <w:ind w:firstLine="440"/>
      </w:pPr>
      <w:r>
        <w:t>根据《中华人民共和国民法典》及有关规定，甲乙双方在平等自愿基础上，就房屋租赁事宜达成如下协议。</w:t>
      </w:r>
    </w:p>
    <w:p>
      <w:pPr>
        <w:pStyle w:val="Heading1"/>
      </w:pPr>
      <w:r>
        <w:t>第一条　房屋基本情况</w:t>
      </w:r>
    </w:p>
    <w:p>
      <w:pPr>
        <w:ind w:firstLine="440"/>
      </w:pPr>
      <w:r>
        <w:t>甲方将位于【　　市　　区　　路　　小区　　号楼　　单元　　室】的房屋出租给乙方作【居住】使用。房屋建筑面积约【　　】平方米，屋内设施见附件物品交接清单。</w:t>
      </w:r>
    </w:p>
    <w:p>
      <w:pPr>
        <w:pStyle w:val="Heading1"/>
      </w:pPr>
      <w:r>
        <w:t>第二条　租赁期限</w:t>
      </w:r>
    </w:p>
    <w:p>
      <w:pPr>
        <w:ind w:firstLine="440"/>
      </w:pPr>
      <w:r>
        <w:t>租赁期自【　　年　月　日】起至【　　年　月　日】止，共【　】个月。租赁期满乙方如需续租，应提前30日通知甲方，另行签订合同。</w:t>
      </w:r>
    </w:p>
    <w:p>
      <w:pPr>
        <w:pStyle w:val="Heading1"/>
      </w:pPr>
      <w:r>
        <w:t>第三条　租金及支付方式</w:t>
      </w:r>
    </w:p>
    <w:p>
      <w:pPr>
        <w:ind w:firstLine="440"/>
      </w:pPr>
      <w:r>
        <w:t>月租金为人民币【　　　】元整。乙方按【月 / 季 / 半年】支付，于每个付款周期开始前【　】日交付。首期租金于本合同签订之日支付。</w:t>
      </w:r>
    </w:p>
    <w:p>
      <w:pPr>
        <w:pStyle w:val="Heading1"/>
      </w:pPr>
      <w:r>
        <w:t>第四条　押金</w:t>
      </w:r>
    </w:p>
    <w:p>
      <w:pPr>
        <w:ind w:firstLine="440"/>
      </w:pPr>
      <w:r>
        <w:t>乙方于签约时向甲方支付押金人民币【　　　】元整。租赁期满，乙方结清全部费用、房屋及设施无人为损坏并交还房屋后，甲方应于【　】日内将押金无息退还乙方。因乙方原因造成损坏或欠费的，甲方有权从押金中扣除。</w:t>
      </w:r>
    </w:p>
    <w:p>
      <w:pPr>
        <w:pStyle w:val="Heading1"/>
      </w:pPr>
      <w:r>
        <w:t>第五条　相关费用</w:t>
      </w:r>
    </w:p>
    <w:p>
      <w:pPr>
        <w:ind w:firstLine="440"/>
      </w:pPr>
      <w:r>
        <w:t>租赁期间，水费、电费、燃气费、网络费、物业费由【乙方】承担。入住时水表读数【　】、电表读数【　】、燃气表读数【　】，退房时按表结算。</w:t>
      </w:r>
    </w:p>
    <w:p>
      <w:pPr>
        <w:pStyle w:val="Heading1"/>
      </w:pPr>
      <w:r>
        <w:t>第六条　房屋维修</w:t>
      </w:r>
    </w:p>
    <w:p>
      <w:pPr>
        <w:ind w:firstLine="440"/>
      </w:pPr>
      <w:r>
        <w:t>房屋主体结构及原有设施自然损坏的，由甲方负责维修；因乙方使用不当造成损坏的，由乙方负责修复或赔偿。乙方不得擅自改变房屋结构和用途。</w:t>
      </w:r>
    </w:p>
    <w:p>
      <w:pPr>
        <w:pStyle w:val="Heading1"/>
      </w:pPr>
      <w:r>
        <w:t>第七条　转租与解约</w:t>
      </w:r>
    </w:p>
    <w:p>
      <w:pPr>
        <w:ind w:firstLine="440"/>
      </w:pPr>
      <w:r>
        <w:t>未经甲方书面同意，乙方不得将房屋转租、转借他人。任何一方需提前解除合同的，应提前30日通知对方，并向对方支付相当于【一个月】租金的违约金。</w:t>
      </w:r>
    </w:p>
    <w:p>
      <w:pPr>
        <w:pStyle w:val="Heading1"/>
      </w:pPr>
      <w:r>
        <w:t>第八条　其他</w:t>
      </w:r>
    </w:p>
    <w:p>
      <w:pPr>
        <w:ind w:firstLine="440"/>
      </w:pPr>
      <w:r>
        <w:t>本合同未尽事宜双方协商解决。本合同一式两份，甲乙双方各执一份，自双方签字之日起生效。</w:t>
      </w:r>
    </w:p>
    <w:p>
      <w:pPr>
        <w:ind w:firstLine="440"/>
      </w:pPr>
      <w:r>
        <w:t>甲方（签字）：　　　　　　　　乙方（签字）：</w:t>
      </w:r>
    </w:p>
    <w:p>
      <w:pPr>
        <w:ind w:firstLine="440"/>
      </w:pPr>
      <w:r>
        <w:t>日期：　　年　月　日　　　　日期：　　年　月　日</w:t>
      </w:r>
    </w:p>
    <w:p>
      <w:pPr>
        <w:pStyle w:val="Heading1"/>
      </w:pPr>
      <w:r>
        <w:t>附件：物品交接清单（签前核对）</w:t>
      </w:r>
    </w:p>
    <w:p>
      <w:pPr>
        <w:ind w:firstLine="440"/>
      </w:pPr>
      <w:r>
        <w:t>空调【　】台、冰箱【　】台、洗衣机【　】台、电视【　】台、床【　】张、衣柜【　】组、热水器【　】台、燃气灶【　】台、钥匙【　】把。其他：【　　　】。建议签约时对屋内现状拍照留存。</w:t>
      </w:r>
    </w:p>
    <w:p>
      <w:pPr>
        <w:pStyle w:val="Heading1"/>
      </w:pPr>
      <w:r>
        <w:t>签约提醒（使用前删除）</w:t>
      </w:r>
    </w:p>
    <w:p>
      <w:pPr>
        <w:ind w:firstLine="440"/>
      </w:pPr>
      <w:r>
        <w:t>1. 核对房东房产证与身份证，确认是产权人本人出租；</w:t>
      </w:r>
    </w:p>
    <w:p>
      <w:pPr>
        <w:ind w:firstLine="440"/>
      </w:pPr>
      <w:r>
        <w:t>2. 入住前抄录水电燃气表底数并写进合同；</w:t>
      </w:r>
    </w:p>
    <w:p>
      <w:pPr>
        <w:ind w:firstLine="440"/>
      </w:pPr>
      <w:r>
        <w:t>3. 押金退还条件要写清，避免退租扯皮；</w:t>
      </w:r>
    </w:p>
    <w:p>
      <w:pPr>
        <w:ind w:firstLine="440"/>
      </w:pPr>
      <w:r>
        <w:t>4. 本模板仅供参考，复杂情况建议咨询律师。</w:t>
      </w:r>
    </w:p>
    <w:p>
      <w:pPr>
        <w:pStyle w:val="Heading1"/>
      </w:pPr>
      <w:r>
        <w:t>附：租金与押金的常见纠纷点</w:t>
      </w:r>
    </w:p>
    <w:p>
      <w:pPr>
        <w:ind w:firstLine="440"/>
      </w:pPr>
      <w:r>
        <w:t>押金退还最容易扯皮。入住时就要把屋内状况拍照录像，和房东当面确认家具家电好坏，写进交接清单。退租时只要没有人为损坏、费用结清，房东就该退押金。以"卫生没打扫干净"为由乱扣押金的，可以据理力争。建议通过正规渠道或中介租房，留好转账记录，别用现金交租不留凭据。</w:t>
      </w:r>
    </w:p>
    <w:p>
      <w:pPr>
        <w:pStyle w:val="Heading1"/>
      </w:pPr>
      <w:r>
        <w:t>附：关于房东卖房与提前收回</w:t>
      </w:r>
    </w:p>
    <w:p>
      <w:pPr>
        <w:ind w:firstLine="440"/>
      </w:pPr>
      <w:r>
        <w:t>租赁期间房东把房子卖了，原租赁合同对新房东继续有效，这叫"买卖不破租赁"，租客不用被赶走。如果房东提前收房，按合同约定支付违约金。租客自己提前不租的，同样要提前通知并按约定赔违约金。这些写进合同，真出事才有据可依。</w:t>
      </w:r>
    </w:p>
    <w:p>
      <w:pPr>
        <w:pStyle w:val="Heading1"/>
      </w:pPr>
      <w:r>
        <w:t>附：租房安全与日常</w:t>
      </w:r>
    </w:p>
    <w:p>
      <w:pPr>
        <w:ind w:firstLine="440"/>
      </w:pPr>
      <w:r>
        <w:t>入住先看消防通道在哪、燃气阀门怎么关、门锁好不好使。不私拉电线、不在屋内乱堆杂物。合租的话提前说清公共区域卫生和费用分摊。遇到房东单方面涨租，合同期内可以拒绝。一切按合同来，合同没写的，遇事再商量并留书面记录。</w:t>
      </w:r>
    </w:p>
    <w:p>
      <w:pPr>
        <w:pStyle w:val="Heading1"/>
      </w:pPr>
      <w:r>
        <w:t>附：合租与短租</w:t>
      </w:r>
    </w:p>
    <w:p>
      <w:pPr>
        <w:ind w:firstLine="440"/>
      </w:pPr>
      <w:r>
        <w:t>合租一定要把房租怎么分、水电怎么摊、公共卫生谁负责写清楚，最好同住几方都签字。短租（比如几个月）也要签书面协议，口头约定最容易翻脸。通过中介的，看清中介费怎么收、谁来付，别稀里糊涂多交钱。</w:t>
      </w:r>
    </w:p>
    <w:p>
      <w:pPr>
        <w:pStyle w:val="Heading1"/>
      </w:pPr>
      <w:r>
        <w:t>附：押金之外的费用</w:t>
      </w:r>
    </w:p>
    <w:p>
      <w:pPr>
        <w:ind w:firstLine="440"/>
      </w:pPr>
      <w:r>
        <w:t>入住前问清：物业费、取暖费、网费、有线电视费谁承担？有些房东把这些都算进租金，有些要租客另付。提前约定好，写进合同，否则退租时又要吵一架。钥匙、门禁卡收了几把、退的时候要还几把，也一并写清楚。</w:t>
      </w:r>
    </w:p>
    <w:p>
      <w:pPr>
        <w:pStyle w:val="Heading1"/>
      </w:pPr>
      <w:r>
        <w:t>附：退租</w:t>
      </w:r>
    </w:p>
    <w:p>
      <w:pPr>
        <w:ind w:firstLine="440"/>
      </w:pPr>
      <w:r>
        <w:t>退租提前通知房东，约时间当面交接。抄好最后一次水电燃气表，结清费用。把屋子收拾干净，押金才好退。有争议好说好商量，协商不成可找社区或相关部门调解。</w:t>
      </w:r>
    </w:p>
    <w:p>
      <w:pPr>
        <w:ind w:firstLine="440"/>
      </w:pPr>
      <w:r>
        <w:t>租房是很多人在外打拼的第一件大事。合同写细、钱账算清、东西交接明白，后面少很多麻烦。住得踏实，干活才有劲。这份模板供参考，金额大或情况复杂时，记得多问问懂行的人。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